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480"/>
        <w:gridCol w:w="2705"/>
      </w:tblGrid>
      <w:tr w:rsidR="00545510" w14:paraId="26DD213E" w14:textId="77777777" w:rsidTr="002C2515">
        <w:trPr>
          <w:trHeight w:val="1135"/>
          <w:jc w:val="center"/>
        </w:trPr>
        <w:tc>
          <w:tcPr>
            <w:tcW w:w="7480" w:type="dxa"/>
            <w:shd w:val="clear" w:color="auto" w:fill="17324D"/>
            <w:tcMar>
              <w:top w:w="130" w:type="dxa"/>
              <w:left w:w="170" w:type="dxa"/>
              <w:bottom w:w="130" w:type="dxa"/>
              <w:right w:w="170" w:type="dxa"/>
            </w:tcMar>
          </w:tcPr>
          <w:p w14:paraId="41EA3877" w14:textId="77777777" w:rsidR="00545510" w:rsidRDefault="00000000">
            <w:r>
              <w:rPr>
                <w:b/>
                <w:color w:val="FFFFFF"/>
                <w:sz w:val="28"/>
              </w:rPr>
              <w:t>SAĞLIK BİLİMLERİ ÜNİVERSİTESİ</w:t>
            </w:r>
          </w:p>
          <w:p w14:paraId="518501F9" w14:textId="77777777" w:rsidR="00545510" w:rsidRDefault="00000000">
            <w:r>
              <w:rPr>
                <w:color w:val="DCEBF0"/>
                <w:sz w:val="19"/>
              </w:rPr>
              <w:t>Hukuk Müşavirliği</w:t>
            </w:r>
          </w:p>
        </w:tc>
        <w:tc>
          <w:tcPr>
            <w:tcW w:w="2705" w:type="dxa"/>
            <w:shd w:val="clear" w:color="auto" w:fill="EAF2F4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76A99801" w14:textId="77777777" w:rsidR="00545510" w:rsidRDefault="00000000">
            <w:r>
              <w:rPr>
                <w:b/>
                <w:color w:val="17324D"/>
                <w:sz w:val="15"/>
              </w:rPr>
              <w:t>YÜRÜRLÜK TARİHİ</w:t>
            </w:r>
          </w:p>
          <w:p w14:paraId="63394371" w14:textId="0C281247" w:rsidR="00545510" w:rsidRDefault="002C2515">
            <w:r>
              <w:rPr>
                <w:b/>
                <w:color w:val="17324D"/>
                <w:sz w:val="21"/>
              </w:rPr>
              <w:t>26/08/2026</w:t>
            </w:r>
          </w:p>
        </w:tc>
      </w:tr>
    </w:tbl>
    <w:p w14:paraId="678CA657" w14:textId="2D6A0C6D" w:rsidR="002C2515" w:rsidRPr="001E1866" w:rsidRDefault="00225469" w:rsidP="0016019A">
      <w:pPr>
        <w:spacing w:before="16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8"/>
        </w:rPr>
        <w:t xml:space="preserve">MEVZUAT </w:t>
      </w:r>
    </w:p>
    <w:p w14:paraId="19D657CF" w14:textId="77777777" w:rsidR="002C2515" w:rsidRPr="001E1866" w:rsidRDefault="002C2515" w:rsidP="002C2515">
      <w:pPr>
        <w:spacing w:after="140"/>
        <w:jc w:val="center"/>
        <w:rPr>
          <w:rFonts w:ascii="Times New Roman" w:hAnsi="Times New Roman" w:cs="Times New Roman"/>
        </w:rPr>
      </w:pPr>
      <w:proofErr w:type="spellStart"/>
      <w:r w:rsidRPr="001E1866">
        <w:rPr>
          <w:rFonts w:ascii="Times New Roman" w:hAnsi="Times New Roman" w:cs="Times New Roman"/>
          <w:sz w:val="22"/>
        </w:rPr>
        <w:t>İş</w:t>
      </w:r>
      <w:proofErr w:type="spellEnd"/>
      <w:r w:rsidRPr="001E186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1E1866">
        <w:rPr>
          <w:rFonts w:ascii="Times New Roman" w:hAnsi="Times New Roman" w:cs="Times New Roman"/>
          <w:sz w:val="22"/>
        </w:rPr>
        <w:t>Akış</w:t>
      </w:r>
      <w:proofErr w:type="spellEnd"/>
      <w:r w:rsidRPr="001E1866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1E1866">
        <w:rPr>
          <w:rFonts w:ascii="Times New Roman" w:hAnsi="Times New Roman" w:cs="Times New Roman"/>
          <w:sz w:val="22"/>
        </w:rPr>
        <w:t>Şeması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36"/>
      </w:tblGrid>
      <w:tr w:rsidR="00545510" w14:paraId="187F387C" w14:textId="77777777" w:rsidTr="00BF04D3">
        <w:trPr>
          <w:jc w:val="center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31849B" w:themeFill="accent5" w:themeFillShade="B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B29EB5" w14:textId="77777777" w:rsidR="00545510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BAŞLANGIÇ</w:t>
            </w:r>
          </w:p>
        </w:tc>
      </w:tr>
      <w:tr w:rsidR="00545510" w14:paraId="0A3DE84C" w14:textId="77777777">
        <w:trPr>
          <w:jc w:val="center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14:paraId="63A69F66" w14:textId="77777777" w:rsidR="00545510" w:rsidRDefault="00000000">
            <w:pPr>
              <w:jc w:val="center"/>
            </w:pPr>
            <w:r>
              <w:rPr>
                <w:b/>
                <w:color w:val="AFC0CF"/>
                <w:sz w:val="22"/>
              </w:rPr>
              <w:t>↓</w:t>
            </w:r>
          </w:p>
        </w:tc>
      </w:tr>
      <w:tr w:rsidR="00545510" w14:paraId="5AD05B2D" w14:textId="77777777">
        <w:trPr>
          <w:jc w:val="center"/>
        </w:trPr>
        <w:tc>
          <w:tcPr>
            <w:tcW w:w="9936" w:type="dxa"/>
            <w:tcBorders>
              <w:top w:val="single" w:sz="8" w:space="0" w:color="D9E2EA"/>
              <w:left w:val="single" w:sz="8" w:space="0" w:color="D9E2EA"/>
              <w:bottom w:val="single" w:sz="8" w:space="0" w:color="D9E2EA"/>
              <w:right w:val="single" w:sz="8" w:space="0" w:color="D9E2E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2C2515" w:rsidRPr="001E1866" w14:paraId="3C243256" w14:textId="77777777" w:rsidTr="0016019A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10E67F36" w14:textId="77777777" w:rsidR="002C2515" w:rsidRPr="001E1866" w:rsidRDefault="002C2515" w:rsidP="002C251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01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75AAE420" w14:textId="7016D18D" w:rsidR="002C2515" w:rsidRPr="001E1866" w:rsidRDefault="00225469" w:rsidP="002C251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</w:rPr>
                    <w:t>TALEP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39F2FD3A" w14:textId="77777777" w:rsidR="00225469" w:rsidRPr="00225469" w:rsidRDefault="00225469" w:rsidP="00225469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225469">
                    <w:rPr>
                      <w:rFonts w:ascii="Times New Roman" w:hAnsi="Times New Roman" w:cs="Times New Roman"/>
                    </w:rPr>
                    <w:t>İlgili</w:t>
                  </w:r>
                  <w:proofErr w:type="spellEnd"/>
                  <w:r w:rsidRP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225469">
                    <w:rPr>
                      <w:rFonts w:ascii="Times New Roman" w:hAnsi="Times New Roman" w:cs="Times New Roman"/>
                    </w:rPr>
                    <w:t>birim</w:t>
                  </w:r>
                  <w:proofErr w:type="spellEnd"/>
                  <w:r w:rsidRP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225469">
                    <w:rPr>
                      <w:rFonts w:ascii="Times New Roman" w:hAnsi="Times New Roman" w:cs="Times New Roman"/>
                    </w:rPr>
                    <w:t>tarafından</w:t>
                  </w:r>
                  <w:proofErr w:type="spellEnd"/>
                  <w:r w:rsidRP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225469">
                    <w:rPr>
                      <w:rFonts w:ascii="Times New Roman" w:hAnsi="Times New Roman" w:cs="Times New Roman"/>
                    </w:rPr>
                    <w:t>Yönetmenlik</w:t>
                  </w:r>
                  <w:proofErr w:type="spellEnd"/>
                  <w:r w:rsidRP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225469">
                    <w:rPr>
                      <w:rFonts w:ascii="Times New Roman" w:hAnsi="Times New Roman" w:cs="Times New Roman"/>
                    </w:rPr>
                    <w:t>ve</w:t>
                  </w:r>
                  <w:proofErr w:type="spellEnd"/>
                  <w:r w:rsidRP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225469">
                    <w:rPr>
                      <w:rFonts w:ascii="Times New Roman" w:hAnsi="Times New Roman" w:cs="Times New Roman"/>
                    </w:rPr>
                    <w:t>Yönerge</w:t>
                  </w:r>
                  <w:proofErr w:type="spellEnd"/>
                  <w:r w:rsidRP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225469">
                    <w:rPr>
                      <w:rFonts w:ascii="Times New Roman" w:hAnsi="Times New Roman" w:cs="Times New Roman"/>
                    </w:rPr>
                    <w:t>hazırlanarak</w:t>
                  </w:r>
                  <w:proofErr w:type="spellEnd"/>
                  <w:r w:rsidRP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225469">
                    <w:rPr>
                      <w:rFonts w:ascii="Times New Roman" w:hAnsi="Times New Roman" w:cs="Times New Roman"/>
                    </w:rPr>
                    <w:t>Müşavirliğimize</w:t>
                  </w:r>
                  <w:proofErr w:type="spellEnd"/>
                  <w:r w:rsidRP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225469">
                    <w:rPr>
                      <w:rFonts w:ascii="Times New Roman" w:hAnsi="Times New Roman" w:cs="Times New Roman"/>
                    </w:rPr>
                    <w:t>gönderilir</w:t>
                  </w:r>
                  <w:proofErr w:type="spellEnd"/>
                  <w:r w:rsidRPr="00225469">
                    <w:rPr>
                      <w:rFonts w:ascii="Times New Roman" w:hAnsi="Times New Roman" w:cs="Times New Roman"/>
                    </w:rPr>
                    <w:t>.</w:t>
                  </w:r>
                </w:p>
                <w:p w14:paraId="37FE9197" w14:textId="3555DC58" w:rsidR="002C2515" w:rsidRPr="001E1866" w:rsidRDefault="002C2515" w:rsidP="002C251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4054FBB" w14:textId="0B43D512" w:rsidR="00545510" w:rsidRDefault="00545510">
            <w:pPr>
              <w:spacing w:after="0"/>
            </w:pPr>
          </w:p>
        </w:tc>
      </w:tr>
      <w:tr w:rsidR="00545510" w14:paraId="5F970D76" w14:textId="77777777">
        <w:trPr>
          <w:jc w:val="center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14:paraId="0646A791" w14:textId="77777777" w:rsidR="00545510" w:rsidRDefault="00000000">
            <w:pPr>
              <w:jc w:val="center"/>
            </w:pPr>
            <w:r>
              <w:rPr>
                <w:b/>
                <w:color w:val="AFC0CF"/>
                <w:sz w:val="22"/>
              </w:rPr>
              <w:t>↓</w:t>
            </w:r>
          </w:p>
        </w:tc>
      </w:tr>
      <w:tr w:rsidR="00545510" w14:paraId="4539908D" w14:textId="77777777">
        <w:trPr>
          <w:jc w:val="center"/>
        </w:trPr>
        <w:tc>
          <w:tcPr>
            <w:tcW w:w="9936" w:type="dxa"/>
            <w:tcBorders>
              <w:top w:val="single" w:sz="8" w:space="0" w:color="D9E2EA"/>
              <w:left w:val="single" w:sz="8" w:space="0" w:color="D9E2EA"/>
              <w:bottom w:val="single" w:sz="8" w:space="0" w:color="D9E2EA"/>
              <w:right w:val="single" w:sz="8" w:space="0" w:color="D9E2E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2C2515" w:rsidRPr="001E1866" w14:paraId="7D4BD343" w14:textId="77777777" w:rsidTr="0016019A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5EAD13CD" w14:textId="096FF661" w:rsidR="002C2515" w:rsidRPr="001E1866" w:rsidRDefault="002C2515" w:rsidP="002C251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</w:t>
                  </w:r>
                  <w:r>
                    <w:rPr>
                      <w:rFonts w:ascii="Times New Roman" w:hAnsi="Times New Roman" w:cs="Times New Roman"/>
                      <w:b/>
                      <w:sz w:val="19"/>
                    </w:rPr>
                    <w:t>2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30DD9B2E" w14:textId="1CF0F388" w:rsidR="002C2515" w:rsidRPr="001E1866" w:rsidRDefault="002C2515" w:rsidP="002C251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</w:rPr>
                    <w:t>SEVK VE GÖREVLENDİRME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2C988474" w14:textId="77777777" w:rsidR="00225469" w:rsidRPr="00225469" w:rsidRDefault="00225469" w:rsidP="00225469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225469">
                    <w:rPr>
                      <w:rFonts w:ascii="Times New Roman" w:hAnsi="Times New Roman" w:cs="Times New Roman"/>
                    </w:rPr>
                    <w:t>Hukuk</w:t>
                  </w:r>
                  <w:proofErr w:type="spellEnd"/>
                  <w:r w:rsidRP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225469">
                    <w:rPr>
                      <w:rFonts w:ascii="Times New Roman" w:hAnsi="Times New Roman" w:cs="Times New Roman"/>
                    </w:rPr>
                    <w:t>Müşaviri</w:t>
                  </w:r>
                  <w:proofErr w:type="spellEnd"/>
                  <w:r w:rsidRP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225469">
                    <w:rPr>
                      <w:rFonts w:ascii="Times New Roman" w:hAnsi="Times New Roman" w:cs="Times New Roman"/>
                    </w:rPr>
                    <w:t>Tarafından</w:t>
                  </w:r>
                  <w:proofErr w:type="spellEnd"/>
                  <w:r w:rsidRP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225469">
                    <w:rPr>
                      <w:rFonts w:ascii="Times New Roman" w:hAnsi="Times New Roman" w:cs="Times New Roman"/>
                    </w:rPr>
                    <w:t>Yetkili</w:t>
                  </w:r>
                  <w:proofErr w:type="spellEnd"/>
                  <w:r w:rsidRP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225469">
                    <w:rPr>
                      <w:rFonts w:ascii="Times New Roman" w:hAnsi="Times New Roman" w:cs="Times New Roman"/>
                    </w:rPr>
                    <w:t>Personele</w:t>
                  </w:r>
                  <w:proofErr w:type="spellEnd"/>
                  <w:r w:rsidRPr="00225469">
                    <w:rPr>
                      <w:rFonts w:ascii="Times New Roman" w:hAnsi="Times New Roman" w:cs="Times New Roman"/>
                    </w:rPr>
                    <w:t xml:space="preserve"> Gönderilir.</w:t>
                  </w:r>
                </w:p>
                <w:p w14:paraId="40970948" w14:textId="08652DBE" w:rsidR="002C2515" w:rsidRPr="001E1866" w:rsidRDefault="002C2515" w:rsidP="002C251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0EC5304" w14:textId="3D66B6EA" w:rsidR="00545510" w:rsidRDefault="00545510">
            <w:pPr>
              <w:spacing w:after="0"/>
            </w:pPr>
          </w:p>
        </w:tc>
      </w:tr>
      <w:tr w:rsidR="00545510" w14:paraId="4C2B4AF9" w14:textId="77777777">
        <w:trPr>
          <w:jc w:val="center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14:paraId="4C6B51BB" w14:textId="77777777" w:rsidR="00545510" w:rsidRDefault="00000000">
            <w:pPr>
              <w:jc w:val="center"/>
            </w:pPr>
            <w:r>
              <w:rPr>
                <w:b/>
                <w:color w:val="AFC0CF"/>
                <w:sz w:val="22"/>
              </w:rPr>
              <w:t>↓</w:t>
            </w:r>
          </w:p>
        </w:tc>
      </w:tr>
      <w:tr w:rsidR="00545510" w14:paraId="6AA214F5" w14:textId="77777777">
        <w:trPr>
          <w:jc w:val="center"/>
        </w:trPr>
        <w:tc>
          <w:tcPr>
            <w:tcW w:w="9936" w:type="dxa"/>
            <w:tcBorders>
              <w:top w:val="single" w:sz="8" w:space="0" w:color="D9E2EA"/>
              <w:left w:val="single" w:sz="8" w:space="0" w:color="D9E2EA"/>
              <w:bottom w:val="single" w:sz="8" w:space="0" w:color="D9E2EA"/>
              <w:right w:val="single" w:sz="8" w:space="0" w:color="D9E2E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2C2515" w:rsidRPr="001E1866" w14:paraId="68854C5A" w14:textId="77777777" w:rsidTr="0016019A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586A25C7" w14:textId="197E3B89" w:rsidR="002C2515" w:rsidRPr="001E1866" w:rsidRDefault="002C2515" w:rsidP="002C251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</w:t>
                  </w:r>
                  <w:r>
                    <w:rPr>
                      <w:rFonts w:ascii="Times New Roman" w:hAnsi="Times New Roman" w:cs="Times New Roman"/>
                      <w:b/>
                      <w:sz w:val="19"/>
                    </w:rPr>
                    <w:t>3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7B3826DF" w14:textId="0EA5F443" w:rsidR="002C2515" w:rsidRPr="001E1866" w:rsidRDefault="00225469" w:rsidP="002C251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</w:rPr>
                    <w:t>DEĞERLENDİRME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34382236" w14:textId="73B9AFC4" w:rsidR="002C2515" w:rsidRPr="001E1866" w:rsidRDefault="00225469" w:rsidP="00225469">
                  <w:pPr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225469">
                    <w:rPr>
                      <w:rFonts w:ascii="Times New Roman" w:hAnsi="Times New Roman" w:cs="Times New Roman"/>
                    </w:rPr>
                    <w:t>İlgili</w:t>
                  </w:r>
                  <w:proofErr w:type="spellEnd"/>
                  <w:r w:rsidRP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225469">
                    <w:rPr>
                      <w:rFonts w:ascii="Times New Roman" w:hAnsi="Times New Roman" w:cs="Times New Roman"/>
                    </w:rPr>
                    <w:t>avukat</w:t>
                  </w:r>
                  <w:proofErr w:type="spellEnd"/>
                  <w:r w:rsidRP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225469">
                    <w:rPr>
                      <w:rFonts w:ascii="Times New Roman" w:hAnsi="Times New Roman" w:cs="Times New Roman"/>
                    </w:rPr>
                    <w:t>tarafından</w:t>
                  </w:r>
                  <w:proofErr w:type="spellEnd"/>
                  <w:r w:rsidRP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225469">
                    <w:rPr>
                      <w:rFonts w:ascii="Times New Roman" w:hAnsi="Times New Roman" w:cs="Times New Roman"/>
                    </w:rPr>
                    <w:t>gönderilen</w:t>
                  </w:r>
                  <w:proofErr w:type="spellEnd"/>
                  <w:r w:rsidRP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gramStart"/>
                  <w:r w:rsidRPr="00225469">
                    <w:rPr>
                      <w:rFonts w:ascii="Times New Roman" w:hAnsi="Times New Roman" w:cs="Times New Roman"/>
                    </w:rPr>
                    <w:t xml:space="preserve">( </w:t>
                  </w:r>
                  <w:proofErr w:type="spellStart"/>
                  <w:r w:rsidRPr="00225469">
                    <w:rPr>
                      <w:rFonts w:ascii="Times New Roman" w:hAnsi="Times New Roman" w:cs="Times New Roman"/>
                    </w:rPr>
                    <w:t>Mevzuat</w:t>
                  </w:r>
                  <w:proofErr w:type="spellEnd"/>
                  <w:proofErr w:type="gramEnd"/>
                  <w:r w:rsidRPr="00225469">
                    <w:rPr>
                      <w:rFonts w:ascii="Times New Roman" w:hAnsi="Times New Roman" w:cs="Times New Roman"/>
                    </w:rPr>
                    <w:t xml:space="preserve">) </w:t>
                  </w:r>
                  <w:proofErr w:type="spellStart"/>
                  <w:r w:rsidRPr="00225469">
                    <w:rPr>
                      <w:rFonts w:ascii="Times New Roman" w:hAnsi="Times New Roman" w:cs="Times New Roman"/>
                    </w:rPr>
                    <w:t>Yönerge</w:t>
                  </w:r>
                  <w:proofErr w:type="spellEnd"/>
                  <w:r w:rsidRP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225469">
                    <w:rPr>
                      <w:rFonts w:ascii="Times New Roman" w:hAnsi="Times New Roman" w:cs="Times New Roman"/>
                    </w:rPr>
                    <w:t>veya</w:t>
                  </w:r>
                  <w:proofErr w:type="spellEnd"/>
                  <w:r w:rsidRP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225469">
                    <w:rPr>
                      <w:rFonts w:ascii="Times New Roman" w:hAnsi="Times New Roman" w:cs="Times New Roman"/>
                    </w:rPr>
                    <w:t>Yönetmelik</w:t>
                  </w:r>
                  <w:proofErr w:type="spellEnd"/>
                  <w:r w:rsidRP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225469">
                    <w:rPr>
                      <w:rFonts w:ascii="Times New Roman" w:hAnsi="Times New Roman" w:cs="Times New Roman"/>
                    </w:rPr>
                    <w:t>hukuki</w:t>
                  </w:r>
                  <w:proofErr w:type="spellEnd"/>
                  <w:r w:rsidRP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225469">
                    <w:rPr>
                      <w:rFonts w:ascii="Times New Roman" w:hAnsi="Times New Roman" w:cs="Times New Roman"/>
                    </w:rPr>
                    <w:t>olarak</w:t>
                  </w:r>
                  <w:proofErr w:type="spellEnd"/>
                  <w:r w:rsidRP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225469">
                    <w:rPr>
                      <w:rFonts w:ascii="Times New Roman" w:hAnsi="Times New Roman" w:cs="Times New Roman"/>
                    </w:rPr>
                    <w:t>kontrol</w:t>
                  </w:r>
                  <w:proofErr w:type="spellEnd"/>
                  <w:r w:rsidRP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225469">
                    <w:rPr>
                      <w:rFonts w:ascii="Times New Roman" w:hAnsi="Times New Roman" w:cs="Times New Roman"/>
                    </w:rPr>
                    <w:t>edilir</w:t>
                  </w:r>
                  <w:proofErr w:type="spellEnd"/>
                  <w:r w:rsidRPr="00225469">
                    <w:rPr>
                      <w:rFonts w:ascii="Times New Roman" w:hAnsi="Times New Roman" w:cs="Times New Roman"/>
                    </w:rPr>
                    <w:t xml:space="preserve">. </w:t>
                  </w:r>
                  <w:proofErr w:type="spellStart"/>
                  <w:r w:rsidRPr="00225469">
                    <w:rPr>
                      <w:rFonts w:ascii="Times New Roman" w:hAnsi="Times New Roman" w:cs="Times New Roman"/>
                    </w:rPr>
                    <w:t>Görüş</w:t>
                  </w:r>
                  <w:proofErr w:type="spellEnd"/>
                  <w:r w:rsidRP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225469">
                    <w:rPr>
                      <w:rFonts w:ascii="Times New Roman" w:hAnsi="Times New Roman" w:cs="Times New Roman"/>
                    </w:rPr>
                    <w:t>hazırlanarak</w:t>
                  </w:r>
                  <w:proofErr w:type="spellEnd"/>
                  <w:r w:rsidRP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225469">
                    <w:rPr>
                      <w:rFonts w:ascii="Times New Roman" w:hAnsi="Times New Roman" w:cs="Times New Roman"/>
                    </w:rPr>
                    <w:t>Müşavire</w:t>
                  </w:r>
                  <w:proofErr w:type="spellEnd"/>
                  <w:r w:rsidRP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225469">
                    <w:rPr>
                      <w:rFonts w:ascii="Times New Roman" w:hAnsi="Times New Roman" w:cs="Times New Roman"/>
                    </w:rPr>
                    <w:t>imza</w:t>
                  </w:r>
                  <w:proofErr w:type="spellEnd"/>
                  <w:r w:rsidRP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225469">
                    <w:rPr>
                      <w:rFonts w:ascii="Times New Roman" w:hAnsi="Times New Roman" w:cs="Times New Roman"/>
                    </w:rPr>
                    <w:t>için</w:t>
                  </w:r>
                  <w:proofErr w:type="spellEnd"/>
                  <w:r w:rsidRP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225469">
                    <w:rPr>
                      <w:rFonts w:ascii="Times New Roman" w:hAnsi="Times New Roman" w:cs="Times New Roman"/>
                    </w:rPr>
                    <w:t>sunulur</w:t>
                  </w:r>
                  <w:proofErr w:type="spellEnd"/>
                  <w:r w:rsidRPr="00225469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</w:tbl>
          <w:p w14:paraId="33E81CB5" w14:textId="60F4B5D0" w:rsidR="00545510" w:rsidRDefault="00545510">
            <w:pPr>
              <w:spacing w:after="0"/>
            </w:pPr>
          </w:p>
        </w:tc>
      </w:tr>
      <w:tr w:rsidR="00545510" w14:paraId="283D757E" w14:textId="77777777">
        <w:trPr>
          <w:jc w:val="center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14:paraId="670AE699" w14:textId="77777777" w:rsidR="00545510" w:rsidRDefault="00000000">
            <w:pPr>
              <w:jc w:val="center"/>
            </w:pPr>
            <w:r>
              <w:rPr>
                <w:b/>
                <w:color w:val="AFC0CF"/>
                <w:sz w:val="22"/>
              </w:rPr>
              <w:t>↓</w:t>
            </w:r>
          </w:p>
        </w:tc>
      </w:tr>
      <w:tr w:rsidR="00545510" w14:paraId="6B5A63DF" w14:textId="77777777">
        <w:trPr>
          <w:jc w:val="center"/>
        </w:trPr>
        <w:tc>
          <w:tcPr>
            <w:tcW w:w="9936" w:type="dxa"/>
            <w:tcBorders>
              <w:top w:val="single" w:sz="8" w:space="0" w:color="D9E2EA"/>
              <w:left w:val="single" w:sz="8" w:space="0" w:color="D9E2EA"/>
              <w:bottom w:val="single" w:sz="8" w:space="0" w:color="D9E2EA"/>
              <w:right w:val="single" w:sz="8" w:space="0" w:color="D9E2EA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36"/>
              <w:gridCol w:w="2520"/>
              <w:gridCol w:w="5976"/>
            </w:tblGrid>
            <w:tr w:rsidR="002C2515" w:rsidRPr="001E1866" w14:paraId="62E87886" w14:textId="77777777" w:rsidTr="0016019A">
              <w:trPr>
                <w:jc w:val="center"/>
              </w:trPr>
              <w:tc>
                <w:tcPr>
                  <w:tcW w:w="9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7324D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58BDDF51" w14:textId="221FA755" w:rsidR="002C2515" w:rsidRPr="001E1866" w:rsidRDefault="002C2515" w:rsidP="002C251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E1866">
                    <w:rPr>
                      <w:rFonts w:ascii="Times New Roman" w:hAnsi="Times New Roman" w:cs="Times New Roman"/>
                      <w:b/>
                      <w:sz w:val="19"/>
                    </w:rPr>
                    <w:t>0</w:t>
                  </w:r>
                  <w:r>
                    <w:rPr>
                      <w:rFonts w:ascii="Times New Roman" w:hAnsi="Times New Roman" w:cs="Times New Roman"/>
                      <w:b/>
                      <w:sz w:val="19"/>
                    </w:rPr>
                    <w:t>4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072D14A6" w14:textId="3D82C984" w:rsidR="002C2515" w:rsidRPr="001E1866" w:rsidRDefault="00225469" w:rsidP="002C251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</w:rPr>
                    <w:t>İMZA VE İLGİLİ BİRİME GÖNDERME</w:t>
                  </w:r>
                </w:p>
              </w:tc>
              <w:tc>
                <w:tcPr>
                  <w:tcW w:w="59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53F4ADE6" w14:textId="031BCF7D" w:rsidR="00225469" w:rsidRPr="00225469" w:rsidRDefault="002C2515" w:rsidP="00225469">
                  <w:pPr>
                    <w:rPr>
                      <w:rFonts w:ascii="Times New Roman" w:hAnsi="Times New Roman" w:cs="Times New Roman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</w:rPr>
                    <w:t>.</w:t>
                  </w:r>
                  <w:proofErr w:type="spellStart"/>
                  <w:r w:rsidR="00225469" w:rsidRPr="00225469">
                    <w:rPr>
                      <w:rFonts w:ascii="Times New Roman" w:hAnsi="Times New Roman" w:cs="Times New Roman"/>
                    </w:rPr>
                    <w:t>Avukat</w:t>
                  </w:r>
                  <w:proofErr w:type="spellEnd"/>
                  <w:proofErr w:type="gramEnd"/>
                  <w:r w:rsidR="00225469" w:rsidRP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proofErr w:type="gramStart"/>
                  <w:r w:rsidR="00225469" w:rsidRPr="00225469">
                    <w:rPr>
                      <w:rFonts w:ascii="Times New Roman" w:hAnsi="Times New Roman" w:cs="Times New Roman"/>
                    </w:rPr>
                    <w:t>tarafından</w:t>
                  </w:r>
                  <w:proofErr w:type="spellEnd"/>
                  <w:r w:rsidR="00225469" w:rsidRPr="00225469">
                    <w:rPr>
                      <w:rFonts w:ascii="Times New Roman" w:hAnsi="Times New Roman" w:cs="Times New Roman"/>
                    </w:rPr>
                    <w:t xml:space="preserve">  </w:t>
                  </w:r>
                  <w:proofErr w:type="spellStart"/>
                  <w:r w:rsidR="00225469" w:rsidRPr="00225469">
                    <w:rPr>
                      <w:rFonts w:ascii="Times New Roman" w:hAnsi="Times New Roman" w:cs="Times New Roman"/>
                    </w:rPr>
                    <w:t>gönderilen</w:t>
                  </w:r>
                  <w:proofErr w:type="spellEnd"/>
                  <w:proofErr w:type="gramEnd"/>
                  <w:r w:rsidR="00225469" w:rsidRP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="00225469" w:rsidRPr="00225469">
                    <w:rPr>
                      <w:rFonts w:ascii="Times New Roman" w:hAnsi="Times New Roman" w:cs="Times New Roman"/>
                    </w:rPr>
                    <w:t>görüş</w:t>
                  </w:r>
                  <w:proofErr w:type="spellEnd"/>
                  <w:r w:rsidR="00225469" w:rsidRP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="00225469" w:rsidRPr="00225469">
                    <w:rPr>
                      <w:rFonts w:ascii="Times New Roman" w:hAnsi="Times New Roman" w:cs="Times New Roman"/>
                    </w:rPr>
                    <w:t>yazısı</w:t>
                  </w:r>
                  <w:proofErr w:type="spellEnd"/>
                  <w:r w:rsidR="00225469" w:rsidRP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="00225469" w:rsidRPr="00225469">
                    <w:rPr>
                      <w:rFonts w:ascii="Times New Roman" w:hAnsi="Times New Roman" w:cs="Times New Roman"/>
                    </w:rPr>
                    <w:t>Hukuk</w:t>
                  </w:r>
                  <w:proofErr w:type="spellEnd"/>
                  <w:r w:rsidR="00225469" w:rsidRP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="00225469" w:rsidRPr="00225469">
                    <w:rPr>
                      <w:rFonts w:ascii="Times New Roman" w:hAnsi="Times New Roman" w:cs="Times New Roman"/>
                    </w:rPr>
                    <w:t>Müşaviri</w:t>
                  </w:r>
                  <w:proofErr w:type="spellEnd"/>
                  <w:r w:rsidR="00225469" w:rsidRP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="00225469" w:rsidRPr="00225469">
                    <w:rPr>
                      <w:rFonts w:ascii="Times New Roman" w:hAnsi="Times New Roman" w:cs="Times New Roman"/>
                    </w:rPr>
                    <w:t>Tarafından</w:t>
                  </w:r>
                  <w:proofErr w:type="spellEnd"/>
                  <w:r w:rsidR="00225469" w:rsidRP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="00225469" w:rsidRPr="00225469">
                    <w:rPr>
                      <w:rFonts w:ascii="Times New Roman" w:hAnsi="Times New Roman" w:cs="Times New Roman"/>
                    </w:rPr>
                    <w:t>imzalan</w:t>
                  </w:r>
                  <w:r w:rsidR="00225469">
                    <w:rPr>
                      <w:rFonts w:ascii="Times New Roman" w:hAnsi="Times New Roman" w:cs="Times New Roman"/>
                    </w:rPr>
                    <w:t>arak</w:t>
                  </w:r>
                  <w:proofErr w:type="spellEnd"/>
                  <w:r w:rsid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="00225469">
                    <w:rPr>
                      <w:rFonts w:ascii="Times New Roman" w:hAnsi="Times New Roman" w:cs="Times New Roman"/>
                    </w:rPr>
                    <w:t>ilgili</w:t>
                  </w:r>
                  <w:proofErr w:type="spellEnd"/>
                  <w:r w:rsid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="00225469">
                    <w:rPr>
                      <w:rFonts w:ascii="Times New Roman" w:hAnsi="Times New Roman" w:cs="Times New Roman"/>
                    </w:rPr>
                    <w:t>birime</w:t>
                  </w:r>
                  <w:proofErr w:type="spellEnd"/>
                  <w:r w:rsidR="00225469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="00225469">
                    <w:rPr>
                      <w:rFonts w:ascii="Times New Roman" w:hAnsi="Times New Roman" w:cs="Times New Roman"/>
                    </w:rPr>
                    <w:t>gönderilir</w:t>
                  </w:r>
                  <w:proofErr w:type="spellEnd"/>
                  <w:r w:rsidR="00225469">
                    <w:rPr>
                      <w:rFonts w:ascii="Times New Roman" w:hAnsi="Times New Roman" w:cs="Times New Roman"/>
                    </w:rPr>
                    <w:t>.</w:t>
                  </w:r>
                </w:p>
                <w:p w14:paraId="677DDF32" w14:textId="6CC02C44" w:rsidR="002C2515" w:rsidRPr="001E1866" w:rsidRDefault="002C2515" w:rsidP="002C251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8D12A8E" w14:textId="5CCF179F" w:rsidR="00545510" w:rsidRDefault="00545510">
            <w:pPr>
              <w:spacing w:after="0"/>
            </w:pPr>
          </w:p>
        </w:tc>
      </w:tr>
      <w:tr w:rsidR="00545510" w14:paraId="6C92533B" w14:textId="77777777">
        <w:trPr>
          <w:jc w:val="center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F6F8FB"/>
            <w:tcMar>
              <w:top w:w="55" w:type="dxa"/>
              <w:left w:w="150" w:type="dxa"/>
              <w:bottom w:w="55" w:type="dxa"/>
              <w:right w:w="150" w:type="dxa"/>
            </w:tcMar>
            <w:vAlign w:val="center"/>
          </w:tcPr>
          <w:p w14:paraId="37E52391" w14:textId="77777777" w:rsidR="00545510" w:rsidRDefault="00000000">
            <w:pPr>
              <w:jc w:val="center"/>
            </w:pPr>
            <w:r>
              <w:rPr>
                <w:b/>
                <w:color w:val="AFC0CF"/>
                <w:sz w:val="22"/>
              </w:rPr>
              <w:t>↓</w:t>
            </w:r>
          </w:p>
        </w:tc>
      </w:tr>
      <w:tr w:rsidR="00545510" w14:paraId="20C619AA" w14:textId="77777777">
        <w:trPr>
          <w:jc w:val="center"/>
        </w:trPr>
        <w:tc>
          <w:tcPr>
            <w:tcW w:w="9936" w:type="dxa"/>
            <w:tcBorders>
              <w:top w:val="nil"/>
              <w:left w:val="nil"/>
              <w:bottom w:val="nil"/>
              <w:right w:val="nil"/>
            </w:tcBorders>
            <w:shd w:val="clear" w:color="auto" w:fill="17324D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5A0031" w14:textId="77777777" w:rsidR="00545510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BİTİŞ</w:t>
            </w:r>
          </w:p>
        </w:tc>
      </w:tr>
    </w:tbl>
    <w:p w14:paraId="6AD35BA2" w14:textId="359F4328" w:rsidR="00545510" w:rsidRDefault="00545510" w:rsidP="00BF04D3">
      <w:pPr>
        <w:spacing w:before="60"/>
        <w:jc w:val="center"/>
      </w:pPr>
    </w:p>
    <w:sectPr w:rsidR="00545510" w:rsidSect="00034616">
      <w:pgSz w:w="12240" w:h="15840"/>
      <w:pgMar w:top="648" w:right="864" w:bottom="648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6397427">
    <w:abstractNumId w:val="8"/>
  </w:num>
  <w:num w:numId="2" w16cid:durableId="2002922232">
    <w:abstractNumId w:val="6"/>
  </w:num>
  <w:num w:numId="3" w16cid:durableId="1762481235">
    <w:abstractNumId w:val="5"/>
  </w:num>
  <w:num w:numId="4" w16cid:durableId="1113279572">
    <w:abstractNumId w:val="4"/>
  </w:num>
  <w:num w:numId="5" w16cid:durableId="251161598">
    <w:abstractNumId w:val="7"/>
  </w:num>
  <w:num w:numId="6" w16cid:durableId="2084570447">
    <w:abstractNumId w:val="3"/>
  </w:num>
  <w:num w:numId="7" w16cid:durableId="159662842">
    <w:abstractNumId w:val="2"/>
  </w:num>
  <w:num w:numId="8" w16cid:durableId="829364747">
    <w:abstractNumId w:val="1"/>
  </w:num>
  <w:num w:numId="9" w16cid:durableId="1354918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25469"/>
    <w:rsid w:val="00243EA5"/>
    <w:rsid w:val="0029639D"/>
    <w:rsid w:val="002C2515"/>
    <w:rsid w:val="00326F90"/>
    <w:rsid w:val="00545510"/>
    <w:rsid w:val="00770324"/>
    <w:rsid w:val="00877024"/>
    <w:rsid w:val="009843B7"/>
    <w:rsid w:val="00AA1D8D"/>
    <w:rsid w:val="00B47730"/>
    <w:rsid w:val="00BF04D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8C8BD5"/>
  <w14:defaultImageDpi w14:val="300"/>
  <w15:docId w15:val="{E18C0839-9AA6-488E-91AC-966CDAEC6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ŞENNUR TOPAL</cp:lastModifiedBy>
  <cp:revision>4</cp:revision>
  <dcterms:created xsi:type="dcterms:W3CDTF">2026-08-26T08:41:00Z</dcterms:created>
  <dcterms:modified xsi:type="dcterms:W3CDTF">2026-08-27T08:46:00Z</dcterms:modified>
  <cp:category/>
</cp:coreProperties>
</file>