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917"/>
        <w:gridCol w:w="2735"/>
      </w:tblGrid>
      <w:tr w:rsidR="00A452E7" w:rsidRPr="001E1866" w14:paraId="64793B52" w14:textId="77777777" w:rsidTr="001E1866">
        <w:trPr>
          <w:trHeight w:val="589"/>
          <w:jc w:val="center"/>
        </w:trPr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04971E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SAĞLIK BİLİMLERİ ÜNİVERSİTESİ</w:t>
            </w:r>
          </w:p>
          <w:p w14:paraId="2F2629C6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</w:rPr>
              <w:t>Hukuk Müşavirliği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EAF2F4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1D5C88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16"/>
              </w:rPr>
              <w:t>YÜRÜRLÜK TARİHİ</w:t>
            </w:r>
          </w:p>
          <w:p w14:paraId="0F73B1D0" w14:textId="5B1BF2FC" w:rsidR="00A452E7" w:rsidRPr="001E1866" w:rsidRDefault="001E1866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2"/>
              </w:rPr>
              <w:t>26/08/2026</w:t>
            </w:r>
          </w:p>
        </w:tc>
      </w:tr>
    </w:tbl>
    <w:p w14:paraId="19E5B2ED" w14:textId="14B4FEC6" w:rsidR="00A452E7" w:rsidRPr="001E1866" w:rsidRDefault="00FE7AA3">
      <w:pPr>
        <w:spacing w:before="16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 xml:space="preserve">TAŞINIR TALEP VE ZIMMET </w:t>
      </w:r>
    </w:p>
    <w:p w14:paraId="1C0DE46C" w14:textId="77777777" w:rsidR="00A452E7" w:rsidRPr="001E1866" w:rsidRDefault="00000000">
      <w:pPr>
        <w:spacing w:after="14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sz w:val="22"/>
        </w:rPr>
        <w:t>İş Akış Şeması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A452E7" w:rsidRPr="001E1866" w14:paraId="2664E824" w14:textId="77777777" w:rsidTr="00FE7AA3">
        <w:trPr>
          <w:trHeight w:val="202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5C00D129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BAŞLANGIÇ</w:t>
            </w:r>
          </w:p>
        </w:tc>
      </w:tr>
      <w:tr w:rsidR="00A452E7" w:rsidRPr="001E1866" w14:paraId="5D2B94BB" w14:textId="77777777" w:rsidTr="00FE7AA3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082A632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70DB9005" w14:textId="77777777" w:rsidTr="00FE7AA3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BF5AC89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7A4C8568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AE9057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83B69D" w14:textId="510DC0DB" w:rsidR="00A452E7" w:rsidRPr="001E1866" w:rsidRDefault="00FE7AA3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 xml:space="preserve">TALEBIN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OLUŞTURULMASI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C28521F" w14:textId="355ECF25" w:rsidR="00FE7AA3" w:rsidRPr="00FE7AA3" w:rsidRDefault="00FE7AA3" w:rsidP="00FE7AA3">
                  <w:pPr>
                    <w:rPr>
                      <w:rFonts w:ascii="Times New Roman" w:hAnsi="Times New Roman" w:cs="Times New Roman"/>
                      <w:sz w:val="18"/>
                      <w:lang w:bidi="tr-TR"/>
                    </w:rPr>
                  </w:pP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Birim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Personelleri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tarafından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duyulan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ihtiyaçlar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doğrultusunda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talep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oluşturul</w:t>
                  </w:r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arak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görevli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personel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tarafından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EBYS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sistemi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üzerinden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ilgili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birime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talep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gönderilir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lang w:bidi="tr-TR"/>
                    </w:rPr>
                    <w:t>.</w:t>
                  </w:r>
                </w:p>
                <w:p w14:paraId="2001A610" w14:textId="3D8B1819" w:rsidR="00A452E7" w:rsidRPr="001E1866" w:rsidRDefault="00A452E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4A6DF90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1D159A9A" w14:textId="77777777" w:rsidTr="00FE7AA3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3231018F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4942EA2D" w14:textId="77777777" w:rsidTr="00FE7AA3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0D8BCA4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046250BE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C9D05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A4AA7F8" w14:textId="2E8D6AC6" w:rsidR="00A452E7" w:rsidRPr="001E1866" w:rsidRDefault="00FE7AA3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KAYIT OLUŞTURULMASI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DD59DE0" w14:textId="297F7C2E" w:rsidR="00FE7AA3" w:rsidRPr="00FE7AA3" w:rsidRDefault="00FE7AA3" w:rsidP="00FE7AA3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Teslim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alınan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taşınır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malzemeye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ilişkin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taşınır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sistemi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üzerinden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işlemleri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gerçekleştirilir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ve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taşınır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işlem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belgelerine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ilişkin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taşınır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yekilisinin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</w:rPr>
                    <w:t>ıslak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FE7AA3">
                    <w:rPr>
                      <w:rFonts w:ascii="Times New Roman" w:hAnsi="Times New Roman" w:cs="Times New Roman"/>
                      <w:sz w:val="18"/>
                    </w:rPr>
                    <w:t>imzasını</w:t>
                  </w:r>
                  <w:proofErr w:type="spellEnd"/>
                  <w:r w:rsidRPr="00FE7AA3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alınarak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ilgili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birimlere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</w:rPr>
                    <w:t>iletilir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. </w:t>
                  </w:r>
                </w:p>
                <w:p w14:paraId="7D1AB36D" w14:textId="7B516D28" w:rsidR="00A452E7" w:rsidRPr="001E1866" w:rsidRDefault="00A452E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AC02B1E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5B89BB0F" w14:textId="77777777" w:rsidTr="00FE7AA3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71E96B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8FB6E7E" w14:textId="77777777" w:rsidTr="00FE7AA3">
        <w:trPr>
          <w:trHeight w:val="23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EAB341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BİTİŞ</w:t>
            </w:r>
          </w:p>
        </w:tc>
      </w:tr>
    </w:tbl>
    <w:p w14:paraId="30CA9A89" w14:textId="6FC0F960" w:rsidR="00A452E7" w:rsidRPr="001E1866" w:rsidRDefault="00A452E7" w:rsidP="001E1866">
      <w:pPr>
        <w:spacing w:before="80"/>
        <w:rPr>
          <w:rFonts w:ascii="Times New Roman" w:hAnsi="Times New Roman" w:cs="Times New Roman"/>
        </w:rPr>
      </w:pPr>
    </w:p>
    <w:sectPr w:rsidR="00A452E7" w:rsidRPr="001E1866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8730095">
    <w:abstractNumId w:val="8"/>
  </w:num>
  <w:num w:numId="2" w16cid:durableId="296648231">
    <w:abstractNumId w:val="6"/>
  </w:num>
  <w:num w:numId="3" w16cid:durableId="1592854221">
    <w:abstractNumId w:val="5"/>
  </w:num>
  <w:num w:numId="4" w16cid:durableId="1885559906">
    <w:abstractNumId w:val="4"/>
  </w:num>
  <w:num w:numId="5" w16cid:durableId="1873030113">
    <w:abstractNumId w:val="7"/>
  </w:num>
  <w:num w:numId="6" w16cid:durableId="1728340400">
    <w:abstractNumId w:val="3"/>
  </w:num>
  <w:num w:numId="7" w16cid:durableId="1130441332">
    <w:abstractNumId w:val="2"/>
  </w:num>
  <w:num w:numId="8" w16cid:durableId="1499227295">
    <w:abstractNumId w:val="1"/>
  </w:num>
  <w:num w:numId="9" w16cid:durableId="190140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72B"/>
    <w:rsid w:val="000E0165"/>
    <w:rsid w:val="0015074B"/>
    <w:rsid w:val="001E1866"/>
    <w:rsid w:val="0029639D"/>
    <w:rsid w:val="00326F90"/>
    <w:rsid w:val="0063551C"/>
    <w:rsid w:val="008E4135"/>
    <w:rsid w:val="009843B7"/>
    <w:rsid w:val="00A452E7"/>
    <w:rsid w:val="00AA1D8D"/>
    <w:rsid w:val="00B47730"/>
    <w:rsid w:val="00CB0664"/>
    <w:rsid w:val="00FC693F"/>
    <w:rsid w:val="00F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A0DF"/>
  <w14:defaultImageDpi w14:val="300"/>
  <w15:docId w15:val="{0716F2A0-372E-4D18-9285-006DE084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3</cp:revision>
  <dcterms:created xsi:type="dcterms:W3CDTF">2026-08-26T08:22:00Z</dcterms:created>
  <dcterms:modified xsi:type="dcterms:W3CDTF">2026-08-27T08:45:00Z</dcterms:modified>
  <cp:category/>
</cp:coreProperties>
</file>