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587"/>
        <w:gridCol w:w="5216"/>
        <w:gridCol w:w="1474"/>
        <w:gridCol w:w="1871"/>
      </w:tblGrid>
      <w:tr w:rsidR="00532E3F" w:rsidRPr="000343EB" w14:paraId="0B82B22F"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33BDEAB9" w14:textId="77777777" w:rsidR="00532E3F" w:rsidRPr="000343EB" w:rsidRDefault="00532E3F" w:rsidP="00A52618">
            <w:pPr>
              <w:pStyle w:val="Balk1"/>
              <w:rPr>
                <w:lang w:val="tr-TR"/>
              </w:rPr>
            </w:pPr>
            <w:r w:rsidRPr="000343EB">
              <w:rPr>
                <w:noProof/>
                <w:lang w:val="tr-TR"/>
              </w:rPr>
              <w:drawing>
                <wp:inline distT="0" distB="0" distL="0" distR="0" wp14:anchorId="377FC884" wp14:editId="3C3C48E5">
                  <wp:extent cx="720000" cy="7216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16" w:type="dxa"/>
            <w:vMerge w:val="restart"/>
            <w:tcBorders>
              <w:top w:val="single" w:sz="7" w:space="0" w:color="777777"/>
              <w:left w:val="single" w:sz="7" w:space="0" w:color="777777"/>
              <w:bottom w:val="single" w:sz="7" w:space="0" w:color="777777"/>
              <w:right w:val="single" w:sz="7" w:space="0" w:color="777777"/>
            </w:tcBorders>
            <w:vAlign w:val="center"/>
          </w:tcPr>
          <w:p w14:paraId="17E28E28" w14:textId="77777777" w:rsidR="00532E3F" w:rsidRPr="000343EB" w:rsidRDefault="00532E3F" w:rsidP="00A52618">
            <w:pPr>
              <w:jc w:val="center"/>
              <w:rPr>
                <w:lang w:val="tr-TR"/>
              </w:rPr>
            </w:pPr>
            <w:r w:rsidRPr="000343EB">
              <w:rPr>
                <w:rFonts w:ascii="Arial" w:hAnsi="Arial"/>
                <w:b/>
                <w:color w:val="14375F"/>
                <w:sz w:val="20"/>
                <w:lang w:val="tr-TR"/>
              </w:rPr>
              <w:t>T.C.</w:t>
            </w:r>
            <w:r w:rsidRPr="000343EB">
              <w:rPr>
                <w:rFonts w:ascii="Arial" w:hAnsi="Arial"/>
                <w:b/>
                <w:color w:val="14375F"/>
                <w:sz w:val="20"/>
                <w:lang w:val="tr-TR"/>
              </w:rPr>
              <w:br/>
              <w:t>SAĞLIK BİLİMLERİ ÜNİVERSİTESİ</w:t>
            </w:r>
            <w:r w:rsidRPr="000343EB">
              <w:rPr>
                <w:rFonts w:ascii="Arial" w:hAnsi="Arial"/>
                <w:b/>
                <w:color w:val="14375F"/>
                <w:sz w:val="20"/>
                <w:lang w:val="tr-TR"/>
              </w:rPr>
              <w:br/>
              <w:t>PERSONEL DAİRE BAŞKANLIĞI</w:t>
            </w:r>
            <w:r w:rsidRPr="000343EB">
              <w:rPr>
                <w:rFonts w:ascii="Arial" w:hAnsi="Arial"/>
                <w:b/>
                <w:color w:val="14375F"/>
                <w:sz w:val="20"/>
                <w:lang w:val="tr-TR"/>
              </w:rPr>
              <w:br/>
              <w:t>Hizmet Birleştirme İşlemleri</w:t>
            </w:r>
            <w:r w:rsidRPr="000343EB">
              <w:rPr>
                <w:rFonts w:ascii="Arial" w:hAnsi="Arial"/>
                <w:b/>
                <w:color w:val="14375F"/>
                <w:sz w:val="20"/>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69744AED" w14:textId="77777777" w:rsidR="00532E3F" w:rsidRPr="000343EB" w:rsidRDefault="00532E3F" w:rsidP="00A52618">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D6B615B" w14:textId="77777777" w:rsidR="00532E3F" w:rsidRPr="000343EB" w:rsidRDefault="00532E3F" w:rsidP="00A52618">
            <w:pPr>
              <w:rPr>
                <w:lang w:val="tr-TR"/>
              </w:rPr>
            </w:pPr>
            <w:r w:rsidRPr="000343EB">
              <w:rPr>
                <w:sz w:val="14"/>
                <w:lang w:val="tr-TR"/>
              </w:rPr>
              <w:t>UNİKA-İAS-C2-026</w:t>
            </w:r>
          </w:p>
        </w:tc>
      </w:tr>
      <w:tr w:rsidR="00532E3F" w:rsidRPr="000343EB" w14:paraId="25160B93"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FFA6B8C"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34FCB5B9"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DD44835" w14:textId="77777777" w:rsidR="00532E3F" w:rsidRPr="000343EB" w:rsidRDefault="00532E3F" w:rsidP="00A52618">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3E2F677" w14:textId="77777777" w:rsidR="00532E3F" w:rsidRPr="000343EB" w:rsidRDefault="00532E3F" w:rsidP="00A52618">
            <w:pPr>
              <w:rPr>
                <w:lang w:val="tr-TR"/>
              </w:rPr>
            </w:pPr>
            <w:r w:rsidRPr="000343EB">
              <w:rPr>
                <w:sz w:val="14"/>
                <w:lang w:val="tr-TR"/>
              </w:rPr>
              <w:t>11.05.2023</w:t>
            </w:r>
          </w:p>
        </w:tc>
      </w:tr>
      <w:tr w:rsidR="00532E3F" w:rsidRPr="000343EB" w14:paraId="309E0C8B"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9C6BFCC"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38B8D432"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5B148E6" w14:textId="77777777" w:rsidR="00532E3F" w:rsidRPr="000343EB" w:rsidRDefault="00532E3F" w:rsidP="00A52618">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D466504" w14:textId="77777777" w:rsidR="00532E3F" w:rsidRPr="000343EB" w:rsidRDefault="00532E3F" w:rsidP="00A52618">
            <w:pPr>
              <w:rPr>
                <w:lang w:val="tr-TR"/>
              </w:rPr>
            </w:pPr>
            <w:r w:rsidRPr="000343EB">
              <w:rPr>
                <w:sz w:val="14"/>
                <w:lang w:val="tr-TR"/>
              </w:rPr>
              <w:t>-</w:t>
            </w:r>
          </w:p>
        </w:tc>
      </w:tr>
      <w:tr w:rsidR="00532E3F" w:rsidRPr="000343EB" w14:paraId="11C3C91A"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A53EBEA"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408E4B6C"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DF038CA" w14:textId="77777777" w:rsidR="00532E3F" w:rsidRPr="000343EB" w:rsidRDefault="00532E3F" w:rsidP="00A52618">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3BF6CF4" w14:textId="77777777" w:rsidR="00532E3F" w:rsidRPr="000343EB" w:rsidRDefault="00532E3F" w:rsidP="00A52618">
            <w:pPr>
              <w:rPr>
                <w:lang w:val="tr-TR"/>
              </w:rPr>
            </w:pPr>
            <w:r w:rsidRPr="000343EB">
              <w:rPr>
                <w:sz w:val="14"/>
                <w:lang w:val="tr-TR"/>
              </w:rPr>
              <w:t>0</w:t>
            </w:r>
          </w:p>
        </w:tc>
      </w:tr>
    </w:tbl>
    <w:p w14:paraId="1F0692AF" w14:textId="77777777" w:rsidR="00532E3F" w:rsidRPr="000343EB" w:rsidRDefault="00532E3F" w:rsidP="00532E3F">
      <w:pPr>
        <w:spacing w:after="0"/>
        <w:rPr>
          <w:lang w:val="tr-TR"/>
        </w:rPr>
      </w:pPr>
    </w:p>
    <w:p w14:paraId="5A360BCE" w14:textId="77777777" w:rsidR="00532E3F" w:rsidRPr="000343EB" w:rsidRDefault="00532E3F" w:rsidP="00532E3F">
      <w:pPr>
        <w:spacing w:after="20"/>
        <w:jc w:val="center"/>
        <w:rPr>
          <w:lang w:val="tr-TR"/>
        </w:rPr>
      </w:pPr>
      <w:r w:rsidRPr="000343EB">
        <w:rPr>
          <w:b/>
          <w:color w:val="B97000"/>
          <w:sz w:val="17"/>
          <w:lang w:val="tr-TR"/>
        </w:rPr>
        <w:t>BAŞLANGIÇ</w:t>
      </w:r>
    </w:p>
    <w:tbl>
      <w:tblPr>
        <w:tblW w:w="0" w:type="auto"/>
        <w:jc w:val="center"/>
        <w:tblLayout w:type="fixed"/>
        <w:tblLook w:val="04A0" w:firstRow="1" w:lastRow="0" w:firstColumn="1" w:lastColumn="0" w:noHBand="0" w:noVBand="1"/>
      </w:tblPr>
      <w:tblGrid>
        <w:gridCol w:w="7483"/>
      </w:tblGrid>
      <w:tr w:rsidR="00532E3F" w:rsidRPr="000343EB" w14:paraId="677BB2CB"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666FBB92" w14:textId="77777777" w:rsidR="00532E3F" w:rsidRPr="000343EB" w:rsidRDefault="00532E3F" w:rsidP="00A52618">
            <w:pPr>
              <w:spacing w:before="40" w:after="40"/>
              <w:jc w:val="center"/>
              <w:rPr>
                <w:color w:val="000000" w:themeColor="text1"/>
                <w:lang w:val="tr-TR"/>
              </w:rPr>
            </w:pPr>
            <w:r w:rsidRPr="000343EB">
              <w:rPr>
                <w:rFonts w:ascii="Arial" w:hAnsi="Arial"/>
                <w:color w:val="000000" w:themeColor="text1"/>
                <w:sz w:val="16"/>
                <w:lang w:val="tr-TR"/>
              </w:rPr>
              <w:t>Personelin dilekçesi, geçmiş hizmetine ilişkin belgelerinin ve SGK Hizmet Cetvelinin görev yaptığı birim aracılığıyla Personel Daire Başkanlığına iletilmesi.</w:t>
            </w:r>
          </w:p>
        </w:tc>
      </w:tr>
    </w:tbl>
    <w:p w14:paraId="0F86FF06" w14:textId="77777777" w:rsidR="00532E3F" w:rsidRPr="000343EB" w:rsidRDefault="00532E3F" w:rsidP="00532E3F">
      <w:pPr>
        <w:spacing w:after="0"/>
        <w:jc w:val="center"/>
        <w:rPr>
          <w:color w:val="000000" w:themeColor="text1"/>
          <w:lang w:val="tr-TR"/>
        </w:rPr>
      </w:pPr>
      <w:r w:rsidRPr="000343EB">
        <w:rPr>
          <w:b/>
          <w:color w:val="000000" w:themeColor="text1"/>
          <w:sz w:val="28"/>
          <w:lang w:val="tr-TR"/>
        </w:rPr>
        <w:t>↓</w:t>
      </w:r>
    </w:p>
    <w:tbl>
      <w:tblPr>
        <w:tblW w:w="0" w:type="auto"/>
        <w:jc w:val="center"/>
        <w:tblLayout w:type="fixed"/>
        <w:tblLook w:val="04A0" w:firstRow="1" w:lastRow="0" w:firstColumn="1" w:lastColumn="0" w:noHBand="0" w:noVBand="1"/>
      </w:tblPr>
      <w:tblGrid>
        <w:gridCol w:w="7483"/>
      </w:tblGrid>
      <w:tr w:rsidR="00532E3F" w:rsidRPr="000343EB" w14:paraId="113B9D21"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48F24486" w14:textId="77777777" w:rsidR="00532E3F" w:rsidRPr="000343EB" w:rsidRDefault="00532E3F" w:rsidP="00A52618">
            <w:pPr>
              <w:spacing w:before="40" w:after="40"/>
              <w:jc w:val="center"/>
              <w:rPr>
                <w:color w:val="000000" w:themeColor="text1"/>
                <w:lang w:val="tr-TR"/>
              </w:rPr>
            </w:pPr>
            <w:r w:rsidRPr="000343EB">
              <w:rPr>
                <w:rFonts w:ascii="Arial" w:hAnsi="Arial"/>
                <w:color w:val="000000" w:themeColor="text1"/>
                <w:sz w:val="16"/>
                <w:lang w:val="tr-TR"/>
              </w:rPr>
              <w:t>İlgili SGK biriminden hizmet sürelerinin; kamu hizmeti bulunması hâlinde önceki kurumdan gerekli hizmet/özlük bilgilerinin resmî yazıyla istenmesi.</w:t>
            </w:r>
          </w:p>
        </w:tc>
      </w:tr>
    </w:tbl>
    <w:p w14:paraId="3707A34D" w14:textId="77777777" w:rsidR="00532E3F" w:rsidRPr="000343EB" w:rsidRDefault="00532E3F" w:rsidP="00532E3F">
      <w:pPr>
        <w:spacing w:after="0"/>
        <w:jc w:val="center"/>
        <w:rPr>
          <w:color w:val="000000" w:themeColor="text1"/>
          <w:lang w:val="tr-TR"/>
        </w:rPr>
      </w:pPr>
      <w:r w:rsidRPr="000343EB">
        <w:rPr>
          <w:b/>
          <w:color w:val="000000" w:themeColor="text1"/>
          <w:sz w:val="28"/>
          <w:lang w:val="tr-TR"/>
        </w:rPr>
        <w:t>↓</w:t>
      </w:r>
    </w:p>
    <w:tbl>
      <w:tblPr>
        <w:tblW w:w="0" w:type="auto"/>
        <w:jc w:val="center"/>
        <w:tblLayout w:type="fixed"/>
        <w:tblLook w:val="04A0" w:firstRow="1" w:lastRow="0" w:firstColumn="1" w:lastColumn="0" w:noHBand="0" w:noVBand="1"/>
      </w:tblPr>
      <w:tblGrid>
        <w:gridCol w:w="7483"/>
      </w:tblGrid>
      <w:tr w:rsidR="00532E3F" w:rsidRPr="000343EB" w14:paraId="0577C19A"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3B10902C" w14:textId="77777777" w:rsidR="00532E3F" w:rsidRPr="000343EB" w:rsidRDefault="00532E3F" w:rsidP="00A52618">
            <w:pPr>
              <w:spacing w:before="40" w:after="40"/>
              <w:jc w:val="center"/>
              <w:rPr>
                <w:color w:val="000000" w:themeColor="text1"/>
                <w:lang w:val="tr-TR"/>
              </w:rPr>
            </w:pPr>
            <w:r w:rsidRPr="000343EB">
              <w:rPr>
                <w:rFonts w:ascii="Arial" w:hAnsi="Arial"/>
                <w:color w:val="000000" w:themeColor="text1"/>
                <w:sz w:val="16"/>
                <w:lang w:val="tr-TR"/>
              </w:rPr>
              <w:t xml:space="preserve">Gelen belgeler üzerinden hizmet sürelerinin değerlendirilmesi, intibak işlemi varsa işleminin hazırlanması ve SBÜ imza yetkileri çerçevesinde yetkili makam onayına sunulması. İntibak işlem yoksa hizmet birleştirme işleminin HİTAP üzerinden yapılması </w:t>
            </w:r>
          </w:p>
        </w:tc>
      </w:tr>
    </w:tbl>
    <w:p w14:paraId="5E4AEDB6" w14:textId="77777777" w:rsidR="00532E3F" w:rsidRPr="000343EB" w:rsidRDefault="00532E3F" w:rsidP="00532E3F">
      <w:pPr>
        <w:spacing w:after="0"/>
        <w:jc w:val="center"/>
        <w:rPr>
          <w:color w:val="000000" w:themeColor="text1"/>
          <w:lang w:val="tr-TR"/>
        </w:rPr>
      </w:pPr>
      <w:r w:rsidRPr="000343EB">
        <w:rPr>
          <w:b/>
          <w:color w:val="000000" w:themeColor="text1"/>
          <w:sz w:val="28"/>
          <w:lang w:val="tr-TR"/>
        </w:rPr>
        <w:t>↓</w:t>
      </w:r>
    </w:p>
    <w:tbl>
      <w:tblPr>
        <w:tblW w:w="0" w:type="auto"/>
        <w:jc w:val="center"/>
        <w:tblLayout w:type="fixed"/>
        <w:tblLook w:val="04A0" w:firstRow="1" w:lastRow="0" w:firstColumn="1" w:lastColumn="0" w:noHBand="0" w:noVBand="1"/>
      </w:tblPr>
      <w:tblGrid>
        <w:gridCol w:w="7483"/>
      </w:tblGrid>
      <w:tr w:rsidR="00532E3F" w:rsidRPr="000343EB" w14:paraId="1BF4EC1E"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7B8E44DE" w14:textId="77777777" w:rsidR="00532E3F" w:rsidRPr="000343EB" w:rsidRDefault="00532E3F" w:rsidP="00A52618">
            <w:pPr>
              <w:spacing w:before="40" w:after="40"/>
              <w:jc w:val="center"/>
              <w:rPr>
                <w:color w:val="000000" w:themeColor="text1"/>
                <w:lang w:val="tr-TR"/>
              </w:rPr>
            </w:pPr>
            <w:r w:rsidRPr="000343EB">
              <w:rPr>
                <w:rFonts w:ascii="Arial" w:hAnsi="Arial"/>
                <w:color w:val="000000" w:themeColor="text1"/>
                <w:sz w:val="16"/>
                <w:lang w:val="tr-TR"/>
              </w:rPr>
              <w:t xml:space="preserve">Onaylanan intibak bilgilerinin Personel Bilgi Sistemine ve </w:t>
            </w:r>
            <w:proofErr w:type="spellStart"/>
            <w:r w:rsidRPr="000343EB">
              <w:rPr>
                <w:rFonts w:ascii="Arial" w:hAnsi="Arial"/>
                <w:color w:val="000000" w:themeColor="text1"/>
                <w:sz w:val="16"/>
                <w:lang w:val="tr-TR"/>
              </w:rPr>
              <w:t>HİTAP'a</w:t>
            </w:r>
            <w:proofErr w:type="spellEnd"/>
            <w:r w:rsidRPr="000343EB">
              <w:rPr>
                <w:rFonts w:ascii="Arial" w:hAnsi="Arial"/>
                <w:color w:val="000000" w:themeColor="text1"/>
                <w:sz w:val="16"/>
                <w:lang w:val="tr-TR"/>
              </w:rPr>
              <w:t xml:space="preserve"> işlenmesi.</w:t>
            </w:r>
          </w:p>
        </w:tc>
      </w:tr>
    </w:tbl>
    <w:p w14:paraId="1E12EAEE" w14:textId="77777777" w:rsidR="00532E3F" w:rsidRPr="000343EB" w:rsidRDefault="00532E3F" w:rsidP="00532E3F">
      <w:pPr>
        <w:spacing w:after="0"/>
        <w:jc w:val="center"/>
        <w:rPr>
          <w:color w:val="000000" w:themeColor="text1"/>
          <w:lang w:val="tr-TR"/>
        </w:rPr>
      </w:pPr>
      <w:r w:rsidRPr="000343EB">
        <w:rPr>
          <w:b/>
          <w:color w:val="000000" w:themeColor="text1"/>
          <w:sz w:val="28"/>
          <w:lang w:val="tr-TR"/>
        </w:rPr>
        <w:t>↓</w:t>
      </w:r>
    </w:p>
    <w:tbl>
      <w:tblPr>
        <w:tblW w:w="0" w:type="auto"/>
        <w:jc w:val="center"/>
        <w:tblLayout w:type="fixed"/>
        <w:tblLook w:val="04A0" w:firstRow="1" w:lastRow="0" w:firstColumn="1" w:lastColumn="0" w:noHBand="0" w:noVBand="1"/>
      </w:tblPr>
      <w:tblGrid>
        <w:gridCol w:w="7483"/>
      </w:tblGrid>
      <w:tr w:rsidR="00532E3F" w:rsidRPr="000343EB" w14:paraId="55A78F47"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56CB707F" w14:textId="77777777" w:rsidR="00532E3F" w:rsidRPr="000343EB" w:rsidRDefault="00532E3F" w:rsidP="00A52618">
            <w:pPr>
              <w:spacing w:before="40" w:after="40"/>
              <w:jc w:val="center"/>
              <w:rPr>
                <w:color w:val="000000" w:themeColor="text1"/>
                <w:lang w:val="tr-TR"/>
              </w:rPr>
            </w:pPr>
            <w:r w:rsidRPr="000343EB">
              <w:rPr>
                <w:rFonts w:ascii="Arial" w:hAnsi="Arial"/>
                <w:color w:val="000000" w:themeColor="text1"/>
                <w:sz w:val="16"/>
                <w:lang w:val="tr-TR"/>
              </w:rPr>
              <w:t>Onay ve eklerinin personelin görev yaptığı birime; mali/özlük haklarını etkileyen hususların ilgili maaş/tahakkuk birimine gönderilmesi.</w:t>
            </w:r>
          </w:p>
        </w:tc>
      </w:tr>
    </w:tbl>
    <w:p w14:paraId="18307A27" w14:textId="77777777" w:rsidR="00532E3F" w:rsidRPr="000343EB" w:rsidRDefault="00532E3F" w:rsidP="00532E3F">
      <w:pPr>
        <w:spacing w:after="20"/>
        <w:jc w:val="center"/>
        <w:rPr>
          <w:color w:val="000000" w:themeColor="text1"/>
          <w:lang w:val="tr-TR"/>
        </w:rPr>
      </w:pPr>
      <w:r w:rsidRPr="000343EB">
        <w:rPr>
          <w:b/>
          <w:color w:val="000000" w:themeColor="text1"/>
          <w:sz w:val="17"/>
          <w:lang w:val="tr-TR"/>
        </w:rPr>
        <w:t>BİTİŞ</w:t>
      </w:r>
    </w:p>
    <w:p w14:paraId="16CAD81A" w14:textId="77777777" w:rsidR="00532E3F" w:rsidRPr="000343EB" w:rsidRDefault="00532E3F" w:rsidP="00532E3F">
      <w:pPr>
        <w:spacing w:before="40" w:after="0"/>
        <w:rPr>
          <w:lang w:val="tr-TR"/>
        </w:rPr>
      </w:pPr>
      <w:r w:rsidRPr="000343EB">
        <w:rPr>
          <w:b/>
          <w:sz w:val="12"/>
          <w:lang w:val="tr-TR"/>
        </w:rPr>
        <w:t xml:space="preserve">Dayanak / SBÜ Kurumsal Uyum: </w:t>
      </w:r>
      <w:r w:rsidRPr="000343EB">
        <w:rPr>
          <w:sz w:val="12"/>
          <w:lang w:val="tr-TR"/>
        </w:rPr>
        <w:t>5510 sayılı Kanun; ilgisine göre 5434 ve 657 sayılı Kanunlar; SBÜ Personel Daire Başkanlığı HİTAP/PBS süreçleri.</w:t>
      </w:r>
    </w:p>
    <w:p w14:paraId="7ED11E2E" w14:textId="77777777" w:rsidR="00532E3F" w:rsidRPr="000343EB" w:rsidRDefault="00532E3F" w:rsidP="00532E3F">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16"/>
        <w:gridCol w:w="1474"/>
        <w:gridCol w:w="1871"/>
      </w:tblGrid>
      <w:tr w:rsidR="00532E3F" w:rsidRPr="000343EB" w14:paraId="301FC306"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9CC6CA3" w14:textId="77777777" w:rsidR="00532E3F" w:rsidRPr="000343EB" w:rsidRDefault="00532E3F" w:rsidP="00532E3F">
            <w:pPr>
              <w:jc w:val="center"/>
              <w:rPr>
                <w:lang w:val="tr-TR"/>
              </w:rPr>
            </w:pPr>
            <w:r w:rsidRPr="000343EB">
              <w:rPr>
                <w:noProof/>
                <w:lang w:val="tr-TR"/>
              </w:rPr>
              <w:lastRenderedPageBreak/>
              <w:drawing>
                <wp:inline distT="0" distB="0" distL="0" distR="0" wp14:anchorId="29155A20" wp14:editId="332F348C">
                  <wp:extent cx="720000" cy="7216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16" w:type="dxa"/>
            <w:vMerge w:val="restart"/>
            <w:tcBorders>
              <w:top w:val="single" w:sz="7" w:space="0" w:color="777777"/>
              <w:left w:val="single" w:sz="7" w:space="0" w:color="777777"/>
              <w:bottom w:val="single" w:sz="7" w:space="0" w:color="777777"/>
              <w:right w:val="single" w:sz="7" w:space="0" w:color="777777"/>
            </w:tcBorders>
            <w:vAlign w:val="center"/>
          </w:tcPr>
          <w:p w14:paraId="42707A36" w14:textId="77777777" w:rsidR="00532E3F" w:rsidRPr="000343EB" w:rsidRDefault="00532E3F" w:rsidP="00532E3F">
            <w:pPr>
              <w:jc w:val="center"/>
              <w:rPr>
                <w:lang w:val="tr-TR"/>
              </w:rPr>
            </w:pPr>
            <w:r w:rsidRPr="000343EB">
              <w:rPr>
                <w:rFonts w:ascii="Arial" w:hAnsi="Arial"/>
                <w:b/>
                <w:color w:val="14375F"/>
                <w:sz w:val="20"/>
                <w:lang w:val="tr-TR"/>
              </w:rPr>
              <w:t>T.C.</w:t>
            </w:r>
            <w:r w:rsidRPr="000343EB">
              <w:rPr>
                <w:rFonts w:ascii="Arial" w:hAnsi="Arial"/>
                <w:b/>
                <w:color w:val="14375F"/>
                <w:sz w:val="20"/>
                <w:lang w:val="tr-TR"/>
              </w:rPr>
              <w:br/>
              <w:t>SAĞLIK BİLİMLERİ ÜNİVERSİTESİ</w:t>
            </w:r>
            <w:r w:rsidRPr="000343EB">
              <w:rPr>
                <w:rFonts w:ascii="Arial" w:hAnsi="Arial"/>
                <w:b/>
                <w:color w:val="14375F"/>
                <w:sz w:val="20"/>
                <w:lang w:val="tr-TR"/>
              </w:rPr>
              <w:br/>
              <w:t>PERSONEL DAİRE BAŞKANLIĞI</w:t>
            </w:r>
            <w:r w:rsidRPr="000343EB">
              <w:rPr>
                <w:rFonts w:ascii="Arial" w:hAnsi="Arial"/>
                <w:b/>
                <w:color w:val="14375F"/>
                <w:sz w:val="20"/>
                <w:lang w:val="tr-TR"/>
              </w:rPr>
              <w:br/>
              <w:t>Aylıksız İzin İşlemleri</w:t>
            </w:r>
            <w:r w:rsidRPr="000343EB">
              <w:rPr>
                <w:rFonts w:ascii="Arial" w:hAnsi="Arial"/>
                <w:b/>
                <w:color w:val="14375F"/>
                <w:sz w:val="20"/>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700D5104" w14:textId="77777777" w:rsidR="00532E3F" w:rsidRPr="000343EB" w:rsidRDefault="00532E3F" w:rsidP="00532E3F">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9E9F9C4" w14:textId="77777777" w:rsidR="00532E3F" w:rsidRPr="000343EB" w:rsidRDefault="00532E3F" w:rsidP="00532E3F">
            <w:pPr>
              <w:rPr>
                <w:lang w:val="tr-TR"/>
              </w:rPr>
            </w:pPr>
            <w:r w:rsidRPr="000343EB">
              <w:rPr>
                <w:sz w:val="14"/>
                <w:lang w:val="tr-TR"/>
              </w:rPr>
              <w:t>UNİKA-İAS-C2-040</w:t>
            </w:r>
          </w:p>
        </w:tc>
      </w:tr>
      <w:tr w:rsidR="00532E3F" w:rsidRPr="000343EB" w14:paraId="74D356FD"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D898975" w14:textId="77777777" w:rsidR="00532E3F" w:rsidRPr="000343EB" w:rsidRDefault="00532E3F" w:rsidP="00532E3F">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306B23E6" w14:textId="77777777" w:rsidR="00532E3F" w:rsidRPr="000343EB" w:rsidRDefault="00532E3F" w:rsidP="00532E3F">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94CF298" w14:textId="77777777" w:rsidR="00532E3F" w:rsidRPr="000343EB" w:rsidRDefault="00532E3F" w:rsidP="00532E3F">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80361FF" w14:textId="77777777" w:rsidR="00532E3F" w:rsidRPr="000343EB" w:rsidRDefault="00532E3F" w:rsidP="00532E3F">
            <w:pPr>
              <w:rPr>
                <w:lang w:val="tr-TR"/>
              </w:rPr>
            </w:pPr>
            <w:r w:rsidRPr="000343EB">
              <w:rPr>
                <w:sz w:val="14"/>
                <w:lang w:val="tr-TR"/>
              </w:rPr>
              <w:t>11.05.2023</w:t>
            </w:r>
          </w:p>
        </w:tc>
      </w:tr>
      <w:tr w:rsidR="00532E3F" w:rsidRPr="000343EB" w14:paraId="42D3C845"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ABD2291" w14:textId="77777777" w:rsidR="00532E3F" w:rsidRPr="000343EB" w:rsidRDefault="00532E3F" w:rsidP="00532E3F">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74E3FBD9" w14:textId="77777777" w:rsidR="00532E3F" w:rsidRPr="000343EB" w:rsidRDefault="00532E3F" w:rsidP="00532E3F">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941B89A" w14:textId="77777777" w:rsidR="00532E3F" w:rsidRPr="000343EB" w:rsidRDefault="00532E3F" w:rsidP="00532E3F">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953E70E" w14:textId="77777777" w:rsidR="00532E3F" w:rsidRPr="000343EB" w:rsidRDefault="00532E3F" w:rsidP="00532E3F">
            <w:pPr>
              <w:rPr>
                <w:lang w:val="tr-TR"/>
              </w:rPr>
            </w:pPr>
            <w:r w:rsidRPr="000343EB">
              <w:rPr>
                <w:sz w:val="14"/>
                <w:lang w:val="tr-TR"/>
              </w:rPr>
              <w:t>-</w:t>
            </w:r>
          </w:p>
        </w:tc>
      </w:tr>
      <w:tr w:rsidR="00532E3F" w:rsidRPr="000343EB" w14:paraId="1B21CD67"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1B6E425" w14:textId="77777777" w:rsidR="00532E3F" w:rsidRPr="000343EB" w:rsidRDefault="00532E3F" w:rsidP="00532E3F">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705B3A8D" w14:textId="77777777" w:rsidR="00532E3F" w:rsidRPr="000343EB" w:rsidRDefault="00532E3F" w:rsidP="00532E3F">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6E22EA0" w14:textId="77777777" w:rsidR="00532E3F" w:rsidRPr="000343EB" w:rsidRDefault="00532E3F" w:rsidP="00532E3F">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5E23B69F" w14:textId="77777777" w:rsidR="00532E3F" w:rsidRPr="000343EB" w:rsidRDefault="00532E3F" w:rsidP="00532E3F">
            <w:pPr>
              <w:rPr>
                <w:lang w:val="tr-TR"/>
              </w:rPr>
            </w:pPr>
            <w:r w:rsidRPr="000343EB">
              <w:rPr>
                <w:sz w:val="14"/>
                <w:lang w:val="tr-TR"/>
              </w:rPr>
              <w:t>0</w:t>
            </w:r>
          </w:p>
        </w:tc>
      </w:tr>
    </w:tbl>
    <w:p w14:paraId="7AD1A183" w14:textId="77777777" w:rsidR="00532E3F" w:rsidRPr="000343EB" w:rsidRDefault="00532E3F" w:rsidP="00A52618">
      <w:pPr>
        <w:spacing w:after="0"/>
        <w:rPr>
          <w:lang w:val="tr-TR"/>
        </w:rPr>
      </w:pPr>
    </w:p>
    <w:p w14:paraId="572E082A" w14:textId="77777777" w:rsidR="00532E3F" w:rsidRPr="000343EB" w:rsidRDefault="00532E3F" w:rsidP="00A52618">
      <w:pPr>
        <w:spacing w:after="20"/>
        <w:jc w:val="center"/>
        <w:rPr>
          <w:lang w:val="tr-TR"/>
        </w:rPr>
      </w:pPr>
      <w:r w:rsidRPr="000343EB">
        <w:rPr>
          <w:b/>
          <w:color w:val="B97000"/>
          <w:sz w:val="17"/>
          <w:lang w:val="tr-TR"/>
        </w:rPr>
        <w:t>BAŞLANGIÇ</w:t>
      </w:r>
    </w:p>
    <w:tbl>
      <w:tblPr>
        <w:tblW w:w="0" w:type="auto"/>
        <w:jc w:val="center"/>
        <w:tblLayout w:type="fixed"/>
        <w:tblLook w:val="04A0" w:firstRow="1" w:lastRow="0" w:firstColumn="1" w:lastColumn="0" w:noHBand="0" w:noVBand="1"/>
      </w:tblPr>
      <w:tblGrid>
        <w:gridCol w:w="7483"/>
      </w:tblGrid>
      <w:tr w:rsidR="00532E3F" w:rsidRPr="000343EB" w14:paraId="2F2D8E27"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1BFC0A8D" w14:textId="77777777" w:rsidR="00532E3F" w:rsidRPr="000343EB" w:rsidRDefault="00532E3F" w:rsidP="00532E3F">
            <w:pPr>
              <w:spacing w:before="40" w:after="40"/>
              <w:jc w:val="center"/>
              <w:rPr>
                <w:color w:val="000000" w:themeColor="text1"/>
                <w:lang w:val="tr-TR"/>
              </w:rPr>
            </w:pPr>
            <w:r w:rsidRPr="000343EB">
              <w:rPr>
                <w:rFonts w:ascii="Arial" w:hAnsi="Arial"/>
                <w:color w:val="000000" w:themeColor="text1"/>
                <w:sz w:val="16"/>
                <w:lang w:val="tr-TR"/>
              </w:rPr>
              <w:t>Personelin aylıksız izin talebini dilekçe ve izin nedenini kanıtlayan belgelerle görev yaptığı birime sunması. Askerlik nedeniyle izin talebinde sevk belgesi; doğum nedeniyle talepte doğuma ilişkin belge/rapor (32 ve 38 hafta çalışır çalışamaz raporları ve doğum raporu)eklenir.</w:t>
            </w:r>
          </w:p>
        </w:tc>
      </w:tr>
    </w:tbl>
    <w:p w14:paraId="01B33A39" w14:textId="77777777" w:rsidR="00532E3F" w:rsidRPr="000343EB" w:rsidRDefault="00532E3F" w:rsidP="00A52618">
      <w:pPr>
        <w:spacing w:after="0"/>
        <w:jc w:val="center"/>
        <w:rPr>
          <w:color w:val="000000" w:themeColor="text1"/>
          <w:lang w:val="tr-TR"/>
        </w:rPr>
      </w:pPr>
      <w:r w:rsidRPr="000343EB">
        <w:rPr>
          <w:b/>
          <w:color w:val="000000" w:themeColor="text1"/>
          <w:sz w:val="28"/>
          <w:lang w:val="tr-TR"/>
        </w:rPr>
        <w:t>↓</w:t>
      </w:r>
    </w:p>
    <w:tbl>
      <w:tblPr>
        <w:tblW w:w="0" w:type="auto"/>
        <w:jc w:val="center"/>
        <w:tblLayout w:type="fixed"/>
        <w:tblLook w:val="04A0" w:firstRow="1" w:lastRow="0" w:firstColumn="1" w:lastColumn="0" w:noHBand="0" w:noVBand="1"/>
      </w:tblPr>
      <w:tblGrid>
        <w:gridCol w:w="7483"/>
      </w:tblGrid>
      <w:tr w:rsidR="00532E3F" w:rsidRPr="000343EB" w14:paraId="08A37491"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53CD5E32" w14:textId="77777777" w:rsidR="00532E3F" w:rsidRPr="000343EB" w:rsidRDefault="00532E3F" w:rsidP="00532E3F">
            <w:pPr>
              <w:spacing w:before="40" w:after="40"/>
              <w:jc w:val="center"/>
              <w:rPr>
                <w:color w:val="000000" w:themeColor="text1"/>
                <w:lang w:val="tr-TR"/>
              </w:rPr>
            </w:pPr>
            <w:r w:rsidRPr="000343EB">
              <w:rPr>
                <w:rFonts w:ascii="Arial" w:hAnsi="Arial"/>
                <w:color w:val="000000" w:themeColor="text1"/>
                <w:sz w:val="16"/>
                <w:lang w:val="tr-TR"/>
              </w:rPr>
              <w:t>İlgili birimin başvuruyu EBYS üzerinden Personel Daire Başkanlığına göndermesi; talebin personelin statüsü ve ilgili mevzuat yönünden incelenmesi.</w:t>
            </w:r>
          </w:p>
        </w:tc>
      </w:tr>
    </w:tbl>
    <w:p w14:paraId="01BBA556" w14:textId="77777777" w:rsidR="00532E3F" w:rsidRPr="000343EB" w:rsidRDefault="00532E3F" w:rsidP="00A52618">
      <w:pPr>
        <w:spacing w:after="0"/>
        <w:jc w:val="center"/>
        <w:rPr>
          <w:color w:val="000000" w:themeColor="text1"/>
          <w:lang w:val="tr-TR"/>
        </w:rPr>
      </w:pPr>
      <w:r w:rsidRPr="000343EB">
        <w:rPr>
          <w:b/>
          <w:color w:val="000000" w:themeColor="text1"/>
          <w:sz w:val="28"/>
          <w:lang w:val="tr-TR"/>
        </w:rPr>
        <w:t>↓</w:t>
      </w:r>
    </w:p>
    <w:tbl>
      <w:tblPr>
        <w:tblW w:w="0" w:type="auto"/>
        <w:jc w:val="center"/>
        <w:tblLayout w:type="fixed"/>
        <w:tblLook w:val="04A0" w:firstRow="1" w:lastRow="0" w:firstColumn="1" w:lastColumn="0" w:noHBand="0" w:noVBand="1"/>
      </w:tblPr>
      <w:tblGrid>
        <w:gridCol w:w="7483"/>
      </w:tblGrid>
      <w:tr w:rsidR="00532E3F" w:rsidRPr="000343EB" w14:paraId="4183FC82"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16C292BC" w14:textId="77777777" w:rsidR="00532E3F" w:rsidRPr="000343EB" w:rsidRDefault="00532E3F" w:rsidP="00532E3F">
            <w:pPr>
              <w:spacing w:before="40" w:after="40"/>
              <w:jc w:val="center"/>
              <w:rPr>
                <w:color w:val="000000" w:themeColor="text1"/>
                <w:lang w:val="tr-TR"/>
              </w:rPr>
            </w:pPr>
            <w:r w:rsidRPr="000343EB">
              <w:rPr>
                <w:rFonts w:ascii="Arial" w:hAnsi="Arial"/>
                <w:color w:val="000000" w:themeColor="text1"/>
                <w:sz w:val="16"/>
                <w:lang w:val="tr-TR"/>
              </w:rPr>
              <w:t>Personel Daire Başkanlığınca aylıksız izin onayının hazırlanarak SBÜ Yazışma ve İmza Yetkileri çerçevesinde yetkili makamın onayına sunulması.</w:t>
            </w:r>
          </w:p>
        </w:tc>
      </w:tr>
    </w:tbl>
    <w:p w14:paraId="7F7AD945" w14:textId="77777777" w:rsidR="00532E3F" w:rsidRPr="000343EB" w:rsidRDefault="00532E3F" w:rsidP="00A52618">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532E3F" w:rsidRPr="000343EB" w14:paraId="198CCBBF"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26EE284D" w14:textId="77777777" w:rsidR="00532E3F" w:rsidRPr="000343EB" w:rsidRDefault="00532E3F" w:rsidP="00532E3F">
            <w:pPr>
              <w:spacing w:before="40" w:after="40"/>
              <w:jc w:val="center"/>
              <w:rPr>
                <w:lang w:val="tr-TR"/>
              </w:rPr>
            </w:pPr>
            <w:r w:rsidRPr="000343EB">
              <w:rPr>
                <w:rFonts w:ascii="Arial" w:hAnsi="Arial"/>
                <w:sz w:val="16"/>
                <w:lang w:val="tr-TR"/>
              </w:rPr>
              <w:t>Onaylanan aylıksız izin işleminin ilgili birime bildirilmesi ve personel özlük/izin kayıtlarına işlenmesi.</w:t>
            </w:r>
          </w:p>
        </w:tc>
      </w:tr>
    </w:tbl>
    <w:p w14:paraId="49711396" w14:textId="77777777" w:rsidR="00532E3F" w:rsidRPr="000343EB" w:rsidRDefault="00532E3F" w:rsidP="00A52618">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532E3F" w:rsidRPr="000343EB" w14:paraId="07023FE2" w14:textId="77777777" w:rsidTr="00A52618">
        <w:trPr>
          <w:jc w:val="center"/>
        </w:trPr>
        <w:tc>
          <w:tcPr>
            <w:tcW w:w="7483" w:type="dxa"/>
            <w:tcBorders>
              <w:top w:val="single" w:sz="16" w:space="0" w:color="173B6C"/>
              <w:left w:val="single" w:sz="16" w:space="0" w:color="173B6C"/>
              <w:bottom w:val="single" w:sz="16" w:space="0" w:color="173B6C"/>
              <w:right w:val="single" w:sz="16" w:space="0" w:color="173B6C"/>
            </w:tcBorders>
          </w:tcPr>
          <w:p w14:paraId="120939FC" w14:textId="77777777" w:rsidR="00532E3F" w:rsidRPr="000343EB" w:rsidRDefault="00532E3F" w:rsidP="00532E3F">
            <w:pPr>
              <w:spacing w:before="40" w:after="40"/>
              <w:jc w:val="center"/>
              <w:rPr>
                <w:lang w:val="tr-TR"/>
              </w:rPr>
            </w:pPr>
            <w:r w:rsidRPr="000343EB">
              <w:rPr>
                <w:rFonts w:ascii="Arial" w:hAnsi="Arial"/>
                <w:sz w:val="16"/>
                <w:lang w:val="tr-TR"/>
              </w:rPr>
              <w:t>SGK işten ayrılış/bildirim işlemlerinin personelin statüsüne göre süresinde tamamlanması; gerekli bilgilerin maaş/tahakkuk birimine iletilmesi.</w:t>
            </w:r>
          </w:p>
        </w:tc>
      </w:tr>
    </w:tbl>
    <w:p w14:paraId="7C597194" w14:textId="77777777" w:rsidR="00532E3F" w:rsidRPr="000343EB" w:rsidRDefault="00532E3F" w:rsidP="00A52618">
      <w:pPr>
        <w:spacing w:after="20"/>
        <w:jc w:val="center"/>
        <w:rPr>
          <w:lang w:val="tr-TR"/>
        </w:rPr>
      </w:pPr>
      <w:r w:rsidRPr="000343EB">
        <w:rPr>
          <w:b/>
          <w:color w:val="B97000"/>
          <w:sz w:val="17"/>
          <w:lang w:val="tr-TR"/>
        </w:rPr>
        <w:t>BİTİŞ</w:t>
      </w:r>
    </w:p>
    <w:p w14:paraId="0E67289D" w14:textId="77777777" w:rsidR="00532E3F" w:rsidRPr="000343EB" w:rsidRDefault="00532E3F" w:rsidP="00A52618">
      <w:pPr>
        <w:spacing w:before="40" w:after="0"/>
        <w:rPr>
          <w:lang w:val="tr-TR"/>
        </w:rPr>
      </w:pPr>
      <w:r w:rsidRPr="000343EB">
        <w:rPr>
          <w:b/>
          <w:sz w:val="12"/>
          <w:lang w:val="tr-TR"/>
        </w:rPr>
        <w:t xml:space="preserve">Dayanak / SBÜ Kurumsal Uyum: </w:t>
      </w:r>
      <w:r w:rsidRPr="000343EB">
        <w:rPr>
          <w:sz w:val="12"/>
          <w:lang w:val="tr-TR"/>
        </w:rPr>
        <w:t xml:space="preserve">657 sayılı </w:t>
      </w:r>
      <w:proofErr w:type="gramStart"/>
      <w:r w:rsidRPr="000343EB">
        <w:rPr>
          <w:sz w:val="12"/>
          <w:lang w:val="tr-TR"/>
        </w:rPr>
        <w:t>Devlet Memurları Kanununun</w:t>
      </w:r>
      <w:proofErr w:type="gramEnd"/>
      <w:r w:rsidRPr="000343EB">
        <w:rPr>
          <w:sz w:val="12"/>
          <w:lang w:val="tr-TR"/>
        </w:rPr>
        <w:t xml:space="preserve"> aylıksız izin hükümleri başta olmak üzere personelin statüsüne ilişkin özel mevzuat; SBÜ Personel Daire Başkanlığı Akademik/İdari Personel Birimi görevleri.</w:t>
      </w:r>
    </w:p>
    <w:p w14:paraId="268DCD9A" w14:textId="77777777" w:rsidR="00532E3F" w:rsidRPr="000343EB" w:rsidRDefault="00532E3F" w:rsidP="00532E3F">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16"/>
        <w:gridCol w:w="1474"/>
        <w:gridCol w:w="1871"/>
      </w:tblGrid>
      <w:tr w:rsidR="003F6E38" w:rsidRPr="000343EB" w14:paraId="7CD347DA" w14:textId="77777777">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1742585E" w14:textId="77777777" w:rsidR="003F6E38" w:rsidRPr="000343EB" w:rsidRDefault="00000000">
            <w:pPr>
              <w:jc w:val="center"/>
              <w:rPr>
                <w:lang w:val="tr-TR"/>
              </w:rPr>
            </w:pPr>
            <w:r w:rsidRPr="000343EB">
              <w:rPr>
                <w:noProof/>
                <w:lang w:val="tr-TR"/>
              </w:rPr>
              <w:lastRenderedPageBreak/>
              <w:drawing>
                <wp:inline distT="0" distB="0" distL="0" distR="0" wp14:anchorId="06764942" wp14:editId="02E51E8E">
                  <wp:extent cx="720000" cy="7216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16" w:type="dxa"/>
            <w:vMerge w:val="restart"/>
            <w:tcBorders>
              <w:top w:val="single" w:sz="7" w:space="0" w:color="777777"/>
              <w:left w:val="single" w:sz="7" w:space="0" w:color="777777"/>
              <w:bottom w:val="single" w:sz="7" w:space="0" w:color="777777"/>
              <w:right w:val="single" w:sz="7" w:space="0" w:color="777777"/>
            </w:tcBorders>
            <w:vAlign w:val="center"/>
          </w:tcPr>
          <w:p w14:paraId="6744DACC" w14:textId="77777777" w:rsidR="003F6E38" w:rsidRPr="000343EB" w:rsidRDefault="00000000">
            <w:pPr>
              <w:jc w:val="center"/>
              <w:rPr>
                <w:lang w:val="tr-TR"/>
              </w:rPr>
            </w:pPr>
            <w:r w:rsidRPr="000343EB">
              <w:rPr>
                <w:rFonts w:ascii="Arial" w:hAnsi="Arial"/>
                <w:b/>
                <w:color w:val="14375F"/>
                <w:sz w:val="20"/>
                <w:lang w:val="tr-TR"/>
              </w:rPr>
              <w:t>T.C.</w:t>
            </w:r>
            <w:r w:rsidRPr="000343EB">
              <w:rPr>
                <w:rFonts w:ascii="Arial" w:hAnsi="Arial"/>
                <w:b/>
                <w:color w:val="14375F"/>
                <w:sz w:val="20"/>
                <w:lang w:val="tr-TR"/>
              </w:rPr>
              <w:br/>
              <w:t>SAĞLIK BİLİMLERİ ÜNİVERSİTESİ</w:t>
            </w:r>
            <w:r w:rsidRPr="000343EB">
              <w:rPr>
                <w:rFonts w:ascii="Arial" w:hAnsi="Arial"/>
                <w:b/>
                <w:color w:val="14375F"/>
                <w:sz w:val="20"/>
                <w:lang w:val="tr-TR"/>
              </w:rPr>
              <w:br/>
              <w:t>PERSONEL DAİRE BAŞKANLIĞI</w:t>
            </w:r>
            <w:r w:rsidRPr="000343EB">
              <w:rPr>
                <w:rFonts w:ascii="Arial" w:hAnsi="Arial"/>
                <w:b/>
                <w:color w:val="14375F"/>
                <w:sz w:val="20"/>
                <w:lang w:val="tr-TR"/>
              </w:rPr>
              <w:br/>
              <w:t>İstifa ile Görevden Ayrılma</w:t>
            </w:r>
            <w:r w:rsidRPr="000343EB">
              <w:rPr>
                <w:rFonts w:ascii="Arial" w:hAnsi="Arial"/>
                <w:b/>
                <w:color w:val="14375F"/>
                <w:sz w:val="20"/>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578ABD58" w14:textId="77777777" w:rsidR="003F6E38" w:rsidRPr="000343EB" w:rsidRDefault="00000000">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08EAEC4" w14:textId="77777777" w:rsidR="003F6E38" w:rsidRPr="000343EB" w:rsidRDefault="00000000">
            <w:pPr>
              <w:rPr>
                <w:lang w:val="tr-TR"/>
              </w:rPr>
            </w:pPr>
            <w:r w:rsidRPr="000343EB">
              <w:rPr>
                <w:sz w:val="14"/>
                <w:lang w:val="tr-TR"/>
              </w:rPr>
              <w:t>UNİKA-İAS-C2-034</w:t>
            </w:r>
          </w:p>
        </w:tc>
      </w:tr>
      <w:tr w:rsidR="003F6E38" w:rsidRPr="000343EB" w14:paraId="0D69B58D"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0786E4E"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372C924F"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3F5B0B9" w14:textId="77777777" w:rsidR="003F6E38" w:rsidRPr="000343EB" w:rsidRDefault="00000000">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38982BF" w14:textId="77777777" w:rsidR="003F6E38" w:rsidRPr="000343EB" w:rsidRDefault="00000000">
            <w:pPr>
              <w:rPr>
                <w:lang w:val="tr-TR"/>
              </w:rPr>
            </w:pPr>
            <w:r w:rsidRPr="000343EB">
              <w:rPr>
                <w:sz w:val="14"/>
                <w:lang w:val="tr-TR"/>
              </w:rPr>
              <w:t>11.05.2023</w:t>
            </w:r>
          </w:p>
        </w:tc>
      </w:tr>
      <w:tr w:rsidR="003F6E38" w:rsidRPr="000343EB" w14:paraId="37A393CD"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B66A5BC"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1BF0EA07"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44EC206" w14:textId="77777777" w:rsidR="003F6E38" w:rsidRPr="000343EB" w:rsidRDefault="00000000">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C760B7D" w14:textId="77777777" w:rsidR="003F6E38" w:rsidRPr="000343EB" w:rsidRDefault="00000000">
            <w:pPr>
              <w:rPr>
                <w:lang w:val="tr-TR"/>
              </w:rPr>
            </w:pPr>
            <w:r w:rsidRPr="000343EB">
              <w:rPr>
                <w:sz w:val="14"/>
                <w:lang w:val="tr-TR"/>
              </w:rPr>
              <w:t>-</w:t>
            </w:r>
          </w:p>
        </w:tc>
      </w:tr>
      <w:tr w:rsidR="003F6E38" w:rsidRPr="000343EB" w14:paraId="51C5A2D1"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969EDB3"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0FD0B7C8"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5273FA2" w14:textId="77777777" w:rsidR="003F6E38" w:rsidRPr="000343EB" w:rsidRDefault="00000000">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5DC10ABB" w14:textId="77777777" w:rsidR="003F6E38" w:rsidRPr="000343EB" w:rsidRDefault="00000000">
            <w:pPr>
              <w:rPr>
                <w:lang w:val="tr-TR"/>
              </w:rPr>
            </w:pPr>
            <w:r w:rsidRPr="000343EB">
              <w:rPr>
                <w:sz w:val="14"/>
                <w:lang w:val="tr-TR"/>
              </w:rPr>
              <w:t>0</w:t>
            </w:r>
          </w:p>
        </w:tc>
      </w:tr>
    </w:tbl>
    <w:p w14:paraId="26040192" w14:textId="77777777" w:rsidR="003F6E38" w:rsidRPr="000343EB" w:rsidRDefault="003F6E38">
      <w:pPr>
        <w:spacing w:after="0"/>
        <w:rPr>
          <w:lang w:val="tr-TR"/>
        </w:rPr>
      </w:pPr>
    </w:p>
    <w:p w14:paraId="02BD091F" w14:textId="77777777" w:rsidR="003F6E38" w:rsidRPr="000343EB" w:rsidRDefault="00000000">
      <w:pPr>
        <w:spacing w:after="20"/>
        <w:jc w:val="center"/>
        <w:rPr>
          <w:lang w:val="tr-TR"/>
        </w:rPr>
      </w:pPr>
      <w:r w:rsidRPr="000343EB">
        <w:rPr>
          <w:b/>
          <w:color w:val="B97000"/>
          <w:sz w:val="17"/>
          <w:lang w:val="tr-TR"/>
        </w:rPr>
        <w:t>BAŞLANGIÇ</w:t>
      </w:r>
    </w:p>
    <w:tbl>
      <w:tblPr>
        <w:tblW w:w="0" w:type="auto"/>
        <w:jc w:val="center"/>
        <w:tblLayout w:type="fixed"/>
        <w:tblLook w:val="04A0" w:firstRow="1" w:lastRow="0" w:firstColumn="1" w:lastColumn="0" w:noHBand="0" w:noVBand="1"/>
      </w:tblPr>
      <w:tblGrid>
        <w:gridCol w:w="7483"/>
      </w:tblGrid>
      <w:tr w:rsidR="003F6E38" w:rsidRPr="000343EB" w14:paraId="709CED13"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29139DE4" w14:textId="77777777" w:rsidR="003F6E38" w:rsidRPr="000343EB" w:rsidRDefault="00000000">
            <w:pPr>
              <w:spacing w:before="40" w:after="40"/>
              <w:jc w:val="center"/>
              <w:rPr>
                <w:lang w:val="tr-TR"/>
              </w:rPr>
            </w:pPr>
            <w:r w:rsidRPr="000343EB">
              <w:rPr>
                <w:rFonts w:ascii="Arial" w:hAnsi="Arial"/>
                <w:sz w:val="16"/>
                <w:lang w:val="tr-TR"/>
              </w:rPr>
              <w:t>Görevden ayrılmak isteyen personelin istifa dilekçesini görev yaptığı birime vermesi.</w:t>
            </w:r>
          </w:p>
        </w:tc>
      </w:tr>
    </w:tbl>
    <w:p w14:paraId="4F3FDA0D"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27A78BEA"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5F9D1124" w14:textId="77777777" w:rsidR="003F6E38" w:rsidRPr="000343EB" w:rsidRDefault="00000000">
            <w:pPr>
              <w:spacing w:before="40" w:after="40"/>
              <w:jc w:val="center"/>
              <w:rPr>
                <w:lang w:val="tr-TR"/>
              </w:rPr>
            </w:pPr>
            <w:r w:rsidRPr="000343EB">
              <w:rPr>
                <w:rFonts w:ascii="Arial" w:hAnsi="Arial"/>
                <w:sz w:val="16"/>
                <w:lang w:val="tr-TR"/>
              </w:rPr>
              <w:t>İlgili birimin dilekçeyi EBYS üzerinden Personel Daire Başkanlığına göndermesi.</w:t>
            </w:r>
          </w:p>
        </w:tc>
      </w:tr>
    </w:tbl>
    <w:p w14:paraId="61AF50D2"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5FBCB5C5"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1DBC66B3" w14:textId="77777777" w:rsidR="003F6E38" w:rsidRPr="000343EB" w:rsidRDefault="00000000">
            <w:pPr>
              <w:spacing w:before="40" w:after="40"/>
              <w:jc w:val="center"/>
              <w:rPr>
                <w:lang w:val="tr-TR"/>
              </w:rPr>
            </w:pPr>
            <w:r w:rsidRPr="000343EB">
              <w:rPr>
                <w:rFonts w:ascii="Arial" w:hAnsi="Arial"/>
                <w:sz w:val="16"/>
                <w:lang w:val="tr-TR"/>
              </w:rPr>
              <w:t>Personel Daire Başkanlığınca istifa/görevden çekilme işleminin mevzuat yönünden incelenmesi ve gerekli ayrılış/onay işlemlerinin hazırlanarak yetkili makama sunulması.</w:t>
            </w:r>
          </w:p>
        </w:tc>
      </w:tr>
    </w:tbl>
    <w:p w14:paraId="6596311D"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338F0426"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4DE70A9D" w14:textId="77777777" w:rsidR="003F6E38" w:rsidRPr="000343EB" w:rsidRDefault="00000000">
            <w:pPr>
              <w:spacing w:before="40" w:after="40"/>
              <w:jc w:val="center"/>
              <w:rPr>
                <w:lang w:val="tr-TR"/>
              </w:rPr>
            </w:pPr>
            <w:r w:rsidRPr="000343EB">
              <w:rPr>
                <w:rFonts w:ascii="Arial" w:hAnsi="Arial"/>
                <w:sz w:val="16"/>
                <w:lang w:val="tr-TR"/>
              </w:rPr>
              <w:t>Onay/ayrılış bilgisinin ilgili birime gönderilmesi.</w:t>
            </w:r>
          </w:p>
        </w:tc>
      </w:tr>
    </w:tbl>
    <w:p w14:paraId="109EFADA"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28E89D6D"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3E0A36E4" w14:textId="77777777" w:rsidR="003F6E38" w:rsidRPr="000343EB" w:rsidRDefault="00000000">
            <w:pPr>
              <w:spacing w:before="40" w:after="40"/>
              <w:jc w:val="center"/>
              <w:rPr>
                <w:lang w:val="tr-TR"/>
              </w:rPr>
            </w:pPr>
            <w:r w:rsidRPr="000343EB">
              <w:rPr>
                <w:rFonts w:ascii="Arial" w:hAnsi="Arial"/>
                <w:sz w:val="16"/>
                <w:lang w:val="tr-TR"/>
              </w:rPr>
              <w:t>İlgili birimce ilişik kesme işlemlerinin tamamlanması; ayrılış tarihi ve gerekli SGK bilgilerinin Personel Daire Başkanlığına bildirilmesi.</w:t>
            </w:r>
          </w:p>
        </w:tc>
      </w:tr>
    </w:tbl>
    <w:p w14:paraId="7EEC14D8"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11E112D3"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41E88FCA" w14:textId="77777777" w:rsidR="003F6E38" w:rsidRPr="000343EB" w:rsidRDefault="00000000">
            <w:pPr>
              <w:spacing w:before="40" w:after="40"/>
              <w:jc w:val="center"/>
              <w:rPr>
                <w:lang w:val="tr-TR"/>
              </w:rPr>
            </w:pPr>
            <w:r w:rsidRPr="000343EB">
              <w:rPr>
                <w:rFonts w:ascii="Arial" w:hAnsi="Arial"/>
                <w:sz w:val="16"/>
                <w:lang w:val="tr-TR"/>
              </w:rPr>
              <w:t>İstifaya ilişkin bilgilerin personel otomasyonu, HİTAP ve ilgili özlük kayıtlarına işlenmesi; gerekli SGK bildiriminin tamamlanması.</w:t>
            </w:r>
          </w:p>
        </w:tc>
      </w:tr>
    </w:tbl>
    <w:p w14:paraId="029BE559"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512CA056"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31BA3FC1" w14:textId="77777777" w:rsidR="003F6E38" w:rsidRPr="000343EB" w:rsidRDefault="00000000">
            <w:pPr>
              <w:spacing w:before="40" w:after="40"/>
              <w:jc w:val="center"/>
              <w:rPr>
                <w:lang w:val="tr-TR"/>
              </w:rPr>
            </w:pPr>
            <w:r w:rsidRPr="000343EB">
              <w:rPr>
                <w:rFonts w:ascii="Arial" w:hAnsi="Arial"/>
                <w:sz w:val="16"/>
                <w:lang w:val="tr-TR"/>
              </w:rPr>
              <w:t>İşlem evrakının personel özlük dosyasında/arşivinde muhafaza edilmesi.</w:t>
            </w:r>
          </w:p>
        </w:tc>
      </w:tr>
    </w:tbl>
    <w:p w14:paraId="380FF030" w14:textId="77777777" w:rsidR="003F6E38" w:rsidRPr="000343EB" w:rsidRDefault="00000000">
      <w:pPr>
        <w:spacing w:after="20"/>
        <w:jc w:val="center"/>
        <w:rPr>
          <w:lang w:val="tr-TR"/>
        </w:rPr>
      </w:pPr>
      <w:r w:rsidRPr="000343EB">
        <w:rPr>
          <w:b/>
          <w:color w:val="B97000"/>
          <w:sz w:val="17"/>
          <w:lang w:val="tr-TR"/>
        </w:rPr>
        <w:t>BİTİŞ</w:t>
      </w:r>
    </w:p>
    <w:p w14:paraId="567E3F52" w14:textId="77777777" w:rsidR="003F6E38" w:rsidRPr="000343EB" w:rsidRDefault="00000000">
      <w:pPr>
        <w:spacing w:before="40" w:after="0"/>
        <w:rPr>
          <w:lang w:val="tr-TR"/>
        </w:rPr>
      </w:pPr>
      <w:r w:rsidRPr="000343EB">
        <w:rPr>
          <w:b/>
          <w:sz w:val="12"/>
          <w:lang w:val="tr-TR"/>
        </w:rPr>
        <w:t xml:space="preserve">Dayanak / SBÜ Kurumsal Uyum: </w:t>
      </w:r>
      <w:r w:rsidRPr="000343EB">
        <w:rPr>
          <w:sz w:val="12"/>
          <w:lang w:val="tr-TR"/>
        </w:rPr>
        <w:t xml:space="preserve">657 sayılı </w:t>
      </w:r>
      <w:proofErr w:type="gramStart"/>
      <w:r w:rsidRPr="000343EB">
        <w:rPr>
          <w:sz w:val="12"/>
          <w:lang w:val="tr-TR"/>
        </w:rPr>
        <w:t>Devlet Memurları Kanununun</w:t>
      </w:r>
      <w:proofErr w:type="gramEnd"/>
      <w:r w:rsidRPr="000343EB">
        <w:rPr>
          <w:sz w:val="12"/>
          <w:lang w:val="tr-TR"/>
        </w:rPr>
        <w:t xml:space="preserve"> 94-</w:t>
      </w:r>
      <w:proofErr w:type="gramStart"/>
      <w:r w:rsidRPr="000343EB">
        <w:rPr>
          <w:sz w:val="12"/>
          <w:lang w:val="tr-TR"/>
        </w:rPr>
        <w:t xml:space="preserve">97 </w:t>
      </w:r>
      <w:proofErr w:type="spellStart"/>
      <w:r w:rsidRPr="000343EB">
        <w:rPr>
          <w:sz w:val="12"/>
          <w:lang w:val="tr-TR"/>
        </w:rPr>
        <w:t>nci</w:t>
      </w:r>
      <w:proofErr w:type="spellEnd"/>
      <w:proofErr w:type="gramEnd"/>
      <w:r w:rsidRPr="000343EB">
        <w:rPr>
          <w:sz w:val="12"/>
          <w:lang w:val="tr-TR"/>
        </w:rPr>
        <w:t xml:space="preserve"> maddeleri; akademik personel yönünden 2547 ve 2914 sayılı Kanunlar; SBÜ Personel Daire Başkanlığı görev tanımları.</w:t>
      </w:r>
    </w:p>
    <w:p w14:paraId="44501D7B" w14:textId="77777777" w:rsidR="003F6E38" w:rsidRPr="000343EB" w:rsidRDefault="00000000">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16"/>
        <w:gridCol w:w="1474"/>
        <w:gridCol w:w="1871"/>
      </w:tblGrid>
      <w:tr w:rsidR="003F6E38" w:rsidRPr="000343EB" w14:paraId="04940A86" w14:textId="77777777">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087D8B7" w14:textId="77777777" w:rsidR="003F6E38" w:rsidRPr="000343EB" w:rsidRDefault="00000000">
            <w:pPr>
              <w:jc w:val="center"/>
              <w:rPr>
                <w:lang w:val="tr-TR"/>
              </w:rPr>
            </w:pPr>
            <w:r w:rsidRPr="000343EB">
              <w:rPr>
                <w:noProof/>
                <w:lang w:val="tr-TR"/>
              </w:rPr>
              <w:lastRenderedPageBreak/>
              <w:drawing>
                <wp:inline distT="0" distB="0" distL="0" distR="0" wp14:anchorId="2AD1DC31" wp14:editId="4FF91CE4">
                  <wp:extent cx="720000" cy="7216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16" w:type="dxa"/>
            <w:vMerge w:val="restart"/>
            <w:tcBorders>
              <w:top w:val="single" w:sz="7" w:space="0" w:color="777777"/>
              <w:left w:val="single" w:sz="7" w:space="0" w:color="777777"/>
              <w:bottom w:val="single" w:sz="7" w:space="0" w:color="777777"/>
              <w:right w:val="single" w:sz="7" w:space="0" w:color="777777"/>
            </w:tcBorders>
            <w:vAlign w:val="center"/>
          </w:tcPr>
          <w:p w14:paraId="0691C6F1" w14:textId="77777777" w:rsidR="003F6E38" w:rsidRPr="000343EB" w:rsidRDefault="00000000">
            <w:pPr>
              <w:jc w:val="center"/>
              <w:rPr>
                <w:lang w:val="tr-TR"/>
              </w:rPr>
            </w:pPr>
            <w:r w:rsidRPr="000343EB">
              <w:rPr>
                <w:rFonts w:ascii="Arial" w:hAnsi="Arial"/>
                <w:b/>
                <w:color w:val="14375F"/>
                <w:sz w:val="20"/>
                <w:lang w:val="tr-TR"/>
              </w:rPr>
              <w:t>T.C.</w:t>
            </w:r>
            <w:r w:rsidRPr="000343EB">
              <w:rPr>
                <w:rFonts w:ascii="Arial" w:hAnsi="Arial"/>
                <w:b/>
                <w:color w:val="14375F"/>
                <w:sz w:val="20"/>
                <w:lang w:val="tr-TR"/>
              </w:rPr>
              <w:br/>
              <w:t>SAĞLIK BİLİMLERİ ÜNİVERSİTESİ</w:t>
            </w:r>
            <w:r w:rsidRPr="000343EB">
              <w:rPr>
                <w:rFonts w:ascii="Arial" w:hAnsi="Arial"/>
                <w:b/>
                <w:color w:val="14375F"/>
                <w:sz w:val="20"/>
                <w:lang w:val="tr-TR"/>
              </w:rPr>
              <w:br/>
              <w:t>PERSONEL DAİRE BAŞKANLIĞI</w:t>
            </w:r>
            <w:r w:rsidRPr="000343EB">
              <w:rPr>
                <w:rFonts w:ascii="Arial" w:hAnsi="Arial"/>
                <w:b/>
                <w:color w:val="14375F"/>
                <w:sz w:val="20"/>
                <w:lang w:val="tr-TR"/>
              </w:rPr>
              <w:br/>
              <w:t>Doktor Öğretim Üyesi Alım ve Atama</w:t>
            </w:r>
            <w:r w:rsidRPr="000343EB">
              <w:rPr>
                <w:rFonts w:ascii="Arial" w:hAnsi="Arial"/>
                <w:b/>
                <w:color w:val="14375F"/>
                <w:sz w:val="20"/>
                <w:lang w:val="tr-TR"/>
              </w:rPr>
              <w:br/>
              <w:t>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2189B297" w14:textId="77777777" w:rsidR="003F6E38" w:rsidRPr="000343EB" w:rsidRDefault="00000000">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3A9516AF" w14:textId="77777777" w:rsidR="003F6E38" w:rsidRPr="000343EB" w:rsidRDefault="00000000">
            <w:pPr>
              <w:rPr>
                <w:lang w:val="tr-TR"/>
              </w:rPr>
            </w:pPr>
            <w:r w:rsidRPr="000343EB">
              <w:rPr>
                <w:sz w:val="14"/>
                <w:lang w:val="tr-TR"/>
              </w:rPr>
              <w:t>UNİKA-İAS-C2-002</w:t>
            </w:r>
          </w:p>
        </w:tc>
      </w:tr>
      <w:tr w:rsidR="003F6E38" w:rsidRPr="000343EB" w14:paraId="1285E0BF"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E646D14"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2DB96D29"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D9D9004" w14:textId="77777777" w:rsidR="003F6E38" w:rsidRPr="000343EB" w:rsidRDefault="00000000">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0AAC64A" w14:textId="77777777" w:rsidR="003F6E38" w:rsidRPr="000343EB" w:rsidRDefault="00000000">
            <w:pPr>
              <w:rPr>
                <w:lang w:val="tr-TR"/>
              </w:rPr>
            </w:pPr>
            <w:r w:rsidRPr="000343EB">
              <w:rPr>
                <w:sz w:val="14"/>
                <w:lang w:val="tr-TR"/>
              </w:rPr>
              <w:t>11.05.2023</w:t>
            </w:r>
          </w:p>
        </w:tc>
      </w:tr>
      <w:tr w:rsidR="003F6E38" w:rsidRPr="000343EB" w14:paraId="506210BF"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50BCD63"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20D32C2E"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05292B0" w14:textId="77777777" w:rsidR="003F6E38" w:rsidRPr="000343EB" w:rsidRDefault="00000000">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AD249B2" w14:textId="77777777" w:rsidR="003F6E38" w:rsidRPr="000343EB" w:rsidRDefault="00000000">
            <w:pPr>
              <w:rPr>
                <w:lang w:val="tr-TR"/>
              </w:rPr>
            </w:pPr>
            <w:r w:rsidRPr="000343EB">
              <w:rPr>
                <w:sz w:val="14"/>
                <w:lang w:val="tr-TR"/>
              </w:rPr>
              <w:t>-</w:t>
            </w:r>
          </w:p>
        </w:tc>
      </w:tr>
      <w:tr w:rsidR="003F6E38" w:rsidRPr="000343EB" w14:paraId="2737A2F5"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D295C7B"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16CDC682"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F452B50" w14:textId="77777777" w:rsidR="003F6E38" w:rsidRPr="000343EB" w:rsidRDefault="00000000">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B9B7DD8" w14:textId="77777777" w:rsidR="003F6E38" w:rsidRPr="000343EB" w:rsidRDefault="00000000">
            <w:pPr>
              <w:rPr>
                <w:lang w:val="tr-TR"/>
              </w:rPr>
            </w:pPr>
            <w:r w:rsidRPr="000343EB">
              <w:rPr>
                <w:sz w:val="14"/>
                <w:lang w:val="tr-TR"/>
              </w:rPr>
              <w:t>0</w:t>
            </w:r>
          </w:p>
        </w:tc>
      </w:tr>
    </w:tbl>
    <w:p w14:paraId="1C736287" w14:textId="77777777" w:rsidR="003F6E38" w:rsidRPr="000343EB" w:rsidRDefault="003F6E38">
      <w:pPr>
        <w:spacing w:after="0"/>
        <w:rPr>
          <w:lang w:val="tr-TR"/>
        </w:rPr>
      </w:pPr>
    </w:p>
    <w:p w14:paraId="1197A080" w14:textId="77777777" w:rsidR="003F6E38" w:rsidRPr="000343EB" w:rsidRDefault="00000000">
      <w:pPr>
        <w:spacing w:after="20"/>
        <w:jc w:val="center"/>
        <w:rPr>
          <w:lang w:val="tr-TR"/>
        </w:rPr>
      </w:pPr>
      <w:r w:rsidRPr="000343EB">
        <w:rPr>
          <w:b/>
          <w:color w:val="B97000"/>
          <w:sz w:val="17"/>
          <w:lang w:val="tr-TR"/>
        </w:rPr>
        <w:t>BAŞLANGIÇ</w:t>
      </w:r>
    </w:p>
    <w:tbl>
      <w:tblPr>
        <w:tblW w:w="0" w:type="auto"/>
        <w:jc w:val="center"/>
        <w:tblLayout w:type="fixed"/>
        <w:tblLook w:val="04A0" w:firstRow="1" w:lastRow="0" w:firstColumn="1" w:lastColumn="0" w:noHBand="0" w:noVBand="1"/>
      </w:tblPr>
      <w:tblGrid>
        <w:gridCol w:w="7483"/>
      </w:tblGrid>
      <w:tr w:rsidR="003F6E38" w:rsidRPr="000343EB" w14:paraId="51D84B50"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00F4FE9C" w14:textId="77777777" w:rsidR="003F6E38" w:rsidRPr="000343EB" w:rsidRDefault="00000000">
            <w:pPr>
              <w:spacing w:before="40" w:after="40"/>
              <w:jc w:val="center"/>
              <w:rPr>
                <w:lang w:val="tr-TR"/>
              </w:rPr>
            </w:pPr>
            <w:r w:rsidRPr="000343EB">
              <w:rPr>
                <w:rFonts w:ascii="Arial" w:hAnsi="Arial"/>
                <w:sz w:val="14"/>
                <w:lang w:val="tr-TR"/>
              </w:rPr>
              <w:t>YÖK tarafından kullanım izni verilen kadrolar için ilan metninin hazırlanması; ilan ve başvuru sürecinin 2547 sayılı Kanun, Öğretim Üyeliğine Yükseltilme ve Atanma Yönetmeliği ve SBÜ Öğretim Üyeliğine Yükseltilme ve Atanma Yönergesi uyarınca yürütülmesi.</w:t>
            </w:r>
          </w:p>
        </w:tc>
      </w:tr>
    </w:tbl>
    <w:p w14:paraId="71CE0F15"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7FD87267"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092587D3" w14:textId="77777777" w:rsidR="003F6E38" w:rsidRPr="000343EB" w:rsidRDefault="00000000">
            <w:pPr>
              <w:spacing w:before="40" w:after="40"/>
              <w:jc w:val="center"/>
              <w:rPr>
                <w:lang w:val="tr-TR"/>
              </w:rPr>
            </w:pPr>
            <w:r w:rsidRPr="000343EB">
              <w:rPr>
                <w:rFonts w:ascii="Arial" w:hAnsi="Arial"/>
                <w:sz w:val="14"/>
                <w:lang w:val="tr-TR"/>
              </w:rPr>
              <w:t xml:space="preserve">İlanın yayımlanmasını takiben aday başvurularının </w:t>
            </w:r>
            <w:proofErr w:type="spellStart"/>
            <w:r w:rsidRPr="000343EB">
              <w:rPr>
                <w:rFonts w:ascii="Arial" w:hAnsi="Arial"/>
                <w:sz w:val="14"/>
                <w:lang w:val="tr-TR"/>
              </w:rPr>
              <w:t>SBÜ'nün</w:t>
            </w:r>
            <w:proofErr w:type="spellEnd"/>
            <w:r w:rsidRPr="000343EB">
              <w:rPr>
                <w:rFonts w:ascii="Arial" w:hAnsi="Arial"/>
                <w:sz w:val="14"/>
                <w:lang w:val="tr-TR"/>
              </w:rPr>
              <w:t xml:space="preserve"> öğretim üyeliğine yükseltme ve atama süreçlerinin elektronik ortamda yürütülmesine ilişkin düzenlemeleri doğrultusunda alınması.</w:t>
            </w:r>
          </w:p>
        </w:tc>
      </w:tr>
    </w:tbl>
    <w:p w14:paraId="2DA9E7EF"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3A0ACB13"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22874264" w14:textId="1DF3EC92" w:rsidR="003F6E38" w:rsidRPr="000343EB" w:rsidRDefault="007322EE">
            <w:pPr>
              <w:spacing w:before="40" w:after="40"/>
              <w:jc w:val="center"/>
              <w:rPr>
                <w:lang w:val="tr-TR"/>
              </w:rPr>
            </w:pPr>
            <w:r w:rsidRPr="000343EB">
              <w:rPr>
                <w:rFonts w:ascii="Arial" w:hAnsi="Arial"/>
                <w:sz w:val="14"/>
                <w:lang w:val="tr-TR"/>
              </w:rPr>
              <w:t>Başvuran adaylardan Sağlık Uygulama ve Araştırma Merkezindeki kadrolara başvuranları işlemleri Personel Daire Başkanlığınca, Birimlerin kadrolarına başvuranların ise ilgili birimler tarafından dosyalarının ilgili birim yönetim kurul kararları alınarak 2547 sayılı Kanunun 23. Maddesi uyarınca belirlenen jüri üyelerine gönderilmesi.</w:t>
            </w:r>
          </w:p>
        </w:tc>
      </w:tr>
    </w:tbl>
    <w:p w14:paraId="4B1D5C16"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223096A7"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40629D12" w14:textId="52BC80E3" w:rsidR="003F6E38" w:rsidRPr="000343EB" w:rsidRDefault="00000000">
            <w:pPr>
              <w:spacing w:before="40" w:after="40"/>
              <w:jc w:val="center"/>
              <w:rPr>
                <w:lang w:val="tr-TR"/>
              </w:rPr>
            </w:pPr>
            <w:r w:rsidRPr="000343EB">
              <w:rPr>
                <w:rFonts w:ascii="Arial" w:hAnsi="Arial"/>
                <w:sz w:val="14"/>
                <w:lang w:val="tr-TR"/>
              </w:rPr>
              <w:t xml:space="preserve">Jüri </w:t>
            </w:r>
            <w:r w:rsidR="007322EE" w:rsidRPr="000343EB">
              <w:rPr>
                <w:rFonts w:ascii="Arial" w:hAnsi="Arial"/>
                <w:sz w:val="14"/>
                <w:lang w:val="tr-TR"/>
              </w:rPr>
              <w:t xml:space="preserve">değerlendirme </w:t>
            </w:r>
            <w:r w:rsidRPr="000343EB">
              <w:rPr>
                <w:rFonts w:ascii="Arial" w:hAnsi="Arial"/>
                <w:sz w:val="14"/>
                <w:lang w:val="tr-TR"/>
              </w:rPr>
              <w:t xml:space="preserve">raporlarının </w:t>
            </w:r>
            <w:r w:rsidR="007322EE" w:rsidRPr="000343EB">
              <w:rPr>
                <w:rFonts w:ascii="Arial" w:hAnsi="Arial"/>
                <w:sz w:val="14"/>
                <w:lang w:val="tr-TR"/>
              </w:rPr>
              <w:t xml:space="preserve">mevzuatta belirtilen 1 (bir) aylık </w:t>
            </w:r>
            <w:r w:rsidRPr="000343EB">
              <w:rPr>
                <w:rFonts w:ascii="Arial" w:hAnsi="Arial"/>
                <w:sz w:val="14"/>
                <w:lang w:val="tr-TR"/>
              </w:rPr>
              <w:t xml:space="preserve">süresi </w:t>
            </w:r>
            <w:r w:rsidR="007322EE" w:rsidRPr="000343EB">
              <w:rPr>
                <w:rFonts w:ascii="Arial" w:hAnsi="Arial"/>
                <w:sz w:val="14"/>
                <w:lang w:val="tr-TR"/>
              </w:rPr>
              <w:t>içerisinde alınarak</w:t>
            </w:r>
            <w:r w:rsidRPr="000343EB">
              <w:rPr>
                <w:rFonts w:ascii="Arial" w:hAnsi="Arial"/>
                <w:sz w:val="14"/>
                <w:lang w:val="tr-TR"/>
              </w:rPr>
              <w:t xml:space="preserve"> ilgili birim yönetim kurulunda değerlendirilmesi.</w:t>
            </w:r>
          </w:p>
        </w:tc>
      </w:tr>
    </w:tbl>
    <w:p w14:paraId="3D1059B6"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58D841F1"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374E7B2D" w14:textId="49C8D67C" w:rsidR="003F6E38" w:rsidRPr="000343EB" w:rsidRDefault="00000000">
            <w:pPr>
              <w:spacing w:before="40" w:after="40"/>
              <w:jc w:val="center"/>
              <w:rPr>
                <w:lang w:val="tr-TR"/>
              </w:rPr>
            </w:pPr>
            <w:r w:rsidRPr="000343EB">
              <w:rPr>
                <w:rFonts w:ascii="Arial" w:hAnsi="Arial"/>
                <w:sz w:val="14"/>
                <w:lang w:val="tr-TR"/>
              </w:rPr>
              <w:t xml:space="preserve">İlgili birim yönetim kurulunun görüşü/önerisiyle atama </w:t>
            </w:r>
            <w:r w:rsidR="007322EE" w:rsidRPr="000343EB">
              <w:rPr>
                <w:rFonts w:ascii="Arial" w:hAnsi="Arial"/>
                <w:sz w:val="14"/>
                <w:lang w:val="tr-TR"/>
              </w:rPr>
              <w:t>tekliflerinin Rektörlük (</w:t>
            </w:r>
            <w:r w:rsidRPr="000343EB">
              <w:rPr>
                <w:rFonts w:ascii="Arial" w:hAnsi="Arial"/>
                <w:sz w:val="14"/>
                <w:lang w:val="tr-TR"/>
              </w:rPr>
              <w:t>Personel Daire Başkanlığı</w:t>
            </w:r>
            <w:r w:rsidR="007322EE" w:rsidRPr="000343EB">
              <w:rPr>
                <w:rFonts w:ascii="Arial" w:hAnsi="Arial"/>
                <w:sz w:val="14"/>
                <w:lang w:val="tr-TR"/>
              </w:rPr>
              <w:t xml:space="preserve">) Makamına </w:t>
            </w:r>
            <w:r w:rsidRPr="000343EB">
              <w:rPr>
                <w:rFonts w:ascii="Arial" w:hAnsi="Arial"/>
                <w:sz w:val="14"/>
                <w:lang w:val="tr-TR"/>
              </w:rPr>
              <w:t>iletilmesi;</w:t>
            </w:r>
            <w:r w:rsidR="007322EE" w:rsidRPr="000343EB">
              <w:rPr>
                <w:rFonts w:ascii="Arial" w:hAnsi="Arial"/>
                <w:sz w:val="14"/>
                <w:lang w:val="tr-TR"/>
              </w:rPr>
              <w:t xml:space="preserve"> adayların çalışma durumlarına göre muvafakat taleplerinin istenmesi veya </w:t>
            </w:r>
            <w:r w:rsidRPr="000343EB">
              <w:rPr>
                <w:rFonts w:ascii="Arial" w:hAnsi="Arial"/>
                <w:sz w:val="14"/>
                <w:lang w:val="tr-TR"/>
              </w:rPr>
              <w:t>arşiv araştırması/güvenlik sürecinin</w:t>
            </w:r>
            <w:r w:rsidR="007322EE" w:rsidRPr="000343EB">
              <w:rPr>
                <w:rFonts w:ascii="Arial" w:hAnsi="Arial"/>
                <w:sz w:val="14"/>
                <w:lang w:val="tr-TR"/>
              </w:rPr>
              <w:t xml:space="preserve"> </w:t>
            </w:r>
            <w:r w:rsidRPr="000343EB">
              <w:rPr>
                <w:rFonts w:ascii="Arial" w:hAnsi="Arial"/>
                <w:sz w:val="14"/>
                <w:lang w:val="tr-TR"/>
              </w:rPr>
              <w:t>yürütülmesi.</w:t>
            </w:r>
          </w:p>
        </w:tc>
      </w:tr>
    </w:tbl>
    <w:p w14:paraId="7B669729"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0FB6316C"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29C1ED37" w14:textId="01E456DC" w:rsidR="003F6E38" w:rsidRPr="000343EB" w:rsidRDefault="005B22B8">
            <w:pPr>
              <w:spacing w:before="40" w:after="40"/>
              <w:jc w:val="center"/>
              <w:rPr>
                <w:lang w:val="tr-TR"/>
              </w:rPr>
            </w:pPr>
            <w:r w:rsidRPr="000343EB">
              <w:rPr>
                <w:rFonts w:ascii="Arial" w:hAnsi="Arial"/>
                <w:sz w:val="14"/>
                <w:lang w:val="tr-TR"/>
              </w:rPr>
              <w:t>İlgili kurumların onayına müteakip atama işlemlerinin Rektörlük Makamınca tamamlanarak geri bildirimlerin yapılması.</w:t>
            </w:r>
          </w:p>
        </w:tc>
      </w:tr>
    </w:tbl>
    <w:p w14:paraId="5B92B8ED"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2A58C153"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26CD3AE2" w14:textId="4062706E" w:rsidR="003F6E38" w:rsidRPr="000343EB" w:rsidRDefault="005B22B8">
            <w:pPr>
              <w:spacing w:before="40" w:after="40"/>
              <w:jc w:val="center"/>
              <w:rPr>
                <w:lang w:val="tr-TR"/>
              </w:rPr>
            </w:pPr>
            <w:r w:rsidRPr="000343EB">
              <w:rPr>
                <w:rFonts w:ascii="Arial" w:hAnsi="Arial"/>
                <w:sz w:val="14"/>
                <w:lang w:val="tr-TR"/>
              </w:rPr>
              <w:t>Atama sürecinin tamamlanmasına müteakip göreve başlama, özlük, HİTAP/YÖKSİS ve personel sistemi kayıtlarının yapılarak özlük dosyasının oluşturulması.</w:t>
            </w:r>
          </w:p>
        </w:tc>
      </w:tr>
    </w:tbl>
    <w:p w14:paraId="29FD6319" w14:textId="77777777" w:rsidR="003F6E38" w:rsidRPr="000343EB" w:rsidRDefault="00000000">
      <w:pPr>
        <w:spacing w:after="20"/>
        <w:jc w:val="center"/>
        <w:rPr>
          <w:lang w:val="tr-TR"/>
        </w:rPr>
      </w:pPr>
      <w:r w:rsidRPr="000343EB">
        <w:rPr>
          <w:b/>
          <w:color w:val="B97000"/>
          <w:sz w:val="17"/>
          <w:lang w:val="tr-TR"/>
        </w:rPr>
        <w:t>BİTİŞ</w:t>
      </w:r>
    </w:p>
    <w:p w14:paraId="78CF76AB" w14:textId="6348170D" w:rsidR="003F6E38" w:rsidRPr="000343EB" w:rsidRDefault="00000000" w:rsidP="005B22B8">
      <w:pPr>
        <w:numPr>
          <w:ilvl w:val="0"/>
          <w:numId w:val="10"/>
        </w:numPr>
        <w:spacing w:before="40" w:after="0"/>
        <w:rPr>
          <w:sz w:val="12"/>
          <w:szCs w:val="12"/>
          <w:lang w:val="tr-TR"/>
        </w:rPr>
      </w:pPr>
      <w:r w:rsidRPr="000343EB">
        <w:rPr>
          <w:b/>
          <w:sz w:val="12"/>
          <w:lang w:val="tr-TR"/>
        </w:rPr>
        <w:t xml:space="preserve">Dayanak / SBÜ Kurumsal Uyum: </w:t>
      </w:r>
      <w:r w:rsidRPr="000343EB">
        <w:rPr>
          <w:sz w:val="12"/>
          <w:lang w:val="tr-TR"/>
        </w:rPr>
        <w:t>2547 sayılı Yükseköğretim Kanunu 23</w:t>
      </w:r>
      <w:r w:rsidR="005B22B8" w:rsidRPr="000343EB">
        <w:rPr>
          <w:sz w:val="12"/>
          <w:lang w:val="tr-TR"/>
        </w:rPr>
        <w:t>. maddesi</w:t>
      </w:r>
      <w:r w:rsidRPr="000343EB">
        <w:rPr>
          <w:sz w:val="12"/>
          <w:lang w:val="tr-TR"/>
        </w:rPr>
        <w:t>; Öğretim Üyeliğine Yükseltilme ve Atanma Yönetmeliği</w:t>
      </w:r>
      <w:r w:rsidR="005B22B8" w:rsidRPr="000343EB">
        <w:rPr>
          <w:sz w:val="12"/>
          <w:lang w:val="tr-TR"/>
        </w:rPr>
        <w:t>nin 6 ve 7. maddesi</w:t>
      </w:r>
      <w:r w:rsidRPr="000343EB">
        <w:rPr>
          <w:sz w:val="12"/>
          <w:lang w:val="tr-TR"/>
        </w:rPr>
        <w:t>; SBÜ Öğretim Üyeliğine Yükseltilme ve Atanma Yönergesi</w:t>
      </w:r>
      <w:r w:rsidR="005B22B8" w:rsidRPr="000343EB">
        <w:rPr>
          <w:sz w:val="12"/>
          <w:lang w:val="tr-TR"/>
        </w:rPr>
        <w:t>nin 7. Maddesi,</w:t>
      </w:r>
      <w:r w:rsidR="005B22B8" w:rsidRPr="000343EB">
        <w:rPr>
          <w:rFonts w:ascii="Corporative" w:eastAsia="Times New Roman" w:hAnsi="Corporative" w:cs="Times New Roman"/>
          <w:color w:val="333333"/>
          <w:sz w:val="24"/>
          <w:szCs w:val="24"/>
          <w:lang w:val="tr-TR" w:eastAsia="tr-TR"/>
        </w:rPr>
        <w:t xml:space="preserve"> </w:t>
      </w:r>
      <w:hyperlink r:id="rId9" w:history="1">
        <w:r w:rsidR="005B22B8" w:rsidRPr="000343EB">
          <w:rPr>
            <w:sz w:val="12"/>
            <w:szCs w:val="12"/>
            <w:lang w:val="tr-TR"/>
          </w:rPr>
          <w:t>Sağlık Bilimleri Üniversitesi Öğretim Üyeliğine Yükseltme ve Atama Süreçlerinin Elektronik Ortamda Yürütülmesine Dair Yönerge</w:t>
        </w:r>
      </w:hyperlink>
      <w:r w:rsidR="005B22B8" w:rsidRPr="000343EB">
        <w:rPr>
          <w:sz w:val="12"/>
          <w:szCs w:val="12"/>
          <w:lang w:val="tr-TR"/>
        </w:rPr>
        <w:t>si</w:t>
      </w:r>
      <w:r w:rsidRPr="000343EB">
        <w:rPr>
          <w:sz w:val="12"/>
          <w:szCs w:val="12"/>
          <w:lang w:val="tr-TR"/>
        </w:rPr>
        <w:t>; 7315 sayılı Güvenlik Soruşturması ve Arşiv Araştırması Kanunu.</w:t>
      </w:r>
    </w:p>
    <w:p w14:paraId="4A086DFD" w14:textId="77777777" w:rsidR="003F6E38" w:rsidRPr="000343EB" w:rsidRDefault="00000000">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16"/>
        <w:gridCol w:w="1474"/>
        <w:gridCol w:w="1871"/>
      </w:tblGrid>
      <w:tr w:rsidR="003F6E38" w:rsidRPr="000343EB" w14:paraId="72F3B99B" w14:textId="77777777">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0706418" w14:textId="77777777" w:rsidR="003F6E38" w:rsidRPr="000343EB" w:rsidRDefault="00000000">
            <w:pPr>
              <w:jc w:val="center"/>
              <w:rPr>
                <w:lang w:val="tr-TR"/>
              </w:rPr>
            </w:pPr>
            <w:r w:rsidRPr="000343EB">
              <w:rPr>
                <w:noProof/>
                <w:lang w:val="tr-TR"/>
              </w:rPr>
              <w:lastRenderedPageBreak/>
              <w:drawing>
                <wp:inline distT="0" distB="0" distL="0" distR="0" wp14:anchorId="22D6468C" wp14:editId="115D3C08">
                  <wp:extent cx="720000" cy="7216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16" w:type="dxa"/>
            <w:vMerge w:val="restart"/>
            <w:tcBorders>
              <w:top w:val="single" w:sz="7" w:space="0" w:color="777777"/>
              <w:left w:val="single" w:sz="7" w:space="0" w:color="777777"/>
              <w:bottom w:val="single" w:sz="7" w:space="0" w:color="777777"/>
              <w:right w:val="single" w:sz="7" w:space="0" w:color="777777"/>
            </w:tcBorders>
            <w:vAlign w:val="center"/>
          </w:tcPr>
          <w:p w14:paraId="32BCB6C0" w14:textId="77777777" w:rsidR="003F6E38" w:rsidRPr="000343EB" w:rsidRDefault="00000000">
            <w:pPr>
              <w:jc w:val="center"/>
              <w:rPr>
                <w:lang w:val="tr-TR"/>
              </w:rPr>
            </w:pPr>
            <w:r w:rsidRPr="000343EB">
              <w:rPr>
                <w:rFonts w:ascii="Arial" w:hAnsi="Arial"/>
                <w:b/>
                <w:color w:val="14375F"/>
                <w:sz w:val="20"/>
                <w:lang w:val="tr-TR"/>
              </w:rPr>
              <w:t>T.C.</w:t>
            </w:r>
            <w:r w:rsidRPr="000343EB">
              <w:rPr>
                <w:rFonts w:ascii="Arial" w:hAnsi="Arial"/>
                <w:b/>
                <w:color w:val="14375F"/>
                <w:sz w:val="20"/>
                <w:lang w:val="tr-TR"/>
              </w:rPr>
              <w:br/>
              <w:t>SAĞLIK BİLİMLERİ ÜNİVERSİTESİ</w:t>
            </w:r>
            <w:r w:rsidRPr="000343EB">
              <w:rPr>
                <w:rFonts w:ascii="Arial" w:hAnsi="Arial"/>
                <w:b/>
                <w:color w:val="14375F"/>
                <w:sz w:val="20"/>
                <w:lang w:val="tr-TR"/>
              </w:rPr>
              <w:br/>
              <w:t>PERSONEL DAİRE BAŞKANLIĞI</w:t>
            </w:r>
            <w:r w:rsidRPr="000343EB">
              <w:rPr>
                <w:rFonts w:ascii="Arial" w:hAnsi="Arial"/>
                <w:b/>
                <w:color w:val="14375F"/>
                <w:sz w:val="20"/>
                <w:lang w:val="tr-TR"/>
              </w:rPr>
              <w:br/>
              <w:t>Doçent Alım ve Atama İşlemleri</w:t>
            </w:r>
            <w:r w:rsidRPr="000343EB">
              <w:rPr>
                <w:rFonts w:ascii="Arial" w:hAnsi="Arial"/>
                <w:b/>
                <w:color w:val="14375F"/>
                <w:sz w:val="20"/>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0CBBA8EA" w14:textId="77777777" w:rsidR="003F6E38" w:rsidRPr="000343EB" w:rsidRDefault="00000000">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64BBF39" w14:textId="77777777" w:rsidR="003F6E38" w:rsidRPr="000343EB" w:rsidRDefault="00000000">
            <w:pPr>
              <w:rPr>
                <w:lang w:val="tr-TR"/>
              </w:rPr>
            </w:pPr>
            <w:r w:rsidRPr="000343EB">
              <w:rPr>
                <w:sz w:val="14"/>
                <w:lang w:val="tr-TR"/>
              </w:rPr>
              <w:t>UNİKA-İAS-C2-003</w:t>
            </w:r>
          </w:p>
        </w:tc>
      </w:tr>
      <w:tr w:rsidR="003F6E38" w:rsidRPr="000343EB" w14:paraId="6271E504"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B246F97"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0FD9A623"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BC73B9F" w14:textId="77777777" w:rsidR="003F6E38" w:rsidRPr="000343EB" w:rsidRDefault="00000000">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547115D" w14:textId="77777777" w:rsidR="003F6E38" w:rsidRPr="000343EB" w:rsidRDefault="00000000">
            <w:pPr>
              <w:rPr>
                <w:lang w:val="tr-TR"/>
              </w:rPr>
            </w:pPr>
            <w:r w:rsidRPr="000343EB">
              <w:rPr>
                <w:sz w:val="14"/>
                <w:lang w:val="tr-TR"/>
              </w:rPr>
              <w:t>11.05.2023</w:t>
            </w:r>
          </w:p>
        </w:tc>
      </w:tr>
      <w:tr w:rsidR="003F6E38" w:rsidRPr="000343EB" w14:paraId="7CDB5C1D"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66BA830"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2B201C32"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9E66D14" w14:textId="77777777" w:rsidR="003F6E38" w:rsidRPr="000343EB" w:rsidRDefault="00000000">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7F3539B" w14:textId="77777777" w:rsidR="003F6E38" w:rsidRPr="000343EB" w:rsidRDefault="00000000">
            <w:pPr>
              <w:rPr>
                <w:lang w:val="tr-TR"/>
              </w:rPr>
            </w:pPr>
            <w:r w:rsidRPr="000343EB">
              <w:rPr>
                <w:sz w:val="14"/>
                <w:lang w:val="tr-TR"/>
              </w:rPr>
              <w:t>-</w:t>
            </w:r>
          </w:p>
        </w:tc>
      </w:tr>
      <w:tr w:rsidR="003F6E38" w:rsidRPr="000343EB" w14:paraId="43F13E6D" w14:textId="77777777">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669B994" w14:textId="77777777" w:rsidR="003F6E38" w:rsidRPr="000343EB" w:rsidRDefault="003F6E3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21010BC1" w14:textId="77777777" w:rsidR="003F6E38" w:rsidRPr="000343EB" w:rsidRDefault="003F6E3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02CAC4D" w14:textId="77777777" w:rsidR="003F6E38" w:rsidRPr="000343EB" w:rsidRDefault="00000000">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CDAE0DD" w14:textId="77777777" w:rsidR="003F6E38" w:rsidRPr="000343EB" w:rsidRDefault="00000000">
            <w:pPr>
              <w:rPr>
                <w:lang w:val="tr-TR"/>
              </w:rPr>
            </w:pPr>
            <w:r w:rsidRPr="000343EB">
              <w:rPr>
                <w:sz w:val="14"/>
                <w:lang w:val="tr-TR"/>
              </w:rPr>
              <w:t>0</w:t>
            </w:r>
          </w:p>
        </w:tc>
      </w:tr>
    </w:tbl>
    <w:p w14:paraId="18F4A1A9" w14:textId="77777777" w:rsidR="003F6E38" w:rsidRPr="000343EB" w:rsidRDefault="003F6E38">
      <w:pPr>
        <w:spacing w:after="0"/>
        <w:rPr>
          <w:lang w:val="tr-TR"/>
        </w:rPr>
      </w:pPr>
    </w:p>
    <w:p w14:paraId="7BEA7D7F" w14:textId="77777777" w:rsidR="003F6E38" w:rsidRPr="000343EB" w:rsidRDefault="00000000">
      <w:pPr>
        <w:spacing w:after="20"/>
        <w:jc w:val="center"/>
        <w:rPr>
          <w:lang w:val="tr-TR"/>
        </w:rPr>
      </w:pPr>
      <w:r w:rsidRPr="000343EB">
        <w:rPr>
          <w:b/>
          <w:color w:val="B97000"/>
          <w:sz w:val="17"/>
          <w:lang w:val="tr-TR"/>
        </w:rPr>
        <w:t>BAŞLANGIÇ</w:t>
      </w:r>
    </w:p>
    <w:tbl>
      <w:tblPr>
        <w:tblW w:w="0" w:type="auto"/>
        <w:jc w:val="center"/>
        <w:tblLayout w:type="fixed"/>
        <w:tblLook w:val="04A0" w:firstRow="1" w:lastRow="0" w:firstColumn="1" w:lastColumn="0" w:noHBand="0" w:noVBand="1"/>
      </w:tblPr>
      <w:tblGrid>
        <w:gridCol w:w="7483"/>
      </w:tblGrid>
      <w:tr w:rsidR="003F6E38" w:rsidRPr="000343EB" w14:paraId="65519155"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6DDD7EAC" w14:textId="77777777" w:rsidR="003F6E38" w:rsidRPr="000343EB" w:rsidRDefault="00000000">
            <w:pPr>
              <w:spacing w:before="40" w:after="40"/>
              <w:jc w:val="center"/>
              <w:rPr>
                <w:lang w:val="tr-TR"/>
              </w:rPr>
            </w:pPr>
            <w:r w:rsidRPr="000343EB">
              <w:rPr>
                <w:rFonts w:ascii="Arial" w:hAnsi="Arial"/>
                <w:sz w:val="14"/>
                <w:lang w:val="tr-TR"/>
              </w:rPr>
              <w:t>YÖK tarafından kullanım izni verilen doçent kadroları için ilan metninin hazırlanması; ilan ve başvuru sürecinin 2547 sayılı Kanun, Öğretim Üyeliğine Yükseltilme ve Atanma Yönetmeliği ve SBÜ Öğretim Üyeliğine Yükseltilme ve Atanma Yönergesi uyarınca yürütülmesi.</w:t>
            </w:r>
          </w:p>
        </w:tc>
      </w:tr>
    </w:tbl>
    <w:p w14:paraId="054145AC"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7680517F"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341A7827" w14:textId="7A61C7BB" w:rsidR="003F6E38" w:rsidRPr="000343EB" w:rsidRDefault="00DA747B">
            <w:pPr>
              <w:spacing w:before="40" w:after="40"/>
              <w:jc w:val="center"/>
              <w:rPr>
                <w:lang w:val="tr-TR"/>
              </w:rPr>
            </w:pPr>
            <w:r w:rsidRPr="000343EB">
              <w:rPr>
                <w:rFonts w:ascii="Arial" w:hAnsi="Arial"/>
                <w:sz w:val="14"/>
                <w:lang w:val="tr-TR"/>
              </w:rPr>
              <w:t xml:space="preserve">İlanın yayımlanmasını takiben aday başvurularının </w:t>
            </w:r>
            <w:proofErr w:type="spellStart"/>
            <w:r w:rsidRPr="000343EB">
              <w:rPr>
                <w:rFonts w:ascii="Arial" w:hAnsi="Arial"/>
                <w:sz w:val="14"/>
                <w:lang w:val="tr-TR"/>
              </w:rPr>
              <w:t>SBÜ'nün</w:t>
            </w:r>
            <w:proofErr w:type="spellEnd"/>
            <w:r w:rsidRPr="000343EB">
              <w:rPr>
                <w:rFonts w:ascii="Arial" w:hAnsi="Arial"/>
                <w:sz w:val="14"/>
                <w:lang w:val="tr-TR"/>
              </w:rPr>
              <w:t xml:space="preserve"> öğretim üyeliğine yükseltme ve atama süreçlerinin elektronik ortamda yürütülmesine ilişkin düzenlemeleri doğrultusunda alınması</w:t>
            </w:r>
          </w:p>
        </w:tc>
      </w:tr>
    </w:tbl>
    <w:p w14:paraId="33C37378"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41FB51A8"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6C317FA8" w14:textId="35B85F57" w:rsidR="003F6E38" w:rsidRPr="000343EB" w:rsidRDefault="00DA747B">
            <w:pPr>
              <w:spacing w:before="40" w:after="40"/>
              <w:jc w:val="center"/>
              <w:rPr>
                <w:lang w:val="tr-TR"/>
              </w:rPr>
            </w:pPr>
            <w:r w:rsidRPr="000343EB">
              <w:rPr>
                <w:rFonts w:ascii="Arial" w:hAnsi="Arial"/>
                <w:sz w:val="14"/>
                <w:lang w:val="tr-TR"/>
              </w:rPr>
              <w:t>Başvuran adayların dosyalarının Rektörlük Makamınca (Personel Daire Başkanlığı) 2547 sayılı Kanunun 24. Maddesi uyarınca belirlenen jüri üyelerine gönderilmesi.</w:t>
            </w:r>
          </w:p>
        </w:tc>
      </w:tr>
    </w:tbl>
    <w:p w14:paraId="61787D29"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036F7469"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666673A5" w14:textId="732895F2" w:rsidR="003F6E38" w:rsidRPr="000343EB" w:rsidRDefault="00DA747B">
            <w:pPr>
              <w:spacing w:before="40" w:after="40"/>
              <w:jc w:val="center"/>
              <w:rPr>
                <w:lang w:val="tr-TR"/>
              </w:rPr>
            </w:pPr>
            <w:r w:rsidRPr="000343EB">
              <w:rPr>
                <w:rFonts w:ascii="Arial" w:hAnsi="Arial"/>
                <w:sz w:val="14"/>
                <w:lang w:val="tr-TR"/>
              </w:rPr>
              <w:t>Jüri değerlendirme raporlarının mevzuatta belirtilen 1 (bir) aylık süresi içerisinde alınarak ilgili birim yönetim kurulunda değerlendirilmesi.</w:t>
            </w:r>
          </w:p>
        </w:tc>
      </w:tr>
    </w:tbl>
    <w:p w14:paraId="65D19019"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011166DB"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3391F283" w14:textId="7FDD314C" w:rsidR="003F6E38" w:rsidRPr="000343EB" w:rsidRDefault="00DA747B">
            <w:pPr>
              <w:spacing w:before="40" w:after="40"/>
              <w:jc w:val="center"/>
              <w:rPr>
                <w:lang w:val="tr-TR"/>
              </w:rPr>
            </w:pPr>
            <w:r w:rsidRPr="000343EB">
              <w:rPr>
                <w:rFonts w:ascii="Arial" w:hAnsi="Arial"/>
                <w:sz w:val="14"/>
                <w:lang w:val="tr-TR"/>
              </w:rPr>
              <w:t>Jüri raporlarına istinaden Rektörlük Makamı (Personel Daire Başkanlığı) tarafından adayların çalışma durumlarına göre muvafakat taleplerinin istenmesi veya arşiv araştırması/güvenlik sürecinin yürütülmesi.</w:t>
            </w:r>
          </w:p>
        </w:tc>
      </w:tr>
    </w:tbl>
    <w:p w14:paraId="13A39C2E"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7316261A"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06AB422B" w14:textId="6516371B" w:rsidR="003F6E38" w:rsidRPr="000343EB" w:rsidRDefault="00DA747B">
            <w:pPr>
              <w:spacing w:before="40" w:after="40"/>
              <w:jc w:val="center"/>
              <w:rPr>
                <w:lang w:val="tr-TR"/>
              </w:rPr>
            </w:pPr>
            <w:r w:rsidRPr="000343EB">
              <w:rPr>
                <w:rFonts w:ascii="Arial" w:hAnsi="Arial"/>
                <w:sz w:val="14"/>
                <w:lang w:val="tr-TR"/>
              </w:rPr>
              <w:t>İlgili kurumların onayına müteakip atama işlemlerinin Rektörlük Makamınca tamamlanarak geri bildirimlerin yapılması</w:t>
            </w:r>
          </w:p>
        </w:tc>
      </w:tr>
    </w:tbl>
    <w:p w14:paraId="33C097AA" w14:textId="77777777" w:rsidR="003F6E38" w:rsidRPr="000343EB" w:rsidRDefault="00000000">
      <w:pPr>
        <w:spacing w:after="0"/>
        <w:jc w:val="center"/>
        <w:rPr>
          <w:lang w:val="tr-TR"/>
        </w:rPr>
      </w:pPr>
      <w:r w:rsidRPr="000343EB">
        <w:rPr>
          <w:b/>
          <w:color w:val="B97000"/>
          <w:sz w:val="28"/>
          <w:lang w:val="tr-TR"/>
        </w:rPr>
        <w:t>↓</w:t>
      </w:r>
    </w:p>
    <w:tbl>
      <w:tblPr>
        <w:tblW w:w="0" w:type="auto"/>
        <w:jc w:val="center"/>
        <w:tblLayout w:type="fixed"/>
        <w:tblLook w:val="04A0" w:firstRow="1" w:lastRow="0" w:firstColumn="1" w:lastColumn="0" w:noHBand="0" w:noVBand="1"/>
      </w:tblPr>
      <w:tblGrid>
        <w:gridCol w:w="7483"/>
      </w:tblGrid>
      <w:tr w:rsidR="003F6E38" w:rsidRPr="000343EB" w14:paraId="1FE319FC" w14:textId="77777777">
        <w:trPr>
          <w:jc w:val="center"/>
        </w:trPr>
        <w:tc>
          <w:tcPr>
            <w:tcW w:w="7483" w:type="dxa"/>
            <w:tcBorders>
              <w:top w:val="single" w:sz="16" w:space="0" w:color="173B6C"/>
              <w:left w:val="single" w:sz="16" w:space="0" w:color="173B6C"/>
              <w:bottom w:val="single" w:sz="16" w:space="0" w:color="173B6C"/>
              <w:right w:val="single" w:sz="16" w:space="0" w:color="173B6C"/>
            </w:tcBorders>
          </w:tcPr>
          <w:p w14:paraId="7E871950" w14:textId="0EEC479A" w:rsidR="003F6E38" w:rsidRPr="000343EB" w:rsidRDefault="00DA747B">
            <w:pPr>
              <w:spacing w:before="40" w:after="40"/>
              <w:jc w:val="center"/>
              <w:rPr>
                <w:lang w:val="tr-TR"/>
              </w:rPr>
            </w:pPr>
            <w:r w:rsidRPr="000343EB">
              <w:rPr>
                <w:rFonts w:ascii="Arial" w:hAnsi="Arial"/>
                <w:sz w:val="14"/>
                <w:lang w:val="tr-TR"/>
              </w:rPr>
              <w:t xml:space="preserve">Atama sürecinin tamamlanmasına müteakip göreve başlama, özlük, HİTAP/YÖKSİS ve personel sistemi kayıtlarının yapılarak özlük dosyasının </w:t>
            </w:r>
            <w:proofErr w:type="gramStart"/>
            <w:r w:rsidRPr="000343EB">
              <w:rPr>
                <w:rFonts w:ascii="Arial" w:hAnsi="Arial"/>
                <w:sz w:val="14"/>
                <w:lang w:val="tr-TR"/>
              </w:rPr>
              <w:t>oluşturulması..</w:t>
            </w:r>
            <w:proofErr w:type="gramEnd"/>
          </w:p>
        </w:tc>
      </w:tr>
    </w:tbl>
    <w:p w14:paraId="66689F34" w14:textId="68A05EE0" w:rsidR="003F6E38" w:rsidRPr="000343EB" w:rsidRDefault="003F6E38">
      <w:pPr>
        <w:spacing w:after="0"/>
        <w:jc w:val="center"/>
        <w:rPr>
          <w:lang w:val="tr-TR"/>
        </w:rPr>
      </w:pPr>
    </w:p>
    <w:p w14:paraId="00DEDBA1" w14:textId="77777777" w:rsidR="003F6E38" w:rsidRPr="000343EB" w:rsidRDefault="00000000">
      <w:pPr>
        <w:spacing w:after="20"/>
        <w:jc w:val="center"/>
        <w:rPr>
          <w:lang w:val="tr-TR"/>
        </w:rPr>
      </w:pPr>
      <w:r w:rsidRPr="000343EB">
        <w:rPr>
          <w:b/>
          <w:color w:val="B97000"/>
          <w:sz w:val="17"/>
          <w:lang w:val="tr-TR"/>
        </w:rPr>
        <w:t>BİTİŞ</w:t>
      </w:r>
    </w:p>
    <w:p w14:paraId="70968A42" w14:textId="5CE326C5" w:rsidR="00DA747B" w:rsidRPr="000343EB" w:rsidRDefault="00DA747B" w:rsidP="00DA747B">
      <w:pPr>
        <w:numPr>
          <w:ilvl w:val="0"/>
          <w:numId w:val="10"/>
        </w:numPr>
        <w:spacing w:before="40" w:after="0"/>
        <w:rPr>
          <w:sz w:val="12"/>
          <w:szCs w:val="12"/>
          <w:lang w:val="tr-TR"/>
        </w:rPr>
      </w:pPr>
      <w:r w:rsidRPr="000343EB">
        <w:rPr>
          <w:b/>
          <w:sz w:val="12"/>
          <w:lang w:val="tr-TR"/>
        </w:rPr>
        <w:t xml:space="preserve">Dayanak / SBÜ Kurumsal Uyum: </w:t>
      </w:r>
      <w:r w:rsidRPr="000343EB">
        <w:rPr>
          <w:sz w:val="12"/>
          <w:lang w:val="tr-TR"/>
        </w:rPr>
        <w:t xml:space="preserve">2547 sayılı Yükseköğretim Kanunu 24. maddesi; Öğretim Üyeliğine Yükseltilme ve Atanma Yönetmeliğinin 11. maddesi; SBÜ Öğretim Üyeliğine Yükseltilme ve Atanma Yönergesinin </w:t>
      </w:r>
      <w:r w:rsidR="0071571B" w:rsidRPr="000343EB">
        <w:rPr>
          <w:sz w:val="12"/>
          <w:lang w:val="tr-TR"/>
        </w:rPr>
        <w:t>11</w:t>
      </w:r>
      <w:r w:rsidRPr="000343EB">
        <w:rPr>
          <w:sz w:val="12"/>
          <w:lang w:val="tr-TR"/>
        </w:rPr>
        <w:t>. Maddesi,</w:t>
      </w:r>
      <w:r w:rsidRPr="000343EB">
        <w:rPr>
          <w:rFonts w:ascii="Corporative" w:eastAsia="Times New Roman" w:hAnsi="Corporative" w:cs="Times New Roman"/>
          <w:color w:val="333333"/>
          <w:sz w:val="24"/>
          <w:szCs w:val="24"/>
          <w:lang w:val="tr-TR" w:eastAsia="tr-TR"/>
        </w:rPr>
        <w:t xml:space="preserve"> </w:t>
      </w:r>
      <w:hyperlink r:id="rId10" w:history="1">
        <w:r w:rsidRPr="000343EB">
          <w:rPr>
            <w:sz w:val="12"/>
            <w:szCs w:val="12"/>
            <w:lang w:val="tr-TR"/>
          </w:rPr>
          <w:t>Sağlık Bilimleri Üniversitesi Öğretim Üyeliğine Yükseltme ve Atama Süreçlerinin Elektronik Ortamda Yürütülmesine Dair Yönerge</w:t>
        </w:r>
      </w:hyperlink>
      <w:r w:rsidRPr="000343EB">
        <w:rPr>
          <w:sz w:val="12"/>
          <w:szCs w:val="12"/>
          <w:lang w:val="tr-TR"/>
        </w:rPr>
        <w:t>si; 7315 sayılı Güvenlik Soruşturması ve Arşiv Araştırması Kanunu.</w:t>
      </w:r>
    </w:p>
    <w:p w14:paraId="6C538E66" w14:textId="77777777" w:rsidR="007F6729" w:rsidRPr="000343EB" w:rsidRDefault="007F6729">
      <w:pPr>
        <w:spacing w:before="40" w:after="0"/>
        <w:rPr>
          <w:sz w:val="12"/>
          <w:lang w:val="tr-TR"/>
        </w:rPr>
      </w:pPr>
    </w:p>
    <w:p w14:paraId="5228CC40" w14:textId="77777777" w:rsidR="007F6729" w:rsidRPr="000343EB" w:rsidRDefault="007F6729">
      <w:pPr>
        <w:spacing w:before="40" w:after="0"/>
        <w:rPr>
          <w:sz w:val="12"/>
          <w:lang w:val="tr-TR"/>
        </w:rPr>
      </w:pPr>
    </w:p>
    <w:p w14:paraId="1AC426FD" w14:textId="77777777" w:rsidR="007F6729" w:rsidRPr="000343EB" w:rsidRDefault="007F6729">
      <w:pPr>
        <w:spacing w:before="40" w:after="0"/>
        <w:rPr>
          <w:sz w:val="12"/>
          <w:lang w:val="tr-TR"/>
        </w:rPr>
      </w:pPr>
    </w:p>
    <w:p w14:paraId="2F5AEC71" w14:textId="77777777" w:rsidR="007F6729" w:rsidRPr="000343EB" w:rsidRDefault="007F6729">
      <w:pPr>
        <w:spacing w:before="40" w:after="0"/>
        <w:rPr>
          <w:sz w:val="12"/>
          <w:lang w:val="tr-TR"/>
        </w:rPr>
      </w:pPr>
    </w:p>
    <w:p w14:paraId="404213AD" w14:textId="77777777" w:rsidR="007F6729" w:rsidRPr="000343EB" w:rsidRDefault="007F6729">
      <w:pPr>
        <w:spacing w:before="40" w:after="0"/>
        <w:rPr>
          <w:sz w:val="12"/>
          <w:lang w:val="tr-TR"/>
        </w:rPr>
      </w:pPr>
    </w:p>
    <w:p w14:paraId="23B9BCE7" w14:textId="77777777" w:rsidR="007F6729" w:rsidRPr="000343EB" w:rsidRDefault="007F6729">
      <w:pPr>
        <w:spacing w:before="40" w:after="0"/>
        <w:rPr>
          <w:sz w:val="12"/>
          <w:lang w:val="tr-TR"/>
        </w:rPr>
      </w:pPr>
    </w:p>
    <w:p w14:paraId="75685587" w14:textId="77777777" w:rsidR="007F6729" w:rsidRPr="000343EB" w:rsidRDefault="007F6729">
      <w:pPr>
        <w:spacing w:before="40" w:after="0"/>
        <w:rPr>
          <w:sz w:val="12"/>
          <w:lang w:val="tr-TR"/>
        </w:rPr>
      </w:pPr>
    </w:p>
    <w:p w14:paraId="0506B51B" w14:textId="77777777" w:rsidR="007F6729" w:rsidRPr="000343EB" w:rsidRDefault="007F6729">
      <w:pPr>
        <w:spacing w:before="40" w:after="0"/>
        <w:rPr>
          <w:sz w:val="12"/>
          <w:lang w:val="tr-TR"/>
        </w:rPr>
      </w:pPr>
    </w:p>
    <w:p w14:paraId="5AC8C095" w14:textId="77777777" w:rsidR="007F6729" w:rsidRPr="000343EB" w:rsidRDefault="007F6729">
      <w:pPr>
        <w:spacing w:before="40" w:after="0"/>
        <w:rPr>
          <w:sz w:val="12"/>
          <w:lang w:val="tr-TR"/>
        </w:rPr>
      </w:pPr>
    </w:p>
    <w:p w14:paraId="6E5F053E" w14:textId="77777777" w:rsidR="007F6729" w:rsidRPr="000343EB" w:rsidRDefault="007F6729">
      <w:pPr>
        <w:spacing w:before="40" w:after="0"/>
        <w:rPr>
          <w:sz w:val="12"/>
          <w:lang w:val="tr-TR"/>
        </w:rPr>
      </w:pPr>
    </w:p>
    <w:p w14:paraId="4C1939DA" w14:textId="77777777" w:rsidR="007F6729" w:rsidRPr="000343EB" w:rsidRDefault="007F6729">
      <w:pPr>
        <w:spacing w:before="40" w:after="0"/>
        <w:rPr>
          <w:sz w:val="12"/>
          <w:lang w:val="tr-TR"/>
        </w:rPr>
      </w:pPr>
    </w:p>
    <w:p w14:paraId="21102A44" w14:textId="77777777" w:rsidR="007F6729" w:rsidRPr="000343EB" w:rsidRDefault="007F6729">
      <w:pPr>
        <w:spacing w:before="40" w:after="0"/>
        <w:rPr>
          <w:sz w:val="12"/>
          <w:lang w:val="tr-TR"/>
        </w:rPr>
      </w:pPr>
    </w:p>
    <w:p w14:paraId="134000C4" w14:textId="77777777" w:rsidR="007F6729" w:rsidRPr="000343EB" w:rsidRDefault="007F6729">
      <w:pPr>
        <w:spacing w:before="40" w:after="0"/>
        <w:rPr>
          <w:sz w:val="12"/>
          <w:lang w:val="tr-TR"/>
        </w:rPr>
      </w:pPr>
    </w:p>
    <w:p w14:paraId="153EB02E" w14:textId="77777777" w:rsidR="007F6729" w:rsidRPr="000343EB" w:rsidRDefault="007F6729">
      <w:pPr>
        <w:spacing w:before="40" w:after="0"/>
        <w:rPr>
          <w:sz w:val="12"/>
          <w:lang w:val="tr-TR"/>
        </w:rPr>
      </w:pPr>
    </w:p>
    <w:p w14:paraId="204666F9" w14:textId="77777777" w:rsidR="007F6729" w:rsidRPr="000343EB" w:rsidRDefault="007F6729">
      <w:pPr>
        <w:spacing w:before="40" w:after="0"/>
        <w:rPr>
          <w:sz w:val="12"/>
          <w:lang w:val="tr-TR"/>
        </w:rPr>
      </w:pPr>
    </w:p>
    <w:p w14:paraId="568C6B06" w14:textId="77777777" w:rsidR="007F6729" w:rsidRPr="000343EB" w:rsidRDefault="007F6729">
      <w:pPr>
        <w:spacing w:before="40" w:after="0"/>
        <w:rPr>
          <w:sz w:val="12"/>
          <w:lang w:val="tr-TR"/>
        </w:rPr>
      </w:pPr>
    </w:p>
    <w:p w14:paraId="71CAA672" w14:textId="77777777" w:rsidR="007F6729" w:rsidRPr="000343EB" w:rsidRDefault="007F6729">
      <w:pPr>
        <w:spacing w:before="40" w:after="0"/>
        <w:rPr>
          <w:sz w:val="12"/>
          <w:lang w:val="tr-TR"/>
        </w:rPr>
      </w:pPr>
    </w:p>
    <w:p w14:paraId="3964C6F5" w14:textId="77777777" w:rsidR="007F6729" w:rsidRPr="000343EB" w:rsidRDefault="007F6729">
      <w:pPr>
        <w:spacing w:before="40" w:after="0"/>
        <w:rPr>
          <w:sz w:val="12"/>
          <w:lang w:val="tr-TR"/>
        </w:rPr>
      </w:pPr>
    </w:p>
    <w:p w14:paraId="08A24D39" w14:textId="77777777" w:rsidR="007F6729" w:rsidRPr="000343EB" w:rsidRDefault="007F6729">
      <w:pPr>
        <w:spacing w:before="40" w:after="0"/>
        <w:rPr>
          <w:sz w:val="12"/>
          <w:lang w:val="tr-TR"/>
        </w:rPr>
      </w:pPr>
    </w:p>
    <w:p w14:paraId="23D713D0" w14:textId="77777777" w:rsidR="007F6729" w:rsidRPr="000343EB" w:rsidRDefault="007F6729">
      <w:pPr>
        <w:spacing w:before="40" w:after="0"/>
        <w:rPr>
          <w:sz w:val="12"/>
          <w:lang w:val="tr-TR"/>
        </w:rPr>
      </w:pPr>
    </w:p>
    <w:p w14:paraId="18B50B85" w14:textId="77777777" w:rsidR="007F6729" w:rsidRPr="000343EB" w:rsidRDefault="007F6729">
      <w:pPr>
        <w:spacing w:before="40" w:after="0"/>
        <w:rPr>
          <w:sz w:val="12"/>
          <w:lang w:val="tr-TR"/>
        </w:rPr>
      </w:pPr>
    </w:p>
    <w:p w14:paraId="155DD8D2" w14:textId="77777777" w:rsidR="007F6729" w:rsidRPr="000343EB" w:rsidRDefault="007F6729">
      <w:pPr>
        <w:spacing w:before="40" w:after="0"/>
        <w:rPr>
          <w:sz w:val="12"/>
          <w:lang w:val="tr-TR"/>
        </w:rPr>
      </w:pPr>
    </w:p>
    <w:p w14:paraId="432280D2" w14:textId="77777777" w:rsidR="007F6729" w:rsidRPr="000343EB" w:rsidRDefault="007F6729">
      <w:pPr>
        <w:spacing w:before="40" w:after="0"/>
        <w:rPr>
          <w:sz w:val="12"/>
          <w:lang w:val="tr-TR"/>
        </w:rPr>
      </w:pPr>
    </w:p>
    <w:p w14:paraId="3A532BAA" w14:textId="77777777" w:rsidR="007F6729" w:rsidRPr="000343EB" w:rsidRDefault="007F6729">
      <w:pPr>
        <w:spacing w:before="40" w:after="0"/>
        <w:rPr>
          <w:sz w:val="12"/>
          <w:lang w:val="tr-TR"/>
        </w:rPr>
      </w:pPr>
    </w:p>
    <w:p w14:paraId="6EE96F33" w14:textId="77777777" w:rsidR="007F6729" w:rsidRPr="000343EB" w:rsidRDefault="007F6729">
      <w:pPr>
        <w:spacing w:before="40" w:after="0"/>
        <w:rPr>
          <w:sz w:val="12"/>
          <w:lang w:val="tr-TR"/>
        </w:rPr>
      </w:pPr>
    </w:p>
    <w:p w14:paraId="3ED41756" w14:textId="77777777" w:rsidR="007F6729" w:rsidRPr="000343EB" w:rsidRDefault="007F6729">
      <w:pPr>
        <w:spacing w:before="40" w:after="0"/>
        <w:rPr>
          <w:sz w:val="12"/>
          <w:lang w:val="tr-TR"/>
        </w:rPr>
      </w:pPr>
    </w:p>
    <w:p w14:paraId="582F4CD8" w14:textId="77777777" w:rsidR="007F6729" w:rsidRPr="000343EB" w:rsidRDefault="007F6729">
      <w:pPr>
        <w:spacing w:before="40" w:after="0"/>
        <w:rPr>
          <w:sz w:val="12"/>
          <w:lang w:val="tr-TR"/>
        </w:rPr>
      </w:pPr>
    </w:p>
    <w:p w14:paraId="73DA77AA" w14:textId="77777777" w:rsidR="007F6729" w:rsidRPr="000343EB" w:rsidRDefault="007F6729">
      <w:pPr>
        <w:spacing w:before="40" w:after="0"/>
        <w:rPr>
          <w:sz w:val="12"/>
          <w:lang w:val="tr-TR"/>
        </w:rPr>
      </w:pP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2421A803"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29EA835" w14:textId="77777777" w:rsidR="007F6729" w:rsidRPr="000343EB" w:rsidRDefault="007F6729" w:rsidP="009A7F35">
            <w:pPr>
              <w:jc w:val="center"/>
              <w:rPr>
                <w:lang w:val="tr-TR"/>
              </w:rPr>
            </w:pPr>
            <w:r w:rsidRPr="000343EB">
              <w:rPr>
                <w:noProof/>
                <w:lang w:val="tr-TR"/>
              </w:rPr>
              <w:lastRenderedPageBreak/>
              <w:drawing>
                <wp:inline distT="0" distB="0" distL="0" distR="0" wp14:anchorId="160A262F" wp14:editId="1E67A488">
                  <wp:extent cx="720000" cy="721629"/>
                  <wp:effectExtent l="0" t="0" r="0" b="0"/>
                  <wp:docPr id="181090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5BA7CC0C"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Profesör Alım ve Atama İşlemleri</w:t>
            </w:r>
            <w:r w:rsidRPr="000343EB">
              <w:rPr>
                <w:rFonts w:ascii="Arial" w:hAnsi="Arial"/>
                <w:b/>
                <w:color w:val="14375F"/>
                <w:sz w:val="19"/>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F4BDD8C"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C7F20FF" w14:textId="77777777" w:rsidR="007F6729" w:rsidRPr="000343EB" w:rsidRDefault="007F6729" w:rsidP="009A7F35">
            <w:pPr>
              <w:rPr>
                <w:lang w:val="tr-TR"/>
              </w:rPr>
            </w:pPr>
            <w:r w:rsidRPr="000343EB">
              <w:rPr>
                <w:sz w:val="14"/>
                <w:lang w:val="tr-TR"/>
              </w:rPr>
              <w:t>UNİKA-İAS-C2-004</w:t>
            </w:r>
          </w:p>
        </w:tc>
      </w:tr>
      <w:tr w:rsidR="007F6729" w:rsidRPr="000343EB" w14:paraId="05F14566"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A37389B"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3837104"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4939713"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D1767AD" w14:textId="77777777" w:rsidR="007F6729" w:rsidRPr="000343EB" w:rsidRDefault="007F6729" w:rsidP="009A7F35">
            <w:pPr>
              <w:rPr>
                <w:lang w:val="tr-TR"/>
              </w:rPr>
            </w:pPr>
            <w:r w:rsidRPr="000343EB">
              <w:rPr>
                <w:sz w:val="14"/>
                <w:lang w:val="tr-TR"/>
              </w:rPr>
              <w:t>11.05.2023</w:t>
            </w:r>
          </w:p>
        </w:tc>
      </w:tr>
      <w:tr w:rsidR="007F6729" w:rsidRPr="000343EB" w14:paraId="6214A013"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3FFFCC0"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5E90090C"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6B7ED25"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91191D6" w14:textId="77777777" w:rsidR="007F6729" w:rsidRPr="000343EB" w:rsidRDefault="007F6729" w:rsidP="009A7F35">
            <w:pPr>
              <w:rPr>
                <w:lang w:val="tr-TR"/>
              </w:rPr>
            </w:pPr>
            <w:r w:rsidRPr="000343EB">
              <w:rPr>
                <w:sz w:val="14"/>
                <w:lang w:val="tr-TR"/>
              </w:rPr>
              <w:t>-</w:t>
            </w:r>
          </w:p>
        </w:tc>
      </w:tr>
      <w:tr w:rsidR="007F6729" w:rsidRPr="000343EB" w14:paraId="1CB2C598"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C4DD0DE"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6052B7ED"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066F2C9"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87CF43D" w14:textId="77777777" w:rsidR="007F6729" w:rsidRPr="000343EB" w:rsidRDefault="007F6729" w:rsidP="009A7F35">
            <w:pPr>
              <w:rPr>
                <w:lang w:val="tr-TR"/>
              </w:rPr>
            </w:pPr>
            <w:r w:rsidRPr="000343EB">
              <w:rPr>
                <w:sz w:val="14"/>
                <w:lang w:val="tr-TR"/>
              </w:rPr>
              <w:t>0</w:t>
            </w:r>
          </w:p>
        </w:tc>
      </w:tr>
    </w:tbl>
    <w:p w14:paraId="11530E3F" w14:textId="77777777" w:rsidR="007F6729" w:rsidRPr="000343EB" w:rsidRDefault="007F6729" w:rsidP="007F6729">
      <w:pPr>
        <w:spacing w:after="0"/>
        <w:rPr>
          <w:lang w:val="tr-TR"/>
        </w:rPr>
      </w:pPr>
    </w:p>
    <w:p w14:paraId="3A5638F1"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79C82CF8"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8D335EB" w14:textId="77777777" w:rsidR="007F6729" w:rsidRPr="000343EB" w:rsidRDefault="007F6729" w:rsidP="009A7F35">
            <w:pPr>
              <w:spacing w:before="40" w:after="40"/>
              <w:jc w:val="center"/>
              <w:rPr>
                <w:lang w:val="tr-TR"/>
              </w:rPr>
            </w:pPr>
            <w:r w:rsidRPr="000343EB">
              <w:rPr>
                <w:rFonts w:ascii="Arial" w:hAnsi="Arial"/>
                <w:sz w:val="14"/>
                <w:lang w:val="tr-TR"/>
              </w:rPr>
              <w:t>YÖK tarafından kullanım izni verilen profesör kadroları için ilan metninin hazırlanması; ilan ve başvuru sürecinin 2547 sayılı Kanun, Öğretim Üyeliğine Yükseltilme ve Atanma Yönetmeliği ile SBÜ Öğretim Üyeliğine Yükseltilme ve Atanma Yönergesi uyarınca yürütülmesi.</w:t>
            </w:r>
          </w:p>
        </w:tc>
      </w:tr>
    </w:tbl>
    <w:p w14:paraId="0F721391"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AAE31C1"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66563B1" w14:textId="2D624725" w:rsidR="007F6729" w:rsidRPr="000343EB" w:rsidRDefault="0071571B" w:rsidP="009A7F35">
            <w:pPr>
              <w:spacing w:before="40" w:after="40"/>
              <w:jc w:val="center"/>
              <w:rPr>
                <w:lang w:val="tr-TR"/>
              </w:rPr>
            </w:pPr>
            <w:r w:rsidRPr="000343EB">
              <w:rPr>
                <w:rFonts w:ascii="Arial" w:hAnsi="Arial"/>
                <w:sz w:val="14"/>
                <w:lang w:val="tr-TR"/>
              </w:rPr>
              <w:t xml:space="preserve">İlanın yayımlanmasını takiben aday başvurularının </w:t>
            </w:r>
            <w:proofErr w:type="spellStart"/>
            <w:r w:rsidRPr="000343EB">
              <w:rPr>
                <w:rFonts w:ascii="Arial" w:hAnsi="Arial"/>
                <w:sz w:val="14"/>
                <w:lang w:val="tr-TR"/>
              </w:rPr>
              <w:t>SBÜ'nün</w:t>
            </w:r>
            <w:proofErr w:type="spellEnd"/>
            <w:r w:rsidRPr="000343EB">
              <w:rPr>
                <w:rFonts w:ascii="Arial" w:hAnsi="Arial"/>
                <w:sz w:val="14"/>
                <w:lang w:val="tr-TR"/>
              </w:rPr>
              <w:t xml:space="preserve"> öğretim üyeliğine yükseltme ve atama süreçlerinin elektronik ortamda yürütülmesine ilişkin düzenlemeleri doğrultusunda alınması</w:t>
            </w:r>
          </w:p>
        </w:tc>
      </w:tr>
    </w:tbl>
    <w:p w14:paraId="27B77249"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2494BA20"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3A824B3" w14:textId="6D4B599F" w:rsidR="007F6729" w:rsidRPr="000343EB" w:rsidRDefault="0071571B" w:rsidP="009A7F35">
            <w:pPr>
              <w:spacing w:before="40" w:after="40"/>
              <w:jc w:val="center"/>
              <w:rPr>
                <w:lang w:val="tr-TR"/>
              </w:rPr>
            </w:pPr>
            <w:r w:rsidRPr="000343EB">
              <w:rPr>
                <w:rFonts w:ascii="Arial" w:hAnsi="Arial"/>
                <w:sz w:val="14"/>
                <w:lang w:val="tr-TR"/>
              </w:rPr>
              <w:t>Başvuran adayların dosyalarının Rektörlük Makamınca (Personel Daire Başkanlığı) 2547 sayılı Kanunun 26. Maddesi uyarınca belirlenen jüri üyelerine gönderilmesi.</w:t>
            </w:r>
          </w:p>
        </w:tc>
      </w:tr>
    </w:tbl>
    <w:p w14:paraId="78B521F5"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79E83DC2"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57E4A705" w14:textId="22D92871" w:rsidR="007F6729" w:rsidRPr="000343EB" w:rsidRDefault="0071571B" w:rsidP="009A7F35">
            <w:pPr>
              <w:spacing w:before="40" w:after="40"/>
              <w:jc w:val="center"/>
              <w:rPr>
                <w:lang w:val="tr-TR"/>
              </w:rPr>
            </w:pPr>
            <w:r w:rsidRPr="000343EB">
              <w:rPr>
                <w:rFonts w:ascii="Arial" w:hAnsi="Arial"/>
                <w:sz w:val="14"/>
                <w:lang w:val="tr-TR"/>
              </w:rPr>
              <w:t xml:space="preserve">Jüri değerlendirme raporlarının mevzuatta belirtilen 2 (iki) aylık süresi içerisinde alınarak ilgili birim yönetim kurulunda </w:t>
            </w:r>
            <w:proofErr w:type="gramStart"/>
            <w:r w:rsidRPr="000343EB">
              <w:rPr>
                <w:rFonts w:ascii="Arial" w:hAnsi="Arial"/>
                <w:sz w:val="14"/>
                <w:lang w:val="tr-TR"/>
              </w:rPr>
              <w:t>değerlendirilmesi.</w:t>
            </w:r>
            <w:r w:rsidR="007F6729" w:rsidRPr="000343EB">
              <w:rPr>
                <w:rFonts w:ascii="Arial" w:hAnsi="Arial"/>
                <w:sz w:val="14"/>
                <w:lang w:val="tr-TR"/>
              </w:rPr>
              <w:t>.</w:t>
            </w:r>
            <w:proofErr w:type="gramEnd"/>
          </w:p>
        </w:tc>
      </w:tr>
    </w:tbl>
    <w:p w14:paraId="5D963E99"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746ABFF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67EC6EFD" w14:textId="68CAF3C6" w:rsidR="007F6729" w:rsidRPr="000343EB" w:rsidRDefault="0071571B" w:rsidP="009A7F35">
            <w:pPr>
              <w:spacing w:before="40" w:after="40"/>
              <w:jc w:val="center"/>
              <w:rPr>
                <w:lang w:val="tr-TR"/>
              </w:rPr>
            </w:pPr>
            <w:r w:rsidRPr="000343EB">
              <w:rPr>
                <w:rFonts w:ascii="Arial" w:hAnsi="Arial"/>
                <w:sz w:val="14"/>
                <w:lang w:val="tr-TR"/>
              </w:rPr>
              <w:t>Jüri raporlarına istinaden Rektörlük Makamı (Personel Daire Başkanlığı) tarafından adayların çalışma durumlarına göre muvafakat taleplerinin istenmesi veya arşiv araştırması/güvenlik sürecinin yürütülmesi</w:t>
            </w:r>
          </w:p>
        </w:tc>
      </w:tr>
    </w:tbl>
    <w:p w14:paraId="3E5361B0"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2861BD0D"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FD779A0" w14:textId="5D40FDCE" w:rsidR="007F6729" w:rsidRPr="000343EB" w:rsidRDefault="0071571B" w:rsidP="009A7F35">
            <w:pPr>
              <w:spacing w:before="40" w:after="40"/>
              <w:jc w:val="center"/>
              <w:rPr>
                <w:lang w:val="tr-TR"/>
              </w:rPr>
            </w:pPr>
            <w:r w:rsidRPr="000343EB">
              <w:rPr>
                <w:rFonts w:ascii="Arial" w:hAnsi="Arial"/>
                <w:sz w:val="14"/>
                <w:lang w:val="tr-TR"/>
              </w:rPr>
              <w:t>İlgili kurumların onayına müteakip atama işlemlerinin Rektörlük Makamınca tamamlanarak geri bildirimlerin yapılması</w:t>
            </w:r>
            <w:r w:rsidR="007F6729" w:rsidRPr="000343EB">
              <w:rPr>
                <w:rFonts w:ascii="Arial" w:hAnsi="Arial"/>
                <w:sz w:val="14"/>
                <w:lang w:val="tr-TR"/>
              </w:rPr>
              <w:t>.</w:t>
            </w:r>
          </w:p>
        </w:tc>
      </w:tr>
    </w:tbl>
    <w:p w14:paraId="489E71F7"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0465030"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0186ED32" w14:textId="1CED1912" w:rsidR="007F6729" w:rsidRPr="000343EB" w:rsidRDefault="0071571B" w:rsidP="009A7F35">
            <w:pPr>
              <w:spacing w:before="40" w:after="40"/>
              <w:jc w:val="center"/>
              <w:rPr>
                <w:lang w:val="tr-TR"/>
              </w:rPr>
            </w:pPr>
            <w:r w:rsidRPr="000343EB">
              <w:rPr>
                <w:rFonts w:ascii="Arial" w:hAnsi="Arial"/>
                <w:sz w:val="14"/>
                <w:lang w:val="tr-TR"/>
              </w:rPr>
              <w:t xml:space="preserve">Atama sürecinin tamamlanmasına müteakip göreve başlama, özlük, HİTAP/YÖKSİS ve personel sistemi kayıtlarının yapılarak özlük dosyasının </w:t>
            </w:r>
            <w:proofErr w:type="gramStart"/>
            <w:r w:rsidRPr="000343EB">
              <w:rPr>
                <w:rFonts w:ascii="Arial" w:hAnsi="Arial"/>
                <w:sz w:val="14"/>
                <w:lang w:val="tr-TR"/>
              </w:rPr>
              <w:t>oluşturulması..</w:t>
            </w:r>
            <w:proofErr w:type="gramEnd"/>
          </w:p>
        </w:tc>
      </w:tr>
    </w:tbl>
    <w:p w14:paraId="147EFDAF" w14:textId="77777777" w:rsidR="007F6729" w:rsidRPr="000343EB" w:rsidRDefault="007F6729" w:rsidP="007F6729">
      <w:pPr>
        <w:spacing w:after="20"/>
        <w:jc w:val="center"/>
        <w:rPr>
          <w:lang w:val="tr-TR"/>
        </w:rPr>
      </w:pPr>
      <w:r w:rsidRPr="000343EB">
        <w:rPr>
          <w:b/>
          <w:color w:val="B97000"/>
          <w:sz w:val="16"/>
          <w:lang w:val="tr-TR"/>
        </w:rPr>
        <w:t>BİTİŞ</w:t>
      </w:r>
    </w:p>
    <w:p w14:paraId="1AB854A3" w14:textId="56BAAEDB" w:rsidR="0071571B" w:rsidRPr="000343EB" w:rsidRDefault="0071571B" w:rsidP="0071571B">
      <w:pPr>
        <w:numPr>
          <w:ilvl w:val="0"/>
          <w:numId w:val="10"/>
        </w:numPr>
        <w:spacing w:before="40" w:after="0"/>
        <w:rPr>
          <w:sz w:val="12"/>
          <w:szCs w:val="12"/>
          <w:lang w:val="tr-TR"/>
        </w:rPr>
      </w:pPr>
      <w:r w:rsidRPr="000343EB">
        <w:rPr>
          <w:b/>
          <w:sz w:val="12"/>
          <w:lang w:val="tr-TR"/>
        </w:rPr>
        <w:t xml:space="preserve">Dayanak / SBÜ Kurumsal Uyum: </w:t>
      </w:r>
      <w:r w:rsidRPr="000343EB">
        <w:rPr>
          <w:sz w:val="12"/>
          <w:lang w:val="tr-TR"/>
        </w:rPr>
        <w:t>2547 sayılı Yükseköğretim Kanunu 26. maddesi; Öğretim Üyeliğine Yükseltilme ve Atanma Yönetmeliğinin 15. maddesi; SBÜ Öğretim Üyeliğine Yükseltilme ve Atanma Yönergesinin 14. Maddesi,</w:t>
      </w:r>
      <w:r w:rsidRPr="000343EB">
        <w:rPr>
          <w:rFonts w:ascii="Corporative" w:eastAsia="Times New Roman" w:hAnsi="Corporative" w:cs="Times New Roman"/>
          <w:color w:val="333333"/>
          <w:sz w:val="24"/>
          <w:szCs w:val="24"/>
          <w:lang w:val="tr-TR" w:eastAsia="tr-TR"/>
        </w:rPr>
        <w:t xml:space="preserve"> </w:t>
      </w:r>
      <w:hyperlink r:id="rId11" w:history="1">
        <w:r w:rsidRPr="000343EB">
          <w:rPr>
            <w:sz w:val="12"/>
            <w:szCs w:val="12"/>
            <w:lang w:val="tr-TR"/>
          </w:rPr>
          <w:t>Sağlık Bilimleri Üniversitesi Öğretim Üyeliğine Yükseltme ve Atama Süreçlerinin Elektronik Ortamda Yürütülmesine Dair Yönerge</w:t>
        </w:r>
      </w:hyperlink>
      <w:r w:rsidRPr="000343EB">
        <w:rPr>
          <w:sz w:val="12"/>
          <w:szCs w:val="12"/>
          <w:lang w:val="tr-TR"/>
        </w:rPr>
        <w:t>si; 7315 sayılı Güvenlik Soruşturması ve Arşiv Araştırması Kanunu.</w:t>
      </w:r>
    </w:p>
    <w:p w14:paraId="5CD13BF4" w14:textId="77777777" w:rsidR="007F6729" w:rsidRPr="000343EB" w:rsidRDefault="007F6729" w:rsidP="007F6729">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3CB94EA1"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61F5FA12" w14:textId="77777777" w:rsidR="007F6729" w:rsidRPr="000343EB" w:rsidRDefault="007F6729" w:rsidP="009A7F35">
            <w:pPr>
              <w:jc w:val="center"/>
              <w:rPr>
                <w:lang w:val="tr-TR"/>
              </w:rPr>
            </w:pPr>
            <w:r w:rsidRPr="000343EB">
              <w:rPr>
                <w:noProof/>
                <w:lang w:val="tr-TR"/>
              </w:rPr>
              <w:lastRenderedPageBreak/>
              <w:drawing>
                <wp:inline distT="0" distB="0" distL="0" distR="0" wp14:anchorId="091FA584" wp14:editId="1E1D5D98">
                  <wp:extent cx="720000" cy="721629"/>
                  <wp:effectExtent l="0" t="0" r="0" b="0"/>
                  <wp:docPr id="1154055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34877D1A"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35. Madde Kapsamında Görevlendirme</w:t>
            </w:r>
            <w:r w:rsidRPr="000343EB">
              <w:rPr>
                <w:rFonts w:ascii="Arial" w:hAnsi="Arial"/>
                <w:b/>
                <w:color w:val="14375F"/>
                <w:sz w:val="19"/>
                <w:lang w:val="tr-TR"/>
              </w:rPr>
              <w:br/>
              <w:t>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CD70BE3"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0EFDB34" w14:textId="77777777" w:rsidR="007F6729" w:rsidRPr="000343EB" w:rsidRDefault="007F6729" w:rsidP="009A7F35">
            <w:pPr>
              <w:rPr>
                <w:lang w:val="tr-TR"/>
              </w:rPr>
            </w:pPr>
            <w:r w:rsidRPr="000343EB">
              <w:rPr>
                <w:sz w:val="14"/>
                <w:lang w:val="tr-TR"/>
              </w:rPr>
              <w:t>UNİKA-İAS-C2-005</w:t>
            </w:r>
          </w:p>
        </w:tc>
      </w:tr>
      <w:tr w:rsidR="007F6729" w:rsidRPr="000343EB" w14:paraId="4F91AF46"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C0A5054"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22B87831"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9E7A2D4"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65E6D3D" w14:textId="77777777" w:rsidR="007F6729" w:rsidRPr="000343EB" w:rsidRDefault="007F6729" w:rsidP="009A7F35">
            <w:pPr>
              <w:rPr>
                <w:lang w:val="tr-TR"/>
              </w:rPr>
            </w:pPr>
            <w:r w:rsidRPr="000343EB">
              <w:rPr>
                <w:sz w:val="14"/>
                <w:lang w:val="tr-TR"/>
              </w:rPr>
              <w:t>11.05.2023</w:t>
            </w:r>
          </w:p>
        </w:tc>
      </w:tr>
      <w:tr w:rsidR="007F6729" w:rsidRPr="000343EB" w14:paraId="35756DB1"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2FE02C6"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05BD2074"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392B04C"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D822940" w14:textId="77777777" w:rsidR="007F6729" w:rsidRPr="000343EB" w:rsidRDefault="007F6729" w:rsidP="009A7F35">
            <w:pPr>
              <w:rPr>
                <w:lang w:val="tr-TR"/>
              </w:rPr>
            </w:pPr>
            <w:r w:rsidRPr="000343EB">
              <w:rPr>
                <w:sz w:val="14"/>
                <w:lang w:val="tr-TR"/>
              </w:rPr>
              <w:t>-</w:t>
            </w:r>
          </w:p>
        </w:tc>
      </w:tr>
      <w:tr w:rsidR="007F6729" w:rsidRPr="000343EB" w14:paraId="607A6258"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4FDF970"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4E572B3B"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12265DB"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FAA39DC" w14:textId="77777777" w:rsidR="007F6729" w:rsidRPr="000343EB" w:rsidRDefault="007F6729" w:rsidP="009A7F35">
            <w:pPr>
              <w:rPr>
                <w:lang w:val="tr-TR"/>
              </w:rPr>
            </w:pPr>
            <w:r w:rsidRPr="000343EB">
              <w:rPr>
                <w:sz w:val="14"/>
                <w:lang w:val="tr-TR"/>
              </w:rPr>
              <w:t>0</w:t>
            </w:r>
          </w:p>
        </w:tc>
      </w:tr>
    </w:tbl>
    <w:p w14:paraId="521BC2DD" w14:textId="77777777" w:rsidR="007F6729" w:rsidRPr="000343EB" w:rsidRDefault="007F6729" w:rsidP="007F6729">
      <w:pPr>
        <w:spacing w:after="0"/>
        <w:rPr>
          <w:lang w:val="tr-TR"/>
        </w:rPr>
      </w:pPr>
    </w:p>
    <w:p w14:paraId="0E0F883B"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203ACDBF"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04EA0126" w14:textId="77777777" w:rsidR="007F6729" w:rsidRPr="000343EB" w:rsidRDefault="007F6729" w:rsidP="009A7F35">
            <w:pPr>
              <w:spacing w:before="40" w:after="40"/>
              <w:jc w:val="center"/>
              <w:rPr>
                <w:lang w:val="tr-TR"/>
              </w:rPr>
            </w:pPr>
            <w:r w:rsidRPr="000343EB">
              <w:rPr>
                <w:rFonts w:ascii="Arial" w:hAnsi="Arial"/>
                <w:sz w:val="14"/>
                <w:lang w:val="tr-TR"/>
              </w:rPr>
              <w:t>2547 sayılı Kanunun 35 inci maddesi kapsamındaki görevlendirme talebinin ilgili akademik birim ve Personel Daire Başkanlığına ulaşması; görevlendirme türü ve kadro işlemlerinin incelenmesi.</w:t>
            </w:r>
          </w:p>
        </w:tc>
      </w:tr>
    </w:tbl>
    <w:p w14:paraId="0AF3E20B"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590F360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93388AD" w14:textId="77777777" w:rsidR="007F6729" w:rsidRPr="000343EB" w:rsidRDefault="007F6729" w:rsidP="009A7F35">
            <w:pPr>
              <w:spacing w:before="40" w:after="40"/>
              <w:jc w:val="center"/>
              <w:rPr>
                <w:lang w:val="tr-TR"/>
              </w:rPr>
            </w:pPr>
            <w:r w:rsidRPr="000343EB">
              <w:rPr>
                <w:rFonts w:ascii="Arial" w:hAnsi="Arial"/>
                <w:sz w:val="14"/>
                <w:lang w:val="tr-TR"/>
              </w:rPr>
              <w:t>Lisansüstü eğitim amacıyla başka bir yükseköğretim kurumuna gönderilecek araştırma görevlisi için ilgili birim yönetim kurulu kararı ve gerekli belgelerin hazırlanarak Rektörlüğe iletilmesi.</w:t>
            </w:r>
          </w:p>
        </w:tc>
      </w:tr>
    </w:tbl>
    <w:p w14:paraId="37989AF0"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6E3958E8"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747CAE58" w14:textId="77777777" w:rsidR="007F6729" w:rsidRPr="000343EB" w:rsidRDefault="007F6729" w:rsidP="009A7F35">
            <w:pPr>
              <w:spacing w:before="40" w:after="40"/>
              <w:jc w:val="center"/>
              <w:rPr>
                <w:lang w:val="tr-TR"/>
              </w:rPr>
            </w:pPr>
            <w:r w:rsidRPr="000343EB">
              <w:rPr>
                <w:rFonts w:ascii="Arial" w:hAnsi="Arial"/>
                <w:sz w:val="14"/>
                <w:lang w:val="tr-TR"/>
              </w:rPr>
              <w:t>Gerekli YÖK/kadro tahsis işlemlerinin Personel Daire Başkanlığınca yürütülmesi; uygun karar sonrasında görevlendirme ve kadro aktarım işlemlerinin tamamlanması.</w:t>
            </w:r>
          </w:p>
        </w:tc>
      </w:tr>
    </w:tbl>
    <w:p w14:paraId="2914AEB3"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02EDA39"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97ECA98" w14:textId="77777777" w:rsidR="007F6729" w:rsidRPr="000343EB" w:rsidRDefault="007F6729" w:rsidP="009A7F35">
            <w:pPr>
              <w:spacing w:before="40" w:after="40"/>
              <w:jc w:val="center"/>
              <w:rPr>
                <w:lang w:val="tr-TR"/>
              </w:rPr>
            </w:pPr>
            <w:r w:rsidRPr="000343EB">
              <w:rPr>
                <w:rFonts w:ascii="Arial" w:hAnsi="Arial"/>
                <w:sz w:val="14"/>
                <w:lang w:val="tr-TR"/>
              </w:rPr>
              <w:t>Başka üniversitede lisansüstü eğitimini tamamlayan veya görevlendirme süresi sona eren araştırma görevlisinin dönüş/kadro iade işlemlerinin ilgili üniversite ve YÖK ile koordineli yürütülmesi.</w:t>
            </w:r>
          </w:p>
        </w:tc>
      </w:tr>
    </w:tbl>
    <w:p w14:paraId="10768E9B"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5624463"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F49983E" w14:textId="77777777" w:rsidR="007F6729" w:rsidRPr="000343EB" w:rsidRDefault="007F6729" w:rsidP="009A7F35">
            <w:pPr>
              <w:spacing w:before="40" w:after="40"/>
              <w:jc w:val="center"/>
              <w:rPr>
                <w:lang w:val="tr-TR"/>
              </w:rPr>
            </w:pPr>
            <w:r w:rsidRPr="000343EB">
              <w:rPr>
                <w:rFonts w:ascii="Arial" w:hAnsi="Arial"/>
                <w:sz w:val="14"/>
                <w:lang w:val="tr-TR"/>
              </w:rPr>
              <w:t>Atama veya dönüş işlemi tamamlanan personelin göreve başlama/ayrılış kayıtlarının, HİTAP/YÖKSİS ve personel sistemi bilgilerinin güncellenmesi.</w:t>
            </w:r>
          </w:p>
        </w:tc>
      </w:tr>
    </w:tbl>
    <w:p w14:paraId="15E656D8"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6847089"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09E5DE2" w14:textId="77777777" w:rsidR="007F6729" w:rsidRPr="000343EB" w:rsidRDefault="007F6729" w:rsidP="009A7F35">
            <w:pPr>
              <w:spacing w:before="40" w:after="40"/>
              <w:jc w:val="center"/>
              <w:rPr>
                <w:lang w:val="tr-TR"/>
              </w:rPr>
            </w:pPr>
            <w:r w:rsidRPr="000343EB">
              <w:rPr>
                <w:rFonts w:ascii="Arial" w:hAnsi="Arial"/>
                <w:sz w:val="14"/>
                <w:lang w:val="tr-TR"/>
              </w:rPr>
              <w:t>İşleme ilişkin karar, yazışma ve belgelerin personel özlük dosyasında muhafaza edilmesi.</w:t>
            </w:r>
          </w:p>
        </w:tc>
      </w:tr>
    </w:tbl>
    <w:p w14:paraId="71DDEB8B" w14:textId="77777777" w:rsidR="007F6729" w:rsidRPr="000343EB" w:rsidRDefault="007F6729" w:rsidP="007F6729">
      <w:pPr>
        <w:spacing w:after="20"/>
        <w:jc w:val="center"/>
        <w:rPr>
          <w:lang w:val="tr-TR"/>
        </w:rPr>
      </w:pPr>
      <w:r w:rsidRPr="000343EB">
        <w:rPr>
          <w:b/>
          <w:color w:val="B97000"/>
          <w:sz w:val="16"/>
          <w:lang w:val="tr-TR"/>
        </w:rPr>
        <w:t>BİTİŞ</w:t>
      </w:r>
    </w:p>
    <w:p w14:paraId="69A2210A"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2547 sayılı Yükseköğretim Kanunu m.35 ve ilgili YÖK düzenlemeleri; SBÜ Personel Daire Başkanlığının akademik personel/kadro ve 35. madde görevlendirme görevleri.</w:t>
      </w:r>
    </w:p>
    <w:p w14:paraId="0BDA6C0E" w14:textId="77777777" w:rsidR="007F6729" w:rsidRPr="000343EB" w:rsidRDefault="007F6729" w:rsidP="007F6729">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20482415"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5700C62" w14:textId="77777777" w:rsidR="007F6729" w:rsidRPr="000343EB" w:rsidRDefault="007F6729" w:rsidP="009A7F35">
            <w:pPr>
              <w:jc w:val="center"/>
              <w:rPr>
                <w:lang w:val="tr-TR"/>
              </w:rPr>
            </w:pPr>
            <w:r w:rsidRPr="000343EB">
              <w:rPr>
                <w:noProof/>
                <w:lang w:val="tr-TR"/>
              </w:rPr>
              <w:lastRenderedPageBreak/>
              <w:drawing>
                <wp:inline distT="0" distB="0" distL="0" distR="0" wp14:anchorId="679C633D" wp14:editId="7597FEE3">
                  <wp:extent cx="720000" cy="721629"/>
                  <wp:effectExtent l="0" t="0" r="0" b="0"/>
                  <wp:docPr id="914523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4697E763"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36. Maddenin 7. Fıkrası Kapsamında</w:t>
            </w:r>
            <w:r w:rsidRPr="000343EB">
              <w:rPr>
                <w:rFonts w:ascii="Arial" w:hAnsi="Arial"/>
                <w:b/>
                <w:color w:val="14375F"/>
                <w:sz w:val="19"/>
                <w:lang w:val="tr-TR"/>
              </w:rPr>
              <w:br/>
              <w:t>Görevlendirme 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C94AE5C"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EF1E0C0" w14:textId="77777777" w:rsidR="007F6729" w:rsidRPr="000343EB" w:rsidRDefault="007F6729" w:rsidP="009A7F35">
            <w:pPr>
              <w:rPr>
                <w:lang w:val="tr-TR"/>
              </w:rPr>
            </w:pPr>
            <w:r w:rsidRPr="000343EB">
              <w:rPr>
                <w:sz w:val="14"/>
                <w:lang w:val="tr-TR"/>
              </w:rPr>
              <w:t>UNİKA-İAS-C2-006</w:t>
            </w:r>
          </w:p>
        </w:tc>
      </w:tr>
      <w:tr w:rsidR="007F6729" w:rsidRPr="000343EB" w14:paraId="77236DF8"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A9CF6B3"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42B0E5ED"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7719815"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BE40F14" w14:textId="77777777" w:rsidR="007F6729" w:rsidRPr="000343EB" w:rsidRDefault="007F6729" w:rsidP="009A7F35">
            <w:pPr>
              <w:rPr>
                <w:lang w:val="tr-TR"/>
              </w:rPr>
            </w:pPr>
            <w:r w:rsidRPr="000343EB">
              <w:rPr>
                <w:sz w:val="14"/>
                <w:lang w:val="tr-TR"/>
              </w:rPr>
              <w:t>11.05.2023</w:t>
            </w:r>
          </w:p>
        </w:tc>
      </w:tr>
      <w:tr w:rsidR="007F6729" w:rsidRPr="000343EB" w14:paraId="08C8471B"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53EBF1A"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3361398"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C9AB589"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6334AC5" w14:textId="77777777" w:rsidR="007F6729" w:rsidRPr="000343EB" w:rsidRDefault="007F6729" w:rsidP="009A7F35">
            <w:pPr>
              <w:rPr>
                <w:lang w:val="tr-TR"/>
              </w:rPr>
            </w:pPr>
            <w:r w:rsidRPr="000343EB">
              <w:rPr>
                <w:sz w:val="14"/>
                <w:lang w:val="tr-TR"/>
              </w:rPr>
              <w:t>-</w:t>
            </w:r>
          </w:p>
        </w:tc>
      </w:tr>
      <w:tr w:rsidR="007F6729" w:rsidRPr="000343EB" w14:paraId="69D4BF2C"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65C7AA1"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24D91F39"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88F920B"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6E27CA5" w14:textId="77777777" w:rsidR="007F6729" w:rsidRPr="000343EB" w:rsidRDefault="007F6729" w:rsidP="009A7F35">
            <w:pPr>
              <w:rPr>
                <w:lang w:val="tr-TR"/>
              </w:rPr>
            </w:pPr>
            <w:r w:rsidRPr="000343EB">
              <w:rPr>
                <w:sz w:val="14"/>
                <w:lang w:val="tr-TR"/>
              </w:rPr>
              <w:t>0</w:t>
            </w:r>
          </w:p>
        </w:tc>
      </w:tr>
    </w:tbl>
    <w:p w14:paraId="21B6F74B" w14:textId="77777777" w:rsidR="007F6729" w:rsidRPr="000343EB" w:rsidRDefault="007F6729" w:rsidP="007F6729">
      <w:pPr>
        <w:spacing w:after="0"/>
        <w:rPr>
          <w:lang w:val="tr-TR"/>
        </w:rPr>
      </w:pPr>
    </w:p>
    <w:p w14:paraId="0339B8D7"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100D5900"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5874B33F" w14:textId="77777777" w:rsidR="007F6729" w:rsidRPr="000343EB" w:rsidRDefault="007F6729" w:rsidP="009A7F35">
            <w:pPr>
              <w:spacing w:before="40" w:after="40"/>
              <w:jc w:val="center"/>
              <w:rPr>
                <w:lang w:val="tr-TR"/>
              </w:rPr>
            </w:pPr>
            <w:r w:rsidRPr="000343EB">
              <w:rPr>
                <w:rFonts w:ascii="Arial" w:hAnsi="Arial"/>
                <w:sz w:val="14"/>
                <w:lang w:val="tr-TR"/>
              </w:rPr>
              <w:t xml:space="preserve">İlgili kurum/kişiden 2547 sayılı Kanunun </w:t>
            </w:r>
            <w:proofErr w:type="gramStart"/>
            <w:r w:rsidRPr="000343EB">
              <w:rPr>
                <w:rFonts w:ascii="Arial" w:hAnsi="Arial"/>
                <w:sz w:val="14"/>
                <w:lang w:val="tr-TR"/>
              </w:rPr>
              <w:t xml:space="preserve">36 </w:t>
            </w:r>
            <w:proofErr w:type="spellStart"/>
            <w:r w:rsidRPr="000343EB">
              <w:rPr>
                <w:rFonts w:ascii="Arial" w:hAnsi="Arial"/>
                <w:sz w:val="14"/>
                <w:lang w:val="tr-TR"/>
              </w:rPr>
              <w:t>ncı</w:t>
            </w:r>
            <w:proofErr w:type="spellEnd"/>
            <w:proofErr w:type="gramEnd"/>
            <w:r w:rsidRPr="000343EB">
              <w:rPr>
                <w:rFonts w:ascii="Arial" w:hAnsi="Arial"/>
                <w:sz w:val="14"/>
                <w:lang w:val="tr-TR"/>
              </w:rPr>
              <w:t xml:space="preserve"> maddesinin yedinci fıkrası kapsamında görevlendirme talebinin Üniversiteye ulaşması.</w:t>
            </w:r>
          </w:p>
        </w:tc>
      </w:tr>
    </w:tbl>
    <w:p w14:paraId="6B1C08B3"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20F28469"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D86A19B" w14:textId="77777777" w:rsidR="007F6729" w:rsidRPr="000343EB" w:rsidRDefault="007F6729" w:rsidP="009A7F35">
            <w:pPr>
              <w:spacing w:before="40" w:after="40"/>
              <w:jc w:val="center"/>
              <w:rPr>
                <w:lang w:val="tr-TR"/>
              </w:rPr>
            </w:pPr>
            <w:r w:rsidRPr="000343EB">
              <w:rPr>
                <w:rFonts w:ascii="Arial" w:hAnsi="Arial"/>
                <w:sz w:val="14"/>
                <w:lang w:val="tr-TR"/>
              </w:rPr>
              <w:t>Akademik personelin durumu ve talep edilen görevin niteliğinin görev yaptığı akademik birim tarafından incelenmesi; birim görüşünün oluşturulması.</w:t>
            </w:r>
          </w:p>
        </w:tc>
      </w:tr>
    </w:tbl>
    <w:p w14:paraId="12CE8677"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5F47EDF"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809404D" w14:textId="77777777" w:rsidR="007F6729" w:rsidRPr="000343EB" w:rsidRDefault="007F6729" w:rsidP="009A7F35">
            <w:pPr>
              <w:spacing w:before="40" w:after="40"/>
              <w:jc w:val="center"/>
              <w:rPr>
                <w:lang w:val="tr-TR"/>
              </w:rPr>
            </w:pPr>
            <w:r w:rsidRPr="000343EB">
              <w:rPr>
                <w:rFonts w:ascii="Arial" w:hAnsi="Arial"/>
                <w:sz w:val="14"/>
                <w:lang w:val="tr-TR"/>
              </w:rPr>
              <w:t>Birimce uygun görülmesi hâlinde personelin görevlendirme talebi, kurum yazısı ve birim yönetim kurulu kararı/görüşünün Rektörlüğe sunulması; uygun görülmemesi hâlinde talep sahibine bildirim yapılması.</w:t>
            </w:r>
          </w:p>
        </w:tc>
      </w:tr>
    </w:tbl>
    <w:p w14:paraId="7FB413FD"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6E687AB2"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3A6FCF17" w14:textId="77777777" w:rsidR="007F6729" w:rsidRPr="000343EB" w:rsidRDefault="007F6729" w:rsidP="009A7F35">
            <w:pPr>
              <w:spacing w:before="40" w:after="40"/>
              <w:jc w:val="center"/>
              <w:rPr>
                <w:lang w:val="tr-TR"/>
              </w:rPr>
            </w:pPr>
            <w:r w:rsidRPr="000343EB">
              <w:rPr>
                <w:rFonts w:ascii="Arial" w:hAnsi="Arial"/>
                <w:sz w:val="14"/>
                <w:lang w:val="tr-TR"/>
              </w:rPr>
              <w:t>Rektörlük/Üniversite Yönetim Kurulunca gerekli değerlendirme ve karar sürecinin yürütülmesi.</w:t>
            </w:r>
          </w:p>
        </w:tc>
      </w:tr>
    </w:tbl>
    <w:p w14:paraId="3937FA99"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09EFBB28"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339583D8" w14:textId="77777777" w:rsidR="007F6729" w:rsidRPr="000343EB" w:rsidRDefault="007F6729" w:rsidP="009A7F35">
            <w:pPr>
              <w:spacing w:before="40" w:after="40"/>
              <w:jc w:val="center"/>
              <w:rPr>
                <w:lang w:val="tr-TR"/>
              </w:rPr>
            </w:pPr>
            <w:r w:rsidRPr="000343EB">
              <w:rPr>
                <w:rFonts w:ascii="Arial" w:hAnsi="Arial"/>
                <w:sz w:val="14"/>
                <w:lang w:val="tr-TR"/>
              </w:rPr>
              <w:t>Talebin uygun bulunması hâlinde görevlendirme onayının hazırlanması ve ilgili kurum/kişilere bildirilmesi; uygun bulunmaması hâlinde ret bilgisinin bildirilmesi.</w:t>
            </w:r>
          </w:p>
        </w:tc>
      </w:tr>
    </w:tbl>
    <w:p w14:paraId="4CEB9E29"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7CBEB998"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061F6051" w14:textId="77777777" w:rsidR="007F6729" w:rsidRPr="000343EB" w:rsidRDefault="007F6729" w:rsidP="009A7F35">
            <w:pPr>
              <w:spacing w:before="40" w:after="40"/>
              <w:jc w:val="center"/>
              <w:rPr>
                <w:lang w:val="tr-TR"/>
              </w:rPr>
            </w:pPr>
            <w:r w:rsidRPr="000343EB">
              <w:rPr>
                <w:rFonts w:ascii="Arial" w:hAnsi="Arial"/>
                <w:sz w:val="14"/>
                <w:lang w:val="tr-TR"/>
              </w:rPr>
              <w:t>Karar ve görevlendirme belgelerinin personel özlük kayıtlarına işlenmesi ve dosyasında muhafaza edilmesi.</w:t>
            </w:r>
          </w:p>
        </w:tc>
      </w:tr>
    </w:tbl>
    <w:p w14:paraId="3BE308EF" w14:textId="77777777" w:rsidR="007F6729" w:rsidRPr="000343EB" w:rsidRDefault="007F6729" w:rsidP="007F6729">
      <w:pPr>
        <w:spacing w:after="20"/>
        <w:jc w:val="center"/>
        <w:rPr>
          <w:lang w:val="tr-TR"/>
        </w:rPr>
      </w:pPr>
      <w:r w:rsidRPr="000343EB">
        <w:rPr>
          <w:b/>
          <w:color w:val="B97000"/>
          <w:sz w:val="16"/>
          <w:lang w:val="tr-TR"/>
        </w:rPr>
        <w:t>BİTİŞ</w:t>
      </w:r>
    </w:p>
    <w:p w14:paraId="0FDA9776"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 xml:space="preserve">2547 sayılı Yükseköğretim Kanununun </w:t>
      </w:r>
      <w:proofErr w:type="gramStart"/>
      <w:r w:rsidRPr="000343EB">
        <w:rPr>
          <w:sz w:val="12"/>
          <w:lang w:val="tr-TR"/>
        </w:rPr>
        <w:t xml:space="preserve">36 </w:t>
      </w:r>
      <w:proofErr w:type="spellStart"/>
      <w:r w:rsidRPr="000343EB">
        <w:rPr>
          <w:sz w:val="12"/>
          <w:lang w:val="tr-TR"/>
        </w:rPr>
        <w:t>ncı</w:t>
      </w:r>
      <w:proofErr w:type="spellEnd"/>
      <w:proofErr w:type="gramEnd"/>
      <w:r w:rsidRPr="000343EB">
        <w:rPr>
          <w:sz w:val="12"/>
          <w:lang w:val="tr-TR"/>
        </w:rPr>
        <w:t xml:space="preserve"> maddesinin ilgili hükümleri; SBÜ Yazışma ve İmza Yetkileri ile Personel Daire Başkanlığı akademik personel süreçleri.</w:t>
      </w:r>
    </w:p>
    <w:p w14:paraId="4FF14D27" w14:textId="77777777" w:rsidR="007F6729" w:rsidRPr="000343EB" w:rsidRDefault="007F6729" w:rsidP="007F6729">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3ED784BC"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7729AF5A" w14:textId="77777777" w:rsidR="007F6729" w:rsidRPr="000343EB" w:rsidRDefault="007F6729" w:rsidP="009A7F35">
            <w:pPr>
              <w:jc w:val="center"/>
              <w:rPr>
                <w:lang w:val="tr-TR"/>
              </w:rPr>
            </w:pPr>
            <w:r w:rsidRPr="000343EB">
              <w:rPr>
                <w:noProof/>
                <w:lang w:val="tr-TR"/>
              </w:rPr>
              <w:lastRenderedPageBreak/>
              <w:drawing>
                <wp:inline distT="0" distB="0" distL="0" distR="0" wp14:anchorId="631A4199" wp14:editId="01538398">
                  <wp:extent cx="720000" cy="721629"/>
                  <wp:effectExtent l="0" t="0" r="0" b="0"/>
                  <wp:docPr id="5508275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1538F5E7"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37. Madde Kapsamında Görevlendirme</w:t>
            </w:r>
            <w:r w:rsidRPr="000343EB">
              <w:rPr>
                <w:rFonts w:ascii="Arial" w:hAnsi="Arial"/>
                <w:b/>
                <w:color w:val="14375F"/>
                <w:sz w:val="19"/>
                <w:lang w:val="tr-TR"/>
              </w:rPr>
              <w:br/>
              <w:t>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53E491A"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1874E67" w14:textId="77777777" w:rsidR="007F6729" w:rsidRPr="000343EB" w:rsidRDefault="007F6729" w:rsidP="009A7F35">
            <w:pPr>
              <w:rPr>
                <w:lang w:val="tr-TR"/>
              </w:rPr>
            </w:pPr>
            <w:r w:rsidRPr="000343EB">
              <w:rPr>
                <w:sz w:val="14"/>
                <w:lang w:val="tr-TR"/>
              </w:rPr>
              <w:t>UNİKA-İAS-C2-007</w:t>
            </w:r>
          </w:p>
        </w:tc>
      </w:tr>
      <w:tr w:rsidR="007F6729" w:rsidRPr="000343EB" w14:paraId="4001271F"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D0BE66E"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C93EFDC"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265CC52"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265C5A4E" w14:textId="77777777" w:rsidR="007F6729" w:rsidRPr="000343EB" w:rsidRDefault="007F6729" w:rsidP="009A7F35">
            <w:pPr>
              <w:rPr>
                <w:lang w:val="tr-TR"/>
              </w:rPr>
            </w:pPr>
            <w:r w:rsidRPr="000343EB">
              <w:rPr>
                <w:sz w:val="14"/>
                <w:lang w:val="tr-TR"/>
              </w:rPr>
              <w:t>11.05.2023</w:t>
            </w:r>
          </w:p>
        </w:tc>
      </w:tr>
      <w:tr w:rsidR="007F6729" w:rsidRPr="000343EB" w14:paraId="620845F4"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746A05D"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3B82C9EE"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3898781"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E2023BF" w14:textId="77777777" w:rsidR="007F6729" w:rsidRPr="000343EB" w:rsidRDefault="007F6729" w:rsidP="009A7F35">
            <w:pPr>
              <w:rPr>
                <w:lang w:val="tr-TR"/>
              </w:rPr>
            </w:pPr>
            <w:r w:rsidRPr="000343EB">
              <w:rPr>
                <w:sz w:val="14"/>
                <w:lang w:val="tr-TR"/>
              </w:rPr>
              <w:t>-</w:t>
            </w:r>
          </w:p>
        </w:tc>
      </w:tr>
      <w:tr w:rsidR="007F6729" w:rsidRPr="000343EB" w14:paraId="2E3FD4F0"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2708D4F"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62EA1093"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88AC16D"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E2B4D44" w14:textId="77777777" w:rsidR="007F6729" w:rsidRPr="000343EB" w:rsidRDefault="007F6729" w:rsidP="009A7F35">
            <w:pPr>
              <w:rPr>
                <w:lang w:val="tr-TR"/>
              </w:rPr>
            </w:pPr>
            <w:r w:rsidRPr="000343EB">
              <w:rPr>
                <w:sz w:val="14"/>
                <w:lang w:val="tr-TR"/>
              </w:rPr>
              <w:t>0</w:t>
            </w:r>
          </w:p>
        </w:tc>
      </w:tr>
    </w:tbl>
    <w:p w14:paraId="61D8CD9B" w14:textId="77777777" w:rsidR="007F6729" w:rsidRPr="000343EB" w:rsidRDefault="007F6729" w:rsidP="007F6729">
      <w:pPr>
        <w:spacing w:after="0"/>
        <w:rPr>
          <w:lang w:val="tr-TR"/>
        </w:rPr>
      </w:pPr>
    </w:p>
    <w:p w14:paraId="5554AC04"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4818D8AA"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C580732" w14:textId="77777777" w:rsidR="007F6729" w:rsidRPr="000343EB" w:rsidRDefault="007F6729" w:rsidP="009A7F35">
            <w:pPr>
              <w:spacing w:before="40" w:after="40"/>
              <w:jc w:val="center"/>
              <w:rPr>
                <w:lang w:val="tr-TR"/>
              </w:rPr>
            </w:pPr>
            <w:r w:rsidRPr="000343EB">
              <w:rPr>
                <w:rFonts w:ascii="Arial" w:hAnsi="Arial"/>
                <w:sz w:val="14"/>
                <w:lang w:val="tr-TR"/>
              </w:rPr>
              <w:t xml:space="preserve">2547 sayılı Kanunun </w:t>
            </w:r>
            <w:proofErr w:type="gramStart"/>
            <w:r w:rsidRPr="000343EB">
              <w:rPr>
                <w:rFonts w:ascii="Arial" w:hAnsi="Arial"/>
                <w:sz w:val="14"/>
                <w:lang w:val="tr-TR"/>
              </w:rPr>
              <w:t xml:space="preserve">37 </w:t>
            </w:r>
            <w:proofErr w:type="spellStart"/>
            <w:r w:rsidRPr="000343EB">
              <w:rPr>
                <w:rFonts w:ascii="Arial" w:hAnsi="Arial"/>
                <w:sz w:val="14"/>
                <w:lang w:val="tr-TR"/>
              </w:rPr>
              <w:t>nci</w:t>
            </w:r>
            <w:proofErr w:type="spellEnd"/>
            <w:proofErr w:type="gramEnd"/>
            <w:r w:rsidRPr="000343EB">
              <w:rPr>
                <w:rFonts w:ascii="Arial" w:hAnsi="Arial"/>
                <w:sz w:val="14"/>
                <w:lang w:val="tr-TR"/>
              </w:rPr>
              <w:t xml:space="preserve"> maddesi kapsamında dış kurum/kuruluş veya kişilerden görevlendirme talebinin Üniversiteye ulaşması.</w:t>
            </w:r>
          </w:p>
        </w:tc>
      </w:tr>
    </w:tbl>
    <w:p w14:paraId="7C3CC0E1"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0EB236B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1C070BF" w14:textId="77777777" w:rsidR="007F6729" w:rsidRPr="000343EB" w:rsidRDefault="007F6729" w:rsidP="009A7F35">
            <w:pPr>
              <w:spacing w:before="40" w:after="40"/>
              <w:jc w:val="center"/>
              <w:rPr>
                <w:lang w:val="tr-TR"/>
              </w:rPr>
            </w:pPr>
            <w:r w:rsidRPr="000343EB">
              <w:rPr>
                <w:rFonts w:ascii="Arial" w:hAnsi="Arial"/>
                <w:sz w:val="14"/>
                <w:lang w:val="tr-TR"/>
              </w:rPr>
              <w:t>Talebin, akademik personelin görev yaptığı birimce personelin durumu, görevin niteliği ve Üniversite hizmet gerekleri bakımından incelenmesi ve birim görüşünün oluşturulması.</w:t>
            </w:r>
          </w:p>
        </w:tc>
      </w:tr>
    </w:tbl>
    <w:p w14:paraId="65E9D076"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5453BE3B"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55EF31BB" w14:textId="77777777" w:rsidR="007F6729" w:rsidRPr="000343EB" w:rsidRDefault="007F6729" w:rsidP="009A7F35">
            <w:pPr>
              <w:spacing w:before="40" w:after="40"/>
              <w:jc w:val="center"/>
              <w:rPr>
                <w:lang w:val="tr-TR"/>
              </w:rPr>
            </w:pPr>
            <w:r w:rsidRPr="000343EB">
              <w:rPr>
                <w:rFonts w:ascii="Arial" w:hAnsi="Arial"/>
                <w:sz w:val="14"/>
                <w:lang w:val="tr-TR"/>
              </w:rPr>
              <w:t>Birimce uygun görülmesi hâlinde görevlendirme talep yazısı ve birim görüş/kararının Rektörlüğe sunulması; uygun görülmemesi hâlinde ilgili kurum/kişiye bildirim yapılması.</w:t>
            </w:r>
          </w:p>
        </w:tc>
      </w:tr>
    </w:tbl>
    <w:p w14:paraId="2BB5BB78"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0A714AB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75E5C2DB" w14:textId="77777777" w:rsidR="007F6729" w:rsidRPr="000343EB" w:rsidRDefault="007F6729" w:rsidP="009A7F35">
            <w:pPr>
              <w:spacing w:before="40" w:after="40"/>
              <w:jc w:val="center"/>
              <w:rPr>
                <w:lang w:val="tr-TR"/>
              </w:rPr>
            </w:pPr>
            <w:r w:rsidRPr="000343EB">
              <w:rPr>
                <w:rFonts w:ascii="Arial" w:hAnsi="Arial"/>
                <w:sz w:val="14"/>
                <w:lang w:val="tr-TR"/>
              </w:rPr>
              <w:t>Görevlendirme talebinin Üniversite Yönetim Kurulunda değerlendirilmesi.</w:t>
            </w:r>
          </w:p>
        </w:tc>
      </w:tr>
    </w:tbl>
    <w:p w14:paraId="374C0B66"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63671575"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7B5E1561" w14:textId="77777777" w:rsidR="007F6729" w:rsidRPr="000343EB" w:rsidRDefault="007F6729" w:rsidP="009A7F35">
            <w:pPr>
              <w:spacing w:before="40" w:after="40"/>
              <w:jc w:val="center"/>
              <w:rPr>
                <w:lang w:val="tr-TR"/>
              </w:rPr>
            </w:pPr>
            <w:r w:rsidRPr="000343EB">
              <w:rPr>
                <w:rFonts w:ascii="Arial" w:hAnsi="Arial"/>
                <w:sz w:val="14"/>
                <w:lang w:val="tr-TR"/>
              </w:rPr>
              <w:t>Uygun bulunan görevlendirmeye ilişkin Üniversite Yönetim Kurulu kararı ve gerekli onay/yazışmaların Personel Daire Başkanlığınca tamamlanarak ilgili kurum/kişilere ve görev yaptığı birime bildirilmesi.</w:t>
            </w:r>
          </w:p>
        </w:tc>
      </w:tr>
    </w:tbl>
    <w:p w14:paraId="04AF2703"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7A4B08EC"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E785B15" w14:textId="77777777" w:rsidR="007F6729" w:rsidRPr="000343EB" w:rsidRDefault="007F6729" w:rsidP="009A7F35">
            <w:pPr>
              <w:spacing w:before="40" w:after="40"/>
              <w:jc w:val="center"/>
              <w:rPr>
                <w:lang w:val="tr-TR"/>
              </w:rPr>
            </w:pPr>
            <w:r w:rsidRPr="000343EB">
              <w:rPr>
                <w:rFonts w:ascii="Arial" w:hAnsi="Arial"/>
                <w:sz w:val="14"/>
                <w:lang w:val="tr-TR"/>
              </w:rPr>
              <w:t>Karar ve görevlendirme belgelerinin personel özlük kayıtlarına işlenmesi ve dosyasında muhafaza edilmesi.</w:t>
            </w:r>
          </w:p>
        </w:tc>
      </w:tr>
    </w:tbl>
    <w:p w14:paraId="2BA22CD6" w14:textId="77777777" w:rsidR="007F6729" w:rsidRPr="000343EB" w:rsidRDefault="007F6729" w:rsidP="007F6729">
      <w:pPr>
        <w:spacing w:after="20"/>
        <w:jc w:val="center"/>
        <w:rPr>
          <w:lang w:val="tr-TR"/>
        </w:rPr>
      </w:pPr>
      <w:r w:rsidRPr="000343EB">
        <w:rPr>
          <w:b/>
          <w:color w:val="B97000"/>
          <w:sz w:val="16"/>
          <w:lang w:val="tr-TR"/>
        </w:rPr>
        <w:t>BİTİŞ</w:t>
      </w:r>
    </w:p>
    <w:p w14:paraId="079EE530"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2547 sayılı Yükseköğretim Kanunu m.37; SBÜ Personel Daire Başkanlığı görevleri ve Üniversite Yönetim Kurulu karar süreçleri.</w:t>
      </w:r>
    </w:p>
    <w:p w14:paraId="75CB14F0" w14:textId="77777777" w:rsidR="007F6729" w:rsidRPr="000343EB" w:rsidRDefault="007F6729" w:rsidP="007F6729">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339E010F"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0AEF255D" w14:textId="77777777" w:rsidR="007F6729" w:rsidRPr="000343EB" w:rsidRDefault="007F6729" w:rsidP="009A7F35">
            <w:pPr>
              <w:jc w:val="center"/>
              <w:rPr>
                <w:lang w:val="tr-TR"/>
              </w:rPr>
            </w:pPr>
            <w:r w:rsidRPr="000343EB">
              <w:rPr>
                <w:noProof/>
                <w:lang w:val="tr-TR"/>
              </w:rPr>
              <w:lastRenderedPageBreak/>
              <w:drawing>
                <wp:inline distT="0" distB="0" distL="0" distR="0" wp14:anchorId="7BEC1F1A" wp14:editId="2C723430">
                  <wp:extent cx="720000" cy="721629"/>
                  <wp:effectExtent l="0" t="0" r="0" b="0"/>
                  <wp:docPr id="1413908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1379231A"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39. Madde Kapsamında Görevlendirme</w:t>
            </w:r>
            <w:r w:rsidRPr="000343EB">
              <w:rPr>
                <w:rFonts w:ascii="Arial" w:hAnsi="Arial"/>
                <w:b/>
                <w:color w:val="14375F"/>
                <w:sz w:val="19"/>
                <w:lang w:val="tr-TR"/>
              </w:rPr>
              <w:br/>
              <w:t>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29444668"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3B4DD2D5" w14:textId="77777777" w:rsidR="007F6729" w:rsidRPr="000343EB" w:rsidRDefault="007F6729" w:rsidP="009A7F35">
            <w:pPr>
              <w:rPr>
                <w:lang w:val="tr-TR"/>
              </w:rPr>
            </w:pPr>
            <w:r w:rsidRPr="000343EB">
              <w:rPr>
                <w:sz w:val="14"/>
                <w:lang w:val="tr-TR"/>
              </w:rPr>
              <w:t>UNİKA-İAS-C2-009</w:t>
            </w:r>
          </w:p>
        </w:tc>
      </w:tr>
      <w:tr w:rsidR="007F6729" w:rsidRPr="000343EB" w14:paraId="566DC688"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F9B6175"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16F6AA83"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FF81160"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ABF42AD" w14:textId="77777777" w:rsidR="007F6729" w:rsidRPr="000343EB" w:rsidRDefault="007F6729" w:rsidP="009A7F35">
            <w:pPr>
              <w:rPr>
                <w:lang w:val="tr-TR"/>
              </w:rPr>
            </w:pPr>
            <w:r w:rsidRPr="000343EB">
              <w:rPr>
                <w:sz w:val="14"/>
                <w:lang w:val="tr-TR"/>
              </w:rPr>
              <w:t>11.05.2023</w:t>
            </w:r>
          </w:p>
        </w:tc>
      </w:tr>
      <w:tr w:rsidR="007F6729" w:rsidRPr="000343EB" w14:paraId="3140FAA5"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C662786"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06070A89"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72BEEDA"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B770D2B" w14:textId="77777777" w:rsidR="007F6729" w:rsidRPr="000343EB" w:rsidRDefault="007F6729" w:rsidP="009A7F35">
            <w:pPr>
              <w:rPr>
                <w:lang w:val="tr-TR"/>
              </w:rPr>
            </w:pPr>
            <w:r w:rsidRPr="000343EB">
              <w:rPr>
                <w:sz w:val="14"/>
                <w:lang w:val="tr-TR"/>
              </w:rPr>
              <w:t>-</w:t>
            </w:r>
          </w:p>
        </w:tc>
      </w:tr>
      <w:tr w:rsidR="007F6729" w:rsidRPr="000343EB" w14:paraId="27B38181"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4DC657C"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362DFBD9"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D237758"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4A637B1" w14:textId="77777777" w:rsidR="007F6729" w:rsidRPr="000343EB" w:rsidRDefault="007F6729" w:rsidP="009A7F35">
            <w:pPr>
              <w:rPr>
                <w:lang w:val="tr-TR"/>
              </w:rPr>
            </w:pPr>
            <w:r w:rsidRPr="000343EB">
              <w:rPr>
                <w:sz w:val="14"/>
                <w:lang w:val="tr-TR"/>
              </w:rPr>
              <w:t>0</w:t>
            </w:r>
          </w:p>
        </w:tc>
      </w:tr>
    </w:tbl>
    <w:p w14:paraId="2C7C039D" w14:textId="77777777" w:rsidR="007F6729" w:rsidRPr="000343EB" w:rsidRDefault="007F6729" w:rsidP="007F6729">
      <w:pPr>
        <w:spacing w:after="0"/>
        <w:rPr>
          <w:lang w:val="tr-TR"/>
        </w:rPr>
      </w:pPr>
    </w:p>
    <w:p w14:paraId="2CA35808"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4EE8403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174F503" w14:textId="77777777" w:rsidR="007F6729" w:rsidRPr="000343EB" w:rsidRDefault="007F6729" w:rsidP="009A7F35">
            <w:pPr>
              <w:spacing w:before="40" w:after="40"/>
              <w:jc w:val="center"/>
              <w:rPr>
                <w:lang w:val="tr-TR"/>
              </w:rPr>
            </w:pPr>
            <w:r w:rsidRPr="000343EB">
              <w:rPr>
                <w:rFonts w:ascii="Arial" w:hAnsi="Arial"/>
                <w:sz w:val="14"/>
                <w:lang w:val="tr-TR"/>
              </w:rPr>
              <w:t>Akademik personelin 2547 sayılı Kanunun 39 uncu maddesi kapsamında yurt içi/yurt dışı geçici görevlendirme talebini, davet/kabul belgesi ve gerekli diğer eklerle görev yaptığı akademik birime sunması.</w:t>
            </w:r>
          </w:p>
        </w:tc>
      </w:tr>
    </w:tbl>
    <w:p w14:paraId="3EF46CCD"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65355C24"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1FEC0C0" w14:textId="77777777" w:rsidR="007F6729" w:rsidRPr="000343EB" w:rsidRDefault="007F6729" w:rsidP="009A7F35">
            <w:pPr>
              <w:spacing w:before="40" w:after="40"/>
              <w:jc w:val="center"/>
              <w:rPr>
                <w:lang w:val="tr-TR"/>
              </w:rPr>
            </w:pPr>
            <w:r w:rsidRPr="000343EB">
              <w:rPr>
                <w:rFonts w:ascii="Arial" w:hAnsi="Arial"/>
                <w:sz w:val="14"/>
                <w:lang w:val="tr-TR"/>
              </w:rPr>
              <w:t>Talebin süre, yolluk/yevmiye ve görevlendirmenin niteliği bakımından SBÜ Akademik Personelin Geçici Görevlendirme Yönergesi çerçevesinde değerlendirilmesi.</w:t>
            </w:r>
          </w:p>
        </w:tc>
      </w:tr>
    </w:tbl>
    <w:p w14:paraId="4B1CBB7A"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48A4A839"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8510E77" w14:textId="77777777" w:rsidR="007F6729" w:rsidRPr="000343EB" w:rsidRDefault="007F6729" w:rsidP="009A7F35">
            <w:pPr>
              <w:spacing w:before="40" w:after="40"/>
              <w:jc w:val="center"/>
              <w:rPr>
                <w:lang w:val="tr-TR"/>
              </w:rPr>
            </w:pPr>
            <w:r w:rsidRPr="000343EB">
              <w:rPr>
                <w:rFonts w:ascii="Arial" w:hAnsi="Arial"/>
                <w:sz w:val="14"/>
                <w:lang w:val="tr-TR"/>
              </w:rPr>
              <w:t>Kısa süreli ve birim yetkisindeki görevlendirmelerin ilgili Dekan/Müdür tarafından sonuçlandırılması; Rektörlük yetkisi veya Üniversite Yönetim Kurulu kararı gerektiren taleplerin üst yazıyla Rektörlüğe gönderilmesi.</w:t>
            </w:r>
          </w:p>
        </w:tc>
      </w:tr>
    </w:tbl>
    <w:p w14:paraId="6FD66700"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4B6C86E3"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0F3A521B" w14:textId="77777777" w:rsidR="007F6729" w:rsidRPr="000343EB" w:rsidRDefault="007F6729" w:rsidP="009A7F35">
            <w:pPr>
              <w:spacing w:before="40" w:after="40"/>
              <w:jc w:val="center"/>
              <w:rPr>
                <w:lang w:val="tr-TR"/>
              </w:rPr>
            </w:pPr>
            <w:r w:rsidRPr="000343EB">
              <w:rPr>
                <w:rFonts w:ascii="Arial" w:hAnsi="Arial"/>
                <w:sz w:val="14"/>
                <w:lang w:val="tr-TR"/>
              </w:rPr>
              <w:t>Üniversite Yönetim Kurulu/Rektörlük değerlendirmesi gereken taleplerde karar/onay sürecinin tamamlanması ve görevlendirme sonucunun ilgili birime/personel iletilmesi.</w:t>
            </w:r>
          </w:p>
        </w:tc>
      </w:tr>
    </w:tbl>
    <w:p w14:paraId="1D7F8B55"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442DEB8A"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110FFB0" w14:textId="77777777" w:rsidR="007F6729" w:rsidRPr="000343EB" w:rsidRDefault="007F6729" w:rsidP="009A7F35">
            <w:pPr>
              <w:spacing w:before="40" w:after="40"/>
              <w:jc w:val="center"/>
              <w:rPr>
                <w:lang w:val="tr-TR"/>
              </w:rPr>
            </w:pPr>
            <w:r w:rsidRPr="000343EB">
              <w:rPr>
                <w:rFonts w:ascii="Arial" w:hAnsi="Arial"/>
                <w:sz w:val="14"/>
                <w:lang w:val="tr-TR"/>
              </w:rPr>
              <w:t>Yolluklu/yevmiye ödemesi bulunan görevlendirmelerde ilgili mali süreçlerin yürütülmesi; yurt dışı ve diğer gerekli bildirim/izin işlemlerinin tamamlanması.</w:t>
            </w:r>
          </w:p>
        </w:tc>
      </w:tr>
    </w:tbl>
    <w:p w14:paraId="30B1D67D"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554CBB6E"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317E4C95" w14:textId="77777777" w:rsidR="007F6729" w:rsidRPr="000343EB" w:rsidRDefault="007F6729" w:rsidP="009A7F35">
            <w:pPr>
              <w:spacing w:before="40" w:after="40"/>
              <w:jc w:val="center"/>
              <w:rPr>
                <w:lang w:val="tr-TR"/>
              </w:rPr>
            </w:pPr>
            <w:r w:rsidRPr="000343EB">
              <w:rPr>
                <w:rFonts w:ascii="Arial" w:hAnsi="Arial"/>
                <w:sz w:val="14"/>
                <w:lang w:val="tr-TR"/>
              </w:rPr>
              <w:t>Görevlendirme onayı ve eklerinin personel özlük kayıtlarına işlenmesi; işlem evrakının dosyasında muhafaza edilmesi.</w:t>
            </w:r>
          </w:p>
        </w:tc>
      </w:tr>
    </w:tbl>
    <w:p w14:paraId="7BBF59DA" w14:textId="77777777" w:rsidR="007F6729" w:rsidRPr="000343EB" w:rsidRDefault="007F6729" w:rsidP="007F6729">
      <w:pPr>
        <w:spacing w:after="20"/>
        <w:jc w:val="center"/>
        <w:rPr>
          <w:lang w:val="tr-TR"/>
        </w:rPr>
      </w:pPr>
      <w:r w:rsidRPr="000343EB">
        <w:rPr>
          <w:b/>
          <w:color w:val="B97000"/>
          <w:sz w:val="16"/>
          <w:lang w:val="tr-TR"/>
        </w:rPr>
        <w:t>BİTİŞ</w:t>
      </w:r>
    </w:p>
    <w:p w14:paraId="694F57D0"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2547 sayılı Yükseköğretim Kanunu m.39; YÖK Yurtiçinde ve Yurtdışında Görevlendirmelerde Uyulacak Esaslar; SBÜ Akademik Personelin Geçici Görevlendirme Yönergesi.</w:t>
      </w:r>
    </w:p>
    <w:p w14:paraId="36C09BE9" w14:textId="23E8AE0A" w:rsidR="007F6729" w:rsidRPr="000343EB" w:rsidRDefault="007F6729" w:rsidP="007F6729">
      <w:pPr>
        <w:spacing w:before="40" w:after="0"/>
        <w:rPr>
          <w:sz w:val="12"/>
          <w:lang w:val="tr-TR"/>
        </w:rPr>
      </w:pPr>
    </w:p>
    <w:p w14:paraId="29FEE203" w14:textId="77777777" w:rsidR="007F6729" w:rsidRPr="000343EB" w:rsidRDefault="007F6729" w:rsidP="007F6729">
      <w:pPr>
        <w:spacing w:before="40" w:after="0"/>
        <w:rPr>
          <w:sz w:val="12"/>
          <w:lang w:val="tr-TR"/>
        </w:rPr>
      </w:pPr>
    </w:p>
    <w:p w14:paraId="28CB723A" w14:textId="77777777" w:rsidR="007F6729" w:rsidRPr="000343EB" w:rsidRDefault="007F6729" w:rsidP="007F6729">
      <w:pPr>
        <w:spacing w:before="40" w:after="0"/>
        <w:rPr>
          <w:sz w:val="12"/>
          <w:lang w:val="tr-TR"/>
        </w:rPr>
      </w:pPr>
    </w:p>
    <w:p w14:paraId="694F0F64" w14:textId="77777777" w:rsidR="007F6729" w:rsidRPr="000343EB" w:rsidRDefault="007F6729" w:rsidP="007F6729">
      <w:pPr>
        <w:spacing w:before="40" w:after="0"/>
        <w:rPr>
          <w:sz w:val="12"/>
          <w:lang w:val="tr-TR"/>
        </w:rPr>
      </w:pPr>
    </w:p>
    <w:p w14:paraId="549E0258" w14:textId="77777777" w:rsidR="007F6729" w:rsidRPr="000343EB" w:rsidRDefault="007F6729" w:rsidP="007F6729">
      <w:pPr>
        <w:spacing w:before="40" w:after="0"/>
        <w:rPr>
          <w:sz w:val="12"/>
          <w:lang w:val="tr-TR"/>
        </w:rPr>
      </w:pPr>
    </w:p>
    <w:p w14:paraId="66C5AAC4" w14:textId="77777777" w:rsidR="007F6729" w:rsidRPr="000343EB" w:rsidRDefault="007F6729" w:rsidP="007F6729">
      <w:pPr>
        <w:spacing w:before="40" w:after="0"/>
        <w:rPr>
          <w:sz w:val="12"/>
          <w:lang w:val="tr-TR"/>
        </w:rPr>
      </w:pPr>
    </w:p>
    <w:p w14:paraId="35EB4B83" w14:textId="77777777" w:rsidR="007F6729" w:rsidRPr="000343EB" w:rsidRDefault="007F6729" w:rsidP="007F6729">
      <w:pPr>
        <w:spacing w:before="40" w:after="0"/>
        <w:rPr>
          <w:sz w:val="12"/>
          <w:lang w:val="tr-TR"/>
        </w:rPr>
      </w:pPr>
    </w:p>
    <w:p w14:paraId="46018565" w14:textId="77777777" w:rsidR="007F6729" w:rsidRPr="000343EB" w:rsidRDefault="007F6729" w:rsidP="007F6729">
      <w:pPr>
        <w:spacing w:before="40" w:after="0"/>
        <w:rPr>
          <w:sz w:val="12"/>
          <w:lang w:val="tr-TR"/>
        </w:rPr>
      </w:pPr>
    </w:p>
    <w:p w14:paraId="6F21548A" w14:textId="77777777" w:rsidR="007F6729" w:rsidRPr="000343EB" w:rsidRDefault="007F6729" w:rsidP="007F6729">
      <w:pPr>
        <w:spacing w:before="40" w:after="0"/>
        <w:rPr>
          <w:sz w:val="12"/>
          <w:lang w:val="tr-TR"/>
        </w:rPr>
      </w:pPr>
    </w:p>
    <w:p w14:paraId="7B1D043B" w14:textId="77777777" w:rsidR="007F6729" w:rsidRPr="000343EB" w:rsidRDefault="007F6729" w:rsidP="007F6729">
      <w:pPr>
        <w:spacing w:before="40" w:after="0"/>
        <w:rPr>
          <w:sz w:val="12"/>
          <w:lang w:val="tr-TR"/>
        </w:rPr>
      </w:pPr>
    </w:p>
    <w:p w14:paraId="425B76B8" w14:textId="77777777" w:rsidR="007F6729" w:rsidRPr="000343EB" w:rsidRDefault="007F6729" w:rsidP="007F6729">
      <w:pPr>
        <w:spacing w:before="40" w:after="0"/>
        <w:rPr>
          <w:sz w:val="12"/>
          <w:lang w:val="tr-TR"/>
        </w:rPr>
      </w:pPr>
    </w:p>
    <w:p w14:paraId="23AF0308" w14:textId="77777777" w:rsidR="007F6729" w:rsidRPr="000343EB" w:rsidRDefault="007F6729" w:rsidP="007F6729">
      <w:pPr>
        <w:spacing w:before="40" w:after="0"/>
        <w:rPr>
          <w:sz w:val="12"/>
          <w:lang w:val="tr-TR"/>
        </w:rPr>
      </w:pPr>
    </w:p>
    <w:p w14:paraId="78CF2909" w14:textId="77777777" w:rsidR="007F6729" w:rsidRPr="000343EB" w:rsidRDefault="007F6729" w:rsidP="007F6729">
      <w:pPr>
        <w:spacing w:before="40" w:after="0"/>
        <w:rPr>
          <w:sz w:val="12"/>
          <w:lang w:val="tr-TR"/>
        </w:rPr>
      </w:pPr>
    </w:p>
    <w:p w14:paraId="6FE842C6" w14:textId="77777777" w:rsidR="007F6729" w:rsidRPr="000343EB" w:rsidRDefault="007F6729" w:rsidP="007F6729">
      <w:pPr>
        <w:spacing w:before="40" w:after="0"/>
        <w:rPr>
          <w:sz w:val="12"/>
          <w:lang w:val="tr-TR"/>
        </w:rPr>
      </w:pPr>
    </w:p>
    <w:p w14:paraId="5FC37F9E" w14:textId="77777777" w:rsidR="007F6729" w:rsidRPr="000343EB" w:rsidRDefault="007F6729" w:rsidP="007F6729">
      <w:pPr>
        <w:spacing w:before="40" w:after="0"/>
        <w:rPr>
          <w:sz w:val="12"/>
          <w:lang w:val="tr-TR"/>
        </w:rPr>
      </w:pPr>
    </w:p>
    <w:p w14:paraId="2A505034" w14:textId="77777777" w:rsidR="007F6729" w:rsidRPr="000343EB" w:rsidRDefault="007F6729" w:rsidP="007F6729">
      <w:pPr>
        <w:spacing w:before="40" w:after="0"/>
        <w:rPr>
          <w:sz w:val="12"/>
          <w:lang w:val="tr-TR"/>
        </w:rPr>
      </w:pPr>
    </w:p>
    <w:p w14:paraId="341CB2C1" w14:textId="77777777" w:rsidR="007F6729" w:rsidRPr="000343EB" w:rsidRDefault="007F6729" w:rsidP="007F6729">
      <w:pPr>
        <w:spacing w:before="40" w:after="0"/>
        <w:rPr>
          <w:sz w:val="12"/>
          <w:lang w:val="tr-TR"/>
        </w:rPr>
      </w:pPr>
    </w:p>
    <w:p w14:paraId="15CCC6F6" w14:textId="77777777" w:rsidR="007F6729" w:rsidRPr="000343EB" w:rsidRDefault="007F6729" w:rsidP="007F6729">
      <w:pPr>
        <w:spacing w:before="40" w:after="0"/>
        <w:rPr>
          <w:sz w:val="12"/>
          <w:lang w:val="tr-TR"/>
        </w:rPr>
      </w:pPr>
    </w:p>
    <w:p w14:paraId="5DE2D1DF" w14:textId="77777777" w:rsidR="007F6729" w:rsidRPr="000343EB" w:rsidRDefault="007F6729" w:rsidP="007F6729">
      <w:pPr>
        <w:spacing w:before="40" w:after="0"/>
        <w:rPr>
          <w:sz w:val="12"/>
          <w:lang w:val="tr-TR"/>
        </w:rPr>
      </w:pPr>
    </w:p>
    <w:p w14:paraId="7606AC61" w14:textId="77777777" w:rsidR="007F6729" w:rsidRPr="000343EB" w:rsidRDefault="007F6729" w:rsidP="007F6729">
      <w:pPr>
        <w:spacing w:before="40" w:after="0"/>
        <w:rPr>
          <w:sz w:val="12"/>
          <w:lang w:val="tr-TR"/>
        </w:rPr>
      </w:pPr>
    </w:p>
    <w:p w14:paraId="73C7F329" w14:textId="77777777" w:rsidR="007F6729" w:rsidRPr="000343EB" w:rsidRDefault="007F6729" w:rsidP="007F6729">
      <w:pPr>
        <w:spacing w:before="40" w:after="0"/>
        <w:rPr>
          <w:sz w:val="12"/>
          <w:lang w:val="tr-TR"/>
        </w:rPr>
      </w:pPr>
    </w:p>
    <w:p w14:paraId="1B411455" w14:textId="77777777" w:rsidR="007F6729" w:rsidRPr="000343EB" w:rsidRDefault="007F6729" w:rsidP="007F6729">
      <w:pPr>
        <w:spacing w:before="40" w:after="0"/>
        <w:rPr>
          <w:sz w:val="12"/>
          <w:lang w:val="tr-TR"/>
        </w:rPr>
      </w:pPr>
    </w:p>
    <w:p w14:paraId="1A221E39" w14:textId="77777777" w:rsidR="007F6729" w:rsidRPr="000343EB" w:rsidRDefault="007F6729" w:rsidP="007F6729">
      <w:pPr>
        <w:spacing w:before="40" w:after="0"/>
        <w:rPr>
          <w:sz w:val="12"/>
          <w:lang w:val="tr-TR"/>
        </w:rPr>
      </w:pPr>
    </w:p>
    <w:p w14:paraId="2FBE12F2" w14:textId="77777777" w:rsidR="007F6729" w:rsidRPr="000343EB" w:rsidRDefault="007F6729" w:rsidP="007F6729">
      <w:pPr>
        <w:spacing w:before="40" w:after="0"/>
        <w:rPr>
          <w:sz w:val="12"/>
          <w:lang w:val="tr-TR"/>
        </w:rPr>
      </w:pPr>
    </w:p>
    <w:p w14:paraId="02C45513" w14:textId="77777777" w:rsidR="007F6729" w:rsidRPr="000343EB" w:rsidRDefault="007F6729" w:rsidP="007F6729">
      <w:pPr>
        <w:spacing w:before="40" w:after="0"/>
        <w:rPr>
          <w:sz w:val="12"/>
          <w:lang w:val="tr-TR"/>
        </w:rPr>
      </w:pPr>
    </w:p>
    <w:p w14:paraId="498D871C" w14:textId="77777777" w:rsidR="007F6729" w:rsidRPr="000343EB" w:rsidRDefault="007F6729" w:rsidP="007F6729">
      <w:pPr>
        <w:spacing w:before="40" w:after="0"/>
        <w:rPr>
          <w:sz w:val="12"/>
          <w:lang w:val="tr-TR"/>
        </w:rPr>
      </w:pPr>
    </w:p>
    <w:p w14:paraId="6D8BA2DD" w14:textId="77777777" w:rsidR="007F6729" w:rsidRPr="000343EB" w:rsidRDefault="007F6729" w:rsidP="007F6729">
      <w:pPr>
        <w:spacing w:before="40" w:after="0"/>
        <w:rPr>
          <w:sz w:val="12"/>
          <w:lang w:val="tr-TR"/>
        </w:rPr>
      </w:pPr>
    </w:p>
    <w:p w14:paraId="481281DE" w14:textId="77777777" w:rsidR="007F6729" w:rsidRPr="000343EB" w:rsidRDefault="007F6729" w:rsidP="007F6729">
      <w:pPr>
        <w:spacing w:before="40" w:after="0"/>
        <w:rPr>
          <w:sz w:val="12"/>
          <w:lang w:val="tr-TR"/>
        </w:rPr>
      </w:pPr>
    </w:p>
    <w:p w14:paraId="52329AEB" w14:textId="77777777" w:rsidR="007F6729" w:rsidRPr="000343EB" w:rsidRDefault="007F6729" w:rsidP="007F6729">
      <w:pPr>
        <w:spacing w:before="40" w:after="0"/>
        <w:rPr>
          <w:sz w:val="12"/>
          <w:lang w:val="tr-TR"/>
        </w:rPr>
      </w:pPr>
    </w:p>
    <w:p w14:paraId="699D9EDD" w14:textId="77777777" w:rsidR="007F6729" w:rsidRPr="000343EB" w:rsidRDefault="007F6729" w:rsidP="007F6729">
      <w:pPr>
        <w:spacing w:before="40" w:after="0"/>
        <w:rPr>
          <w:sz w:val="12"/>
          <w:lang w:val="tr-TR"/>
        </w:rPr>
      </w:pPr>
    </w:p>
    <w:p w14:paraId="7EA1CDC1" w14:textId="77777777" w:rsidR="007F6729" w:rsidRPr="000343EB" w:rsidRDefault="007F6729" w:rsidP="007F6729">
      <w:pPr>
        <w:spacing w:before="40" w:after="0"/>
        <w:rPr>
          <w:sz w:val="12"/>
          <w:lang w:val="tr-TR"/>
        </w:rPr>
      </w:pPr>
    </w:p>
    <w:p w14:paraId="03F5C640" w14:textId="77777777" w:rsidR="007F6729" w:rsidRPr="000343EB" w:rsidRDefault="007F6729" w:rsidP="007F6729">
      <w:pPr>
        <w:spacing w:before="40" w:after="0"/>
        <w:rPr>
          <w:sz w:val="12"/>
          <w:lang w:val="tr-TR"/>
        </w:rPr>
      </w:pPr>
    </w:p>
    <w:p w14:paraId="094D35CA" w14:textId="77777777" w:rsidR="007F6729" w:rsidRPr="000343EB" w:rsidRDefault="007F6729" w:rsidP="007F6729">
      <w:pPr>
        <w:spacing w:before="40" w:after="0"/>
        <w:rPr>
          <w:sz w:val="12"/>
          <w:lang w:val="tr-TR"/>
        </w:rPr>
      </w:pPr>
    </w:p>
    <w:p w14:paraId="35B24391" w14:textId="77777777" w:rsidR="007F6729" w:rsidRPr="000343EB" w:rsidRDefault="007F6729" w:rsidP="007F6729">
      <w:pPr>
        <w:spacing w:before="40" w:after="0"/>
        <w:rPr>
          <w:sz w:val="12"/>
          <w:lang w:val="tr-TR"/>
        </w:rPr>
      </w:pPr>
    </w:p>
    <w:p w14:paraId="576F9725" w14:textId="77777777" w:rsidR="007F6729" w:rsidRPr="000343EB" w:rsidRDefault="007F6729" w:rsidP="007F6729">
      <w:pPr>
        <w:spacing w:before="40" w:after="0"/>
        <w:rPr>
          <w:sz w:val="12"/>
          <w:lang w:val="tr-TR"/>
        </w:rPr>
      </w:pPr>
    </w:p>
    <w:p w14:paraId="5FD10553" w14:textId="77777777" w:rsidR="007F6729" w:rsidRPr="000343EB" w:rsidRDefault="007F6729" w:rsidP="007F6729">
      <w:pPr>
        <w:spacing w:before="40" w:after="0"/>
        <w:rPr>
          <w:sz w:val="12"/>
          <w:lang w:val="tr-TR"/>
        </w:rPr>
      </w:pPr>
    </w:p>
    <w:p w14:paraId="7CBB4049" w14:textId="77777777" w:rsidR="007F6729" w:rsidRPr="000343EB" w:rsidRDefault="007F6729" w:rsidP="007F6729">
      <w:pPr>
        <w:spacing w:before="40" w:after="0"/>
        <w:rPr>
          <w:sz w:val="12"/>
          <w:lang w:val="tr-TR"/>
        </w:rPr>
      </w:pPr>
    </w:p>
    <w:p w14:paraId="6BD19132" w14:textId="77777777" w:rsidR="007F6729" w:rsidRPr="000343EB" w:rsidRDefault="007F6729" w:rsidP="007F6729">
      <w:pPr>
        <w:spacing w:before="40" w:after="0"/>
        <w:rPr>
          <w:sz w:val="12"/>
          <w:lang w:val="tr-TR"/>
        </w:rPr>
      </w:pPr>
    </w:p>
    <w:p w14:paraId="08D03E62" w14:textId="77777777" w:rsidR="007F6729" w:rsidRPr="000343EB" w:rsidRDefault="007F6729" w:rsidP="007F6729">
      <w:pPr>
        <w:spacing w:before="40" w:after="0"/>
        <w:rPr>
          <w:sz w:val="12"/>
          <w:lang w:val="tr-TR"/>
        </w:rPr>
      </w:pPr>
    </w:p>
    <w:p w14:paraId="6ECDA384" w14:textId="77777777" w:rsidR="007F6729" w:rsidRPr="000343EB" w:rsidRDefault="007F6729" w:rsidP="007F6729">
      <w:pPr>
        <w:spacing w:before="40" w:after="0"/>
        <w:rPr>
          <w:sz w:val="12"/>
          <w:lang w:val="tr-TR"/>
        </w:rPr>
      </w:pP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664F3E76"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13A2386B" w14:textId="77777777" w:rsidR="007F6729" w:rsidRPr="000343EB" w:rsidRDefault="007F6729" w:rsidP="009A7F35">
            <w:pPr>
              <w:jc w:val="center"/>
              <w:rPr>
                <w:lang w:val="tr-TR"/>
              </w:rPr>
            </w:pPr>
            <w:r w:rsidRPr="000343EB">
              <w:rPr>
                <w:noProof/>
                <w:lang w:val="tr-TR"/>
              </w:rPr>
              <w:drawing>
                <wp:inline distT="0" distB="0" distL="0" distR="0" wp14:anchorId="38ED70AA" wp14:editId="0807FDFB">
                  <wp:extent cx="720000" cy="721629"/>
                  <wp:effectExtent l="0" t="0" r="0" b="0"/>
                  <wp:docPr id="480035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515B27FA"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38. Madde Kapsamında Görevlendirme</w:t>
            </w:r>
            <w:r w:rsidRPr="000343EB">
              <w:rPr>
                <w:rFonts w:ascii="Arial" w:hAnsi="Arial"/>
                <w:b/>
                <w:color w:val="14375F"/>
                <w:sz w:val="19"/>
                <w:lang w:val="tr-TR"/>
              </w:rPr>
              <w:br/>
              <w:t>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31198A1F"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3BD49B1B" w14:textId="77777777" w:rsidR="007F6729" w:rsidRPr="000343EB" w:rsidRDefault="007F6729" w:rsidP="009A7F35">
            <w:pPr>
              <w:rPr>
                <w:lang w:val="tr-TR"/>
              </w:rPr>
            </w:pPr>
            <w:r w:rsidRPr="000343EB">
              <w:rPr>
                <w:sz w:val="14"/>
                <w:lang w:val="tr-TR"/>
              </w:rPr>
              <w:t>UNİKA-İAS-C2-008</w:t>
            </w:r>
          </w:p>
        </w:tc>
      </w:tr>
      <w:tr w:rsidR="007F6729" w:rsidRPr="000343EB" w14:paraId="3A81D76E"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91C250A"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17C5A0E4"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3B9FD68"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13B498F" w14:textId="77777777" w:rsidR="007F6729" w:rsidRPr="000343EB" w:rsidRDefault="007F6729" w:rsidP="009A7F35">
            <w:pPr>
              <w:rPr>
                <w:lang w:val="tr-TR"/>
              </w:rPr>
            </w:pPr>
            <w:r w:rsidRPr="000343EB">
              <w:rPr>
                <w:sz w:val="14"/>
                <w:lang w:val="tr-TR"/>
              </w:rPr>
              <w:t>11.05.2023</w:t>
            </w:r>
          </w:p>
        </w:tc>
      </w:tr>
      <w:tr w:rsidR="007F6729" w:rsidRPr="000343EB" w14:paraId="7DF017BA"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23260B1"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01B435F4"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9868856"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9293C03" w14:textId="77777777" w:rsidR="007F6729" w:rsidRPr="000343EB" w:rsidRDefault="007F6729" w:rsidP="009A7F35">
            <w:pPr>
              <w:rPr>
                <w:lang w:val="tr-TR"/>
              </w:rPr>
            </w:pPr>
            <w:r w:rsidRPr="000343EB">
              <w:rPr>
                <w:sz w:val="14"/>
                <w:lang w:val="tr-TR"/>
              </w:rPr>
              <w:t>-</w:t>
            </w:r>
          </w:p>
        </w:tc>
      </w:tr>
      <w:tr w:rsidR="007F6729" w:rsidRPr="000343EB" w14:paraId="1530AD23"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ECB3633"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54EB37A4"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EC264D2"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2A2A8C0" w14:textId="77777777" w:rsidR="007F6729" w:rsidRPr="000343EB" w:rsidRDefault="007F6729" w:rsidP="009A7F35">
            <w:pPr>
              <w:rPr>
                <w:lang w:val="tr-TR"/>
              </w:rPr>
            </w:pPr>
            <w:r w:rsidRPr="000343EB">
              <w:rPr>
                <w:sz w:val="14"/>
                <w:lang w:val="tr-TR"/>
              </w:rPr>
              <w:t>0</w:t>
            </w:r>
          </w:p>
        </w:tc>
      </w:tr>
    </w:tbl>
    <w:p w14:paraId="076ED3F6" w14:textId="77777777" w:rsidR="007F6729" w:rsidRPr="000343EB" w:rsidRDefault="007F6729" w:rsidP="007F6729">
      <w:pPr>
        <w:spacing w:after="0"/>
        <w:rPr>
          <w:lang w:val="tr-TR"/>
        </w:rPr>
      </w:pPr>
    </w:p>
    <w:p w14:paraId="41C63957"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51592348"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6C92A88D" w14:textId="77777777" w:rsidR="007F6729" w:rsidRPr="000343EB" w:rsidRDefault="007F6729" w:rsidP="009A7F35">
            <w:pPr>
              <w:spacing w:before="40" w:after="40"/>
              <w:jc w:val="center"/>
              <w:rPr>
                <w:lang w:val="tr-TR"/>
              </w:rPr>
            </w:pPr>
            <w:r w:rsidRPr="000343EB">
              <w:rPr>
                <w:sz w:val="14"/>
                <w:lang w:val="tr-TR"/>
              </w:rPr>
              <w:t>2547 sayılı Kanunun 38 inci maddesi kapsamında kamu kurum ve kuruluşundan akademik personelin görevlendirilmesine ilişkin talebin Sağlık Bilimleri Üniversitesine ulaşması.</w:t>
            </w:r>
          </w:p>
        </w:tc>
      </w:tr>
    </w:tbl>
    <w:p w14:paraId="63AB56F3"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5F3EBFE"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3F33814B" w14:textId="77777777" w:rsidR="007F6729" w:rsidRPr="000343EB" w:rsidRDefault="007F6729" w:rsidP="009A7F35">
            <w:pPr>
              <w:spacing w:before="40" w:after="40"/>
              <w:jc w:val="center"/>
              <w:rPr>
                <w:lang w:val="tr-TR"/>
              </w:rPr>
            </w:pPr>
            <w:r w:rsidRPr="000343EB">
              <w:rPr>
                <w:sz w:val="14"/>
                <w:lang w:val="tr-TR"/>
              </w:rPr>
              <w:t>Talebin personelin görev yaptığı akademik birim tarafından personelin durumu, hizmet gerekleri ve görevlendirmenin niteliği bakımından incelenmesi; birim görüşünün oluşturulması.</w:t>
            </w:r>
          </w:p>
        </w:tc>
      </w:tr>
    </w:tbl>
    <w:p w14:paraId="69B14FA1"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4C925A21"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5248C3F4" w14:textId="77777777" w:rsidR="007F6729" w:rsidRPr="000343EB" w:rsidRDefault="007F6729" w:rsidP="009A7F35">
            <w:pPr>
              <w:spacing w:before="40" w:after="40"/>
              <w:jc w:val="center"/>
              <w:rPr>
                <w:lang w:val="tr-TR"/>
              </w:rPr>
            </w:pPr>
            <w:r w:rsidRPr="000343EB">
              <w:rPr>
                <w:sz w:val="14"/>
                <w:lang w:val="tr-TR"/>
              </w:rPr>
              <w:t>Birimce uygun görülmesi hâlinde görevlendirme talebi ve birim görüş/kararının Rektörlüğe sunulması; uygun görülmemesi hâlinde ilgili kamu kurumuna gerekçeli bildirim yapılması.</w:t>
            </w:r>
          </w:p>
        </w:tc>
      </w:tr>
    </w:tbl>
    <w:p w14:paraId="259892CF"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1A4ADB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6944DB79" w14:textId="77777777" w:rsidR="007F6729" w:rsidRPr="000343EB" w:rsidRDefault="007F6729" w:rsidP="009A7F35">
            <w:pPr>
              <w:spacing w:before="40" w:after="40"/>
              <w:jc w:val="center"/>
              <w:rPr>
                <w:lang w:val="tr-TR"/>
              </w:rPr>
            </w:pPr>
            <w:r w:rsidRPr="000343EB">
              <w:rPr>
                <w:sz w:val="14"/>
                <w:lang w:val="tr-TR"/>
              </w:rPr>
              <w:t>Talebin Üniversite Yönetim Kurulunda değerlendirilmesi; uygun bulunması hâlinde karar ve gerekli görevlendirme/onay işlemlerinin Personel Daire Başkanlığınca yürütülmesi.</w:t>
            </w:r>
          </w:p>
        </w:tc>
      </w:tr>
    </w:tbl>
    <w:p w14:paraId="75A90983"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1E15026"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70DEE418" w14:textId="77777777" w:rsidR="007F6729" w:rsidRPr="000343EB" w:rsidRDefault="007F6729" w:rsidP="009A7F35">
            <w:pPr>
              <w:spacing w:before="40" w:after="40"/>
              <w:jc w:val="center"/>
              <w:rPr>
                <w:lang w:val="tr-TR"/>
              </w:rPr>
            </w:pPr>
            <w:r w:rsidRPr="000343EB">
              <w:rPr>
                <w:sz w:val="14"/>
                <w:lang w:val="tr-TR"/>
              </w:rPr>
              <w:t>Görevlendirmenin uygun bulunması hâlinde ilgili kamu kurumundan ilişik kesme/göreve başlama bilgilerinin istenmesi ve aylık/özlük durumuna ilişkin gerekli yazışmaların yapılması.</w:t>
            </w:r>
          </w:p>
        </w:tc>
      </w:tr>
    </w:tbl>
    <w:p w14:paraId="2BCC9D25"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EFED83D"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63B55806" w14:textId="77777777" w:rsidR="007F6729" w:rsidRPr="000343EB" w:rsidRDefault="007F6729" w:rsidP="009A7F35">
            <w:pPr>
              <w:spacing w:before="40" w:after="40"/>
              <w:jc w:val="center"/>
              <w:rPr>
                <w:lang w:val="tr-TR"/>
              </w:rPr>
            </w:pPr>
            <w:r w:rsidRPr="000343EB">
              <w:rPr>
                <w:sz w:val="14"/>
                <w:lang w:val="tr-TR"/>
              </w:rPr>
              <w:t xml:space="preserve">Görevlendirme süresi sonunda ilgili kamu kurumundan dönüş/sona erme yazısının alınması; personelin </w:t>
            </w:r>
            <w:proofErr w:type="spellStart"/>
            <w:r w:rsidRPr="000343EB">
              <w:rPr>
                <w:sz w:val="14"/>
                <w:lang w:val="tr-TR"/>
              </w:rPr>
              <w:t>SBÜ'deki</w:t>
            </w:r>
            <w:proofErr w:type="spellEnd"/>
            <w:r w:rsidRPr="000343EB">
              <w:rPr>
                <w:sz w:val="14"/>
                <w:lang w:val="tr-TR"/>
              </w:rPr>
              <w:t xml:space="preserve"> göreve başlama ve özlük kayıtlarının güncellenmesi.</w:t>
            </w:r>
          </w:p>
        </w:tc>
      </w:tr>
    </w:tbl>
    <w:p w14:paraId="51BA71E1"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033872E4"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78AF96C8" w14:textId="77777777" w:rsidR="007F6729" w:rsidRPr="000343EB" w:rsidRDefault="007F6729" w:rsidP="009A7F35">
            <w:pPr>
              <w:spacing w:before="40" w:after="40"/>
              <w:jc w:val="center"/>
              <w:rPr>
                <w:lang w:val="tr-TR"/>
              </w:rPr>
            </w:pPr>
            <w:r w:rsidRPr="000343EB">
              <w:rPr>
                <w:sz w:val="14"/>
                <w:lang w:val="tr-TR"/>
              </w:rPr>
              <w:t>Karar ve yazışmaların personel özlük dosyasında muhafaza edilmesi.</w:t>
            </w:r>
          </w:p>
        </w:tc>
      </w:tr>
    </w:tbl>
    <w:p w14:paraId="279C4E9A" w14:textId="77777777" w:rsidR="007F6729" w:rsidRPr="000343EB" w:rsidRDefault="007F6729" w:rsidP="007F6729">
      <w:pPr>
        <w:spacing w:after="20"/>
        <w:jc w:val="center"/>
        <w:rPr>
          <w:lang w:val="tr-TR"/>
        </w:rPr>
      </w:pPr>
      <w:r w:rsidRPr="000343EB">
        <w:rPr>
          <w:b/>
          <w:color w:val="B97000"/>
          <w:sz w:val="16"/>
          <w:lang w:val="tr-TR"/>
        </w:rPr>
        <w:t>BİTİŞ</w:t>
      </w:r>
    </w:p>
    <w:p w14:paraId="32801F26"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2547 sayılı Yükseköğretim Kanunu m.38; SBÜ Personel Daire Başkanlığı akademik personel görevlendirme süreçleri.</w:t>
      </w:r>
    </w:p>
    <w:p w14:paraId="7837BDEE" w14:textId="77777777" w:rsidR="007F6729" w:rsidRPr="000343EB" w:rsidRDefault="007F6729" w:rsidP="007F6729">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702577E6"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0D7E5E75" w14:textId="77777777" w:rsidR="007F6729" w:rsidRPr="000343EB" w:rsidRDefault="007F6729" w:rsidP="009A7F35">
            <w:pPr>
              <w:jc w:val="center"/>
              <w:rPr>
                <w:lang w:val="tr-TR"/>
              </w:rPr>
            </w:pPr>
            <w:r w:rsidRPr="000343EB">
              <w:rPr>
                <w:noProof/>
                <w:lang w:val="tr-TR"/>
              </w:rPr>
              <w:lastRenderedPageBreak/>
              <w:drawing>
                <wp:inline distT="0" distB="0" distL="0" distR="0" wp14:anchorId="35A73FF4" wp14:editId="6C4D4F33">
                  <wp:extent cx="720000" cy="721629"/>
                  <wp:effectExtent l="0" t="0" r="0" b="0"/>
                  <wp:docPr id="10215840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43FA5FE2"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40. Maddenin (a) Fıkrası Kapsamında</w:t>
            </w:r>
            <w:r w:rsidRPr="000343EB">
              <w:rPr>
                <w:rFonts w:ascii="Arial" w:hAnsi="Arial"/>
                <w:b/>
                <w:color w:val="14375F"/>
                <w:sz w:val="19"/>
                <w:lang w:val="tr-TR"/>
              </w:rPr>
              <w:br/>
              <w:t>Görevlendirme 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773D2F79"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1533503" w14:textId="77777777" w:rsidR="007F6729" w:rsidRPr="000343EB" w:rsidRDefault="007F6729" w:rsidP="009A7F35">
            <w:pPr>
              <w:rPr>
                <w:lang w:val="tr-TR"/>
              </w:rPr>
            </w:pPr>
            <w:r w:rsidRPr="000343EB">
              <w:rPr>
                <w:sz w:val="14"/>
                <w:lang w:val="tr-TR"/>
              </w:rPr>
              <w:t>UNİKA-İAS-C2-010</w:t>
            </w:r>
          </w:p>
        </w:tc>
      </w:tr>
      <w:tr w:rsidR="007F6729" w:rsidRPr="000343EB" w14:paraId="0096A215"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8759B27"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02CE226E"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90B81B8"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97C4CB0" w14:textId="77777777" w:rsidR="007F6729" w:rsidRPr="000343EB" w:rsidRDefault="007F6729" w:rsidP="009A7F35">
            <w:pPr>
              <w:rPr>
                <w:lang w:val="tr-TR"/>
              </w:rPr>
            </w:pPr>
            <w:r w:rsidRPr="000343EB">
              <w:rPr>
                <w:sz w:val="14"/>
                <w:lang w:val="tr-TR"/>
              </w:rPr>
              <w:t>11.05.2023</w:t>
            </w:r>
          </w:p>
        </w:tc>
      </w:tr>
      <w:tr w:rsidR="007F6729" w:rsidRPr="000343EB" w14:paraId="7DD6BB12"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DD49E33"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50C5E890"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377C014"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410A6AB" w14:textId="77777777" w:rsidR="007F6729" w:rsidRPr="000343EB" w:rsidRDefault="007F6729" w:rsidP="009A7F35">
            <w:pPr>
              <w:rPr>
                <w:lang w:val="tr-TR"/>
              </w:rPr>
            </w:pPr>
            <w:r w:rsidRPr="000343EB">
              <w:rPr>
                <w:sz w:val="14"/>
                <w:lang w:val="tr-TR"/>
              </w:rPr>
              <w:t>-</w:t>
            </w:r>
          </w:p>
        </w:tc>
      </w:tr>
      <w:tr w:rsidR="007F6729" w:rsidRPr="000343EB" w14:paraId="5923683E"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1D39049"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1C5305FB"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8193045"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395DA8D9" w14:textId="77777777" w:rsidR="007F6729" w:rsidRPr="000343EB" w:rsidRDefault="007F6729" w:rsidP="009A7F35">
            <w:pPr>
              <w:rPr>
                <w:lang w:val="tr-TR"/>
              </w:rPr>
            </w:pPr>
            <w:r w:rsidRPr="000343EB">
              <w:rPr>
                <w:sz w:val="14"/>
                <w:lang w:val="tr-TR"/>
              </w:rPr>
              <w:t>0</w:t>
            </w:r>
          </w:p>
        </w:tc>
      </w:tr>
    </w:tbl>
    <w:p w14:paraId="3E630371" w14:textId="77777777" w:rsidR="007F6729" w:rsidRPr="000343EB" w:rsidRDefault="007F6729" w:rsidP="007F6729">
      <w:pPr>
        <w:spacing w:after="0"/>
        <w:rPr>
          <w:lang w:val="tr-TR"/>
        </w:rPr>
      </w:pPr>
    </w:p>
    <w:p w14:paraId="7787D59F"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7B3BFFF1"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311B3138" w14:textId="77777777" w:rsidR="007F6729" w:rsidRPr="000343EB" w:rsidRDefault="007F6729" w:rsidP="009A7F35">
            <w:pPr>
              <w:spacing w:before="40" w:after="40"/>
              <w:jc w:val="center"/>
              <w:rPr>
                <w:lang w:val="tr-TR"/>
              </w:rPr>
            </w:pPr>
            <w:r w:rsidRPr="000343EB">
              <w:rPr>
                <w:sz w:val="14"/>
                <w:lang w:val="tr-TR"/>
              </w:rPr>
              <w:t>Eğitim-öğretim dönemi öncesinde akademik birimlerce ders yükü ve öğretim elemanı ihtiyacının belirlenmesi; 2547 sayılı Kanunun 40/a maddesi kapsamında kurum içi görevlendirilebilecek öğretim elemanlarının tespit edilmesi.</w:t>
            </w:r>
          </w:p>
        </w:tc>
      </w:tr>
    </w:tbl>
    <w:p w14:paraId="47D6AF25"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241C2D1B"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209FC2E" w14:textId="77777777" w:rsidR="007F6729" w:rsidRPr="000343EB" w:rsidRDefault="007F6729" w:rsidP="009A7F35">
            <w:pPr>
              <w:spacing w:before="40" w:after="40"/>
              <w:jc w:val="center"/>
              <w:rPr>
                <w:lang w:val="tr-TR"/>
              </w:rPr>
            </w:pPr>
            <w:r w:rsidRPr="000343EB">
              <w:rPr>
                <w:sz w:val="14"/>
                <w:lang w:val="tr-TR"/>
              </w:rPr>
              <w:t>Görevlendirilmesi düşünülen öğretim elemanının görev yaptığı birime görevlendirme talep yazısının gönderilmesi.</w:t>
            </w:r>
          </w:p>
        </w:tc>
      </w:tr>
    </w:tbl>
    <w:p w14:paraId="67FB27B8"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2308B8AB"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92F9F8D" w14:textId="77777777" w:rsidR="007F6729" w:rsidRPr="000343EB" w:rsidRDefault="007F6729" w:rsidP="009A7F35">
            <w:pPr>
              <w:spacing w:before="40" w:after="40"/>
              <w:jc w:val="center"/>
              <w:rPr>
                <w:lang w:val="tr-TR"/>
              </w:rPr>
            </w:pPr>
            <w:r w:rsidRPr="000343EB">
              <w:rPr>
                <w:sz w:val="14"/>
                <w:lang w:val="tr-TR"/>
              </w:rPr>
              <w:t>İlgili birim tarafından öğretim elemanının görevlendirilmesinin uygun olup olmadığı değerlendirilerek görüşün talep eden birime/Rektörlüğe bildirilmesi.</w:t>
            </w:r>
          </w:p>
        </w:tc>
      </w:tr>
    </w:tbl>
    <w:p w14:paraId="20A146CC"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538EE350"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6625CF4E" w14:textId="77777777" w:rsidR="007F6729" w:rsidRPr="000343EB" w:rsidRDefault="007F6729" w:rsidP="009A7F35">
            <w:pPr>
              <w:spacing w:before="40" w:after="40"/>
              <w:jc w:val="center"/>
              <w:rPr>
                <w:lang w:val="tr-TR"/>
              </w:rPr>
            </w:pPr>
            <w:r w:rsidRPr="000343EB">
              <w:rPr>
                <w:sz w:val="14"/>
                <w:lang w:val="tr-TR"/>
              </w:rPr>
              <w:t>Uygun bulunan görevlendirmenin ilgili Fakülte/Enstitü/Yüksekokul/MYO yönetim kurulunda değerlendirilmesi ve gerekli kararın alınması.</w:t>
            </w:r>
          </w:p>
        </w:tc>
      </w:tr>
    </w:tbl>
    <w:p w14:paraId="2BB35732"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2948CB1"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A24D88E" w14:textId="77777777" w:rsidR="007F6729" w:rsidRPr="000343EB" w:rsidRDefault="007F6729" w:rsidP="009A7F35">
            <w:pPr>
              <w:spacing w:before="40" w:after="40"/>
              <w:jc w:val="center"/>
              <w:rPr>
                <w:lang w:val="tr-TR"/>
              </w:rPr>
            </w:pPr>
            <w:r w:rsidRPr="000343EB">
              <w:rPr>
                <w:sz w:val="14"/>
                <w:lang w:val="tr-TR"/>
              </w:rPr>
              <w:t>Yetki ve süre hükümleri çerçevesinde görevlendirme onayının yetkili makam tarafından sonuçlandırılması.</w:t>
            </w:r>
          </w:p>
        </w:tc>
      </w:tr>
    </w:tbl>
    <w:p w14:paraId="67E61241"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2B1B2043"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00572B0C" w14:textId="77777777" w:rsidR="007F6729" w:rsidRPr="000343EB" w:rsidRDefault="007F6729" w:rsidP="009A7F35">
            <w:pPr>
              <w:spacing w:before="40" w:after="40"/>
              <w:jc w:val="center"/>
              <w:rPr>
                <w:lang w:val="tr-TR"/>
              </w:rPr>
            </w:pPr>
            <w:r w:rsidRPr="000343EB">
              <w:rPr>
                <w:sz w:val="14"/>
                <w:lang w:val="tr-TR"/>
              </w:rPr>
              <w:t>Onayın ilgili akademik birimlere ve personele bildirilmesi; ders görevlendirme ve ilgili personel kayıtlarının güncellenmesi.</w:t>
            </w:r>
          </w:p>
        </w:tc>
      </w:tr>
    </w:tbl>
    <w:p w14:paraId="4AB166F5"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0FFE0CE"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2C7AB36" w14:textId="77777777" w:rsidR="007F6729" w:rsidRPr="000343EB" w:rsidRDefault="007F6729" w:rsidP="009A7F35">
            <w:pPr>
              <w:spacing w:before="40" w:after="40"/>
              <w:jc w:val="center"/>
              <w:rPr>
                <w:lang w:val="tr-TR"/>
              </w:rPr>
            </w:pPr>
            <w:r w:rsidRPr="000343EB">
              <w:rPr>
                <w:sz w:val="14"/>
                <w:lang w:val="tr-TR"/>
              </w:rPr>
              <w:t>İşlem evrakının ilgili dosyada muhafaza edilmesi.</w:t>
            </w:r>
          </w:p>
        </w:tc>
      </w:tr>
    </w:tbl>
    <w:p w14:paraId="435FFC6D" w14:textId="77777777" w:rsidR="007F6729" w:rsidRPr="000343EB" w:rsidRDefault="007F6729" w:rsidP="007F6729">
      <w:pPr>
        <w:spacing w:after="20"/>
        <w:jc w:val="center"/>
        <w:rPr>
          <w:lang w:val="tr-TR"/>
        </w:rPr>
      </w:pPr>
      <w:r w:rsidRPr="000343EB">
        <w:rPr>
          <w:b/>
          <w:color w:val="B97000"/>
          <w:sz w:val="16"/>
          <w:lang w:val="tr-TR"/>
        </w:rPr>
        <w:t>BİTİŞ</w:t>
      </w:r>
    </w:p>
    <w:p w14:paraId="5463C746"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2547 sayılı Yükseköğretim Kanunu m.40/a; SBÜ eğitim-öğretim ve akademik personel görevlendirme süreçleri ile yürürlükteki imza yetkileri.</w:t>
      </w:r>
    </w:p>
    <w:p w14:paraId="12E0B4EE" w14:textId="77777777" w:rsidR="007F6729" w:rsidRPr="000343EB" w:rsidRDefault="007F6729" w:rsidP="007F6729">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09D9EE97"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189C289" w14:textId="77777777" w:rsidR="007F6729" w:rsidRPr="000343EB" w:rsidRDefault="007F6729" w:rsidP="009A7F35">
            <w:pPr>
              <w:jc w:val="center"/>
              <w:rPr>
                <w:lang w:val="tr-TR"/>
              </w:rPr>
            </w:pPr>
            <w:r w:rsidRPr="000343EB">
              <w:rPr>
                <w:noProof/>
                <w:lang w:val="tr-TR"/>
              </w:rPr>
              <w:lastRenderedPageBreak/>
              <w:drawing>
                <wp:inline distT="0" distB="0" distL="0" distR="0" wp14:anchorId="6CE45661" wp14:editId="0ED2B503">
                  <wp:extent cx="720000" cy="721629"/>
                  <wp:effectExtent l="0" t="0" r="0" b="0"/>
                  <wp:docPr id="17451980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2CF8E4D4"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40. Maddenin (b) Fıkrası Kapsamında</w:t>
            </w:r>
            <w:r w:rsidRPr="000343EB">
              <w:rPr>
                <w:rFonts w:ascii="Arial" w:hAnsi="Arial"/>
                <w:b/>
                <w:color w:val="14375F"/>
                <w:sz w:val="19"/>
                <w:lang w:val="tr-TR"/>
              </w:rPr>
              <w:br/>
              <w:t>Görevlendirme 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636F516F"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09406E9" w14:textId="77777777" w:rsidR="007F6729" w:rsidRPr="000343EB" w:rsidRDefault="007F6729" w:rsidP="009A7F35">
            <w:pPr>
              <w:rPr>
                <w:lang w:val="tr-TR"/>
              </w:rPr>
            </w:pPr>
            <w:r w:rsidRPr="000343EB">
              <w:rPr>
                <w:sz w:val="14"/>
                <w:lang w:val="tr-TR"/>
              </w:rPr>
              <w:t>UNİKA-İAS-C2-011</w:t>
            </w:r>
          </w:p>
        </w:tc>
      </w:tr>
      <w:tr w:rsidR="007F6729" w:rsidRPr="000343EB" w14:paraId="21B6EAAB"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8A2D773"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6A2FF9EB"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D938D7A"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0A76ABF" w14:textId="77777777" w:rsidR="007F6729" w:rsidRPr="000343EB" w:rsidRDefault="007F6729" w:rsidP="009A7F35">
            <w:pPr>
              <w:rPr>
                <w:lang w:val="tr-TR"/>
              </w:rPr>
            </w:pPr>
            <w:r w:rsidRPr="000343EB">
              <w:rPr>
                <w:sz w:val="14"/>
                <w:lang w:val="tr-TR"/>
              </w:rPr>
              <w:t>11.05.2023</w:t>
            </w:r>
          </w:p>
        </w:tc>
      </w:tr>
      <w:tr w:rsidR="007F6729" w:rsidRPr="000343EB" w14:paraId="711D2B96"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1556E54"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45763594"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2F236EC"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131DDF8" w14:textId="77777777" w:rsidR="007F6729" w:rsidRPr="000343EB" w:rsidRDefault="007F6729" w:rsidP="009A7F35">
            <w:pPr>
              <w:rPr>
                <w:lang w:val="tr-TR"/>
              </w:rPr>
            </w:pPr>
            <w:r w:rsidRPr="000343EB">
              <w:rPr>
                <w:sz w:val="14"/>
                <w:lang w:val="tr-TR"/>
              </w:rPr>
              <w:t>-</w:t>
            </w:r>
          </w:p>
        </w:tc>
      </w:tr>
      <w:tr w:rsidR="007F6729" w:rsidRPr="000343EB" w14:paraId="38DFF454"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71E180D"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288D61CC"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2ED95FE"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FA004AA" w14:textId="77777777" w:rsidR="007F6729" w:rsidRPr="000343EB" w:rsidRDefault="007F6729" w:rsidP="009A7F35">
            <w:pPr>
              <w:rPr>
                <w:lang w:val="tr-TR"/>
              </w:rPr>
            </w:pPr>
            <w:r w:rsidRPr="000343EB">
              <w:rPr>
                <w:sz w:val="14"/>
                <w:lang w:val="tr-TR"/>
              </w:rPr>
              <w:t>0</w:t>
            </w:r>
          </w:p>
        </w:tc>
      </w:tr>
    </w:tbl>
    <w:p w14:paraId="02AD1D0D" w14:textId="77777777" w:rsidR="007F6729" w:rsidRPr="000343EB" w:rsidRDefault="007F6729" w:rsidP="007F6729">
      <w:pPr>
        <w:spacing w:after="0"/>
        <w:rPr>
          <w:lang w:val="tr-TR"/>
        </w:rPr>
      </w:pPr>
    </w:p>
    <w:p w14:paraId="464029BB"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250B27E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68DB2A5" w14:textId="77777777" w:rsidR="007F6729" w:rsidRPr="000343EB" w:rsidRDefault="007F6729" w:rsidP="009A7F35">
            <w:pPr>
              <w:spacing w:before="40" w:after="40"/>
              <w:jc w:val="center"/>
              <w:rPr>
                <w:lang w:val="tr-TR"/>
              </w:rPr>
            </w:pPr>
            <w:r w:rsidRPr="000343EB">
              <w:rPr>
                <w:sz w:val="14"/>
                <w:lang w:val="tr-TR"/>
              </w:rPr>
              <w:t>2547 sayılı Kanunun 40/b maddesi kapsamında başka bir yükseköğretim kurumundan veya başka bir yükseköğretim kurumuna görevlendirme talebinin Üniversiteye ulaşması.</w:t>
            </w:r>
          </w:p>
        </w:tc>
      </w:tr>
    </w:tbl>
    <w:p w14:paraId="38069918"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6076354C"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702BEED4" w14:textId="77777777" w:rsidR="007F6729" w:rsidRPr="000343EB" w:rsidRDefault="007F6729" w:rsidP="009A7F35">
            <w:pPr>
              <w:spacing w:before="40" w:after="40"/>
              <w:jc w:val="center"/>
              <w:rPr>
                <w:lang w:val="tr-TR"/>
              </w:rPr>
            </w:pPr>
            <w:r w:rsidRPr="000343EB">
              <w:rPr>
                <w:sz w:val="14"/>
                <w:lang w:val="tr-TR"/>
              </w:rPr>
              <w:t>Akademik personelin durumunun görev yaptığı birimce incelenmesi ve ilgili üniversiteden gelen yazı/talep doğrultusunda birim görüşünün oluşturulması.</w:t>
            </w:r>
          </w:p>
        </w:tc>
      </w:tr>
    </w:tbl>
    <w:p w14:paraId="31E78F3C"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015B63AE"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B6EB67C" w14:textId="77777777" w:rsidR="007F6729" w:rsidRPr="000343EB" w:rsidRDefault="007F6729" w:rsidP="009A7F35">
            <w:pPr>
              <w:spacing w:before="40" w:after="40"/>
              <w:jc w:val="center"/>
              <w:rPr>
                <w:lang w:val="tr-TR"/>
              </w:rPr>
            </w:pPr>
            <w:r w:rsidRPr="000343EB">
              <w:rPr>
                <w:sz w:val="14"/>
                <w:lang w:val="tr-TR"/>
              </w:rPr>
              <w:t>Birimce uygun görülmesi hâlinde personelin görevlendirme talebi ve birim görüş/kararının Rektörlüğe/Üniversite Yönetim Kuruluna sunulması; uygun görülmemesi hâlinde ilgili üniversiteye bildirim yapılması.</w:t>
            </w:r>
          </w:p>
        </w:tc>
      </w:tr>
    </w:tbl>
    <w:p w14:paraId="2A0BB944"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02D1004"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ECF423E" w14:textId="77777777" w:rsidR="007F6729" w:rsidRPr="000343EB" w:rsidRDefault="007F6729" w:rsidP="009A7F35">
            <w:pPr>
              <w:spacing w:before="40" w:after="40"/>
              <w:jc w:val="center"/>
              <w:rPr>
                <w:lang w:val="tr-TR"/>
              </w:rPr>
            </w:pPr>
            <w:r w:rsidRPr="000343EB">
              <w:rPr>
                <w:sz w:val="14"/>
                <w:lang w:val="tr-TR"/>
              </w:rPr>
              <w:t>Üniversite Yönetim Kurulunca talebin değerlendirilmesi; uygun karar hâlinde gerekli YÖK ve üniversiteler arası yazışmaların yürütülmesi.</w:t>
            </w:r>
          </w:p>
        </w:tc>
      </w:tr>
    </w:tbl>
    <w:p w14:paraId="2BCC3039"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1D87C9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5362D6D5" w14:textId="77777777" w:rsidR="007F6729" w:rsidRPr="000343EB" w:rsidRDefault="007F6729" w:rsidP="009A7F35">
            <w:pPr>
              <w:spacing w:before="40" w:after="40"/>
              <w:jc w:val="center"/>
              <w:rPr>
                <w:lang w:val="tr-TR"/>
              </w:rPr>
            </w:pPr>
            <w:r w:rsidRPr="000343EB">
              <w:rPr>
                <w:sz w:val="14"/>
                <w:lang w:val="tr-TR"/>
              </w:rPr>
              <w:t>YÖK/ilgili makam onayının ardından görevlendirilen personelin ilişik kesme, ayrılış ve karşı kurumda göreve başlama işlemlerinin tamamlanması.</w:t>
            </w:r>
          </w:p>
        </w:tc>
      </w:tr>
    </w:tbl>
    <w:p w14:paraId="39306880"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705506B1"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125C075" w14:textId="77777777" w:rsidR="007F6729" w:rsidRPr="000343EB" w:rsidRDefault="007F6729" w:rsidP="009A7F35">
            <w:pPr>
              <w:spacing w:before="40" w:after="40"/>
              <w:jc w:val="center"/>
              <w:rPr>
                <w:lang w:val="tr-TR"/>
              </w:rPr>
            </w:pPr>
            <w:r w:rsidRPr="000343EB">
              <w:rPr>
                <w:sz w:val="14"/>
                <w:lang w:val="tr-TR"/>
              </w:rPr>
              <w:t xml:space="preserve">Görevlendirme süresi sona erdiğinde personelin dönüş ve </w:t>
            </w:r>
            <w:proofErr w:type="spellStart"/>
            <w:r w:rsidRPr="000343EB">
              <w:rPr>
                <w:sz w:val="14"/>
                <w:lang w:val="tr-TR"/>
              </w:rPr>
              <w:t>SBÜ'de</w:t>
            </w:r>
            <w:proofErr w:type="spellEnd"/>
            <w:r w:rsidRPr="000343EB">
              <w:rPr>
                <w:sz w:val="14"/>
                <w:lang w:val="tr-TR"/>
              </w:rPr>
              <w:t xml:space="preserve"> göreve başlama işlemlerinin yürütülmesi; özlük, HİTAP/YÖKSİS ve personel sistemi kayıtlarının güncellenmesi.</w:t>
            </w:r>
          </w:p>
        </w:tc>
      </w:tr>
    </w:tbl>
    <w:p w14:paraId="08EEAB5E"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836EC5F"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730DA63" w14:textId="77777777" w:rsidR="007F6729" w:rsidRPr="000343EB" w:rsidRDefault="007F6729" w:rsidP="009A7F35">
            <w:pPr>
              <w:spacing w:before="40" w:after="40"/>
              <w:jc w:val="center"/>
              <w:rPr>
                <w:lang w:val="tr-TR"/>
              </w:rPr>
            </w:pPr>
            <w:r w:rsidRPr="000343EB">
              <w:rPr>
                <w:sz w:val="14"/>
                <w:lang w:val="tr-TR"/>
              </w:rPr>
              <w:t>İşlem evrakının personel özlük dosyasında muhafaza edilmesi.</w:t>
            </w:r>
          </w:p>
        </w:tc>
      </w:tr>
    </w:tbl>
    <w:p w14:paraId="2E16BB46" w14:textId="77777777" w:rsidR="007F6729" w:rsidRPr="000343EB" w:rsidRDefault="007F6729" w:rsidP="007F6729">
      <w:pPr>
        <w:spacing w:after="20"/>
        <w:jc w:val="center"/>
        <w:rPr>
          <w:lang w:val="tr-TR"/>
        </w:rPr>
      </w:pPr>
      <w:r w:rsidRPr="000343EB">
        <w:rPr>
          <w:b/>
          <w:color w:val="B97000"/>
          <w:sz w:val="16"/>
          <w:lang w:val="tr-TR"/>
        </w:rPr>
        <w:t>BİTİŞ</w:t>
      </w:r>
    </w:p>
    <w:p w14:paraId="391B4033"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2547 sayılı Yükseköğretim Kanunu m.40/b ve ilgili YÖK düzenlemeleri; SBÜ Personel Daire Başkanlığı akademik personel görevlendirme görevleri.</w:t>
      </w:r>
    </w:p>
    <w:p w14:paraId="657AC136" w14:textId="77777777" w:rsidR="007F6729" w:rsidRPr="000343EB" w:rsidRDefault="007F6729" w:rsidP="007F6729">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74DD2879"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315328E8" w14:textId="77777777" w:rsidR="007F6729" w:rsidRPr="000343EB" w:rsidRDefault="007F6729" w:rsidP="009A7F35">
            <w:pPr>
              <w:jc w:val="center"/>
              <w:rPr>
                <w:lang w:val="tr-TR"/>
              </w:rPr>
            </w:pPr>
            <w:r w:rsidRPr="000343EB">
              <w:rPr>
                <w:noProof/>
                <w:lang w:val="tr-TR"/>
              </w:rPr>
              <w:lastRenderedPageBreak/>
              <w:drawing>
                <wp:inline distT="0" distB="0" distL="0" distR="0" wp14:anchorId="4476EB9D" wp14:editId="2139B05E">
                  <wp:extent cx="720000" cy="721629"/>
                  <wp:effectExtent l="0" t="0" r="0" b="0"/>
                  <wp:docPr id="14507406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5E552286"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1416 S.K. Kapsamında Atama İşlemleri</w:t>
            </w:r>
            <w:r w:rsidRPr="000343EB">
              <w:rPr>
                <w:rFonts w:ascii="Arial" w:hAnsi="Arial"/>
                <w:b/>
                <w:color w:val="14375F"/>
                <w:sz w:val="19"/>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031A4B25"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2C18377" w14:textId="77777777" w:rsidR="007F6729" w:rsidRPr="000343EB" w:rsidRDefault="007F6729" w:rsidP="009A7F35">
            <w:pPr>
              <w:rPr>
                <w:lang w:val="tr-TR"/>
              </w:rPr>
            </w:pPr>
            <w:r w:rsidRPr="000343EB">
              <w:rPr>
                <w:sz w:val="14"/>
                <w:lang w:val="tr-TR"/>
              </w:rPr>
              <w:t>UNİKA-İAS-C2-012</w:t>
            </w:r>
          </w:p>
        </w:tc>
      </w:tr>
      <w:tr w:rsidR="007F6729" w:rsidRPr="000343EB" w14:paraId="039E760F"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3669C4C"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286F0A4"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DCAA609"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225074D3" w14:textId="77777777" w:rsidR="007F6729" w:rsidRPr="000343EB" w:rsidRDefault="007F6729" w:rsidP="009A7F35">
            <w:pPr>
              <w:rPr>
                <w:lang w:val="tr-TR"/>
              </w:rPr>
            </w:pPr>
            <w:r w:rsidRPr="000343EB">
              <w:rPr>
                <w:sz w:val="14"/>
                <w:lang w:val="tr-TR"/>
              </w:rPr>
              <w:t>11.05.2023</w:t>
            </w:r>
          </w:p>
        </w:tc>
      </w:tr>
      <w:tr w:rsidR="007F6729" w:rsidRPr="000343EB" w14:paraId="78D74AA5"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123C1C9"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03CE3FE6"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A76020B"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C392F45" w14:textId="77777777" w:rsidR="007F6729" w:rsidRPr="000343EB" w:rsidRDefault="007F6729" w:rsidP="009A7F35">
            <w:pPr>
              <w:rPr>
                <w:lang w:val="tr-TR"/>
              </w:rPr>
            </w:pPr>
            <w:r w:rsidRPr="000343EB">
              <w:rPr>
                <w:sz w:val="14"/>
                <w:lang w:val="tr-TR"/>
              </w:rPr>
              <w:t>-</w:t>
            </w:r>
          </w:p>
        </w:tc>
      </w:tr>
      <w:tr w:rsidR="007F6729" w:rsidRPr="000343EB" w14:paraId="446E2242"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657A150"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1AD46031"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07B0174"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9F3AE2F" w14:textId="77777777" w:rsidR="007F6729" w:rsidRPr="000343EB" w:rsidRDefault="007F6729" w:rsidP="009A7F35">
            <w:pPr>
              <w:rPr>
                <w:lang w:val="tr-TR"/>
              </w:rPr>
            </w:pPr>
            <w:r w:rsidRPr="000343EB">
              <w:rPr>
                <w:sz w:val="14"/>
                <w:lang w:val="tr-TR"/>
              </w:rPr>
              <w:t>0</w:t>
            </w:r>
          </w:p>
        </w:tc>
      </w:tr>
    </w:tbl>
    <w:p w14:paraId="50250801" w14:textId="77777777" w:rsidR="007F6729" w:rsidRPr="000343EB" w:rsidRDefault="007F6729" w:rsidP="007F6729">
      <w:pPr>
        <w:spacing w:after="0"/>
        <w:rPr>
          <w:lang w:val="tr-TR"/>
        </w:rPr>
      </w:pPr>
    </w:p>
    <w:p w14:paraId="37B0F9E3"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16DEDFE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B6F460B" w14:textId="77777777" w:rsidR="007F6729" w:rsidRPr="000343EB" w:rsidRDefault="007F6729" w:rsidP="009A7F35">
            <w:pPr>
              <w:spacing w:before="40" w:after="40"/>
              <w:jc w:val="center"/>
              <w:rPr>
                <w:lang w:val="tr-TR"/>
              </w:rPr>
            </w:pPr>
            <w:r w:rsidRPr="000343EB">
              <w:rPr>
                <w:sz w:val="14"/>
                <w:lang w:val="tr-TR"/>
              </w:rPr>
              <w:t>1416 sayılı Kanun kapsamında yurt dışı lisansüstü öğrenimini tamamlayan bursiyerin, atamasının Sağlık Bilimleri Üniversitesine yapılmasına ilişkin MEB/YLSY yazısı ve başvuru belgelerinin Üniversiteye ulaşması.</w:t>
            </w:r>
          </w:p>
        </w:tc>
      </w:tr>
    </w:tbl>
    <w:p w14:paraId="7F405477"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C46CB25"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61F5583B" w14:textId="77777777" w:rsidR="007F6729" w:rsidRPr="000343EB" w:rsidRDefault="007F6729" w:rsidP="009A7F35">
            <w:pPr>
              <w:spacing w:before="40" w:after="40"/>
              <w:jc w:val="center"/>
              <w:rPr>
                <w:lang w:val="tr-TR"/>
              </w:rPr>
            </w:pPr>
            <w:r w:rsidRPr="000343EB">
              <w:rPr>
                <w:sz w:val="14"/>
                <w:lang w:val="tr-TR"/>
              </w:rPr>
              <w:t>Başvuru ve öğrenim belgelerinin Personel Daire Başkanlığınca incelenmesi; ihtiyaç hâlinde Millî Eğitim Bakanlığı ve ilgili kurumlarla gerekli yazışmaların yapılması.</w:t>
            </w:r>
          </w:p>
        </w:tc>
      </w:tr>
    </w:tbl>
    <w:p w14:paraId="62EBF9A5"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373CD59E"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1D5196B" w14:textId="77777777" w:rsidR="007F6729" w:rsidRPr="000343EB" w:rsidRDefault="007F6729" w:rsidP="009A7F35">
            <w:pPr>
              <w:spacing w:before="40" w:after="40"/>
              <w:jc w:val="center"/>
              <w:rPr>
                <w:lang w:val="tr-TR"/>
              </w:rPr>
            </w:pPr>
            <w:r w:rsidRPr="000343EB">
              <w:rPr>
                <w:sz w:val="14"/>
                <w:lang w:val="tr-TR"/>
              </w:rPr>
              <w:t>Adayın öğrenim alanının, Üniversitenin akademik birimleri ve ihtiyaç duyulan bilim/anabilim dalı ile uygunluğunun ilgili akademik birim görüşü alınarak değerlendirilmesi.</w:t>
            </w:r>
          </w:p>
        </w:tc>
      </w:tr>
    </w:tbl>
    <w:p w14:paraId="33DBEDA2"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6243B5E5"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17383486" w14:textId="77777777" w:rsidR="007F6729" w:rsidRPr="000343EB" w:rsidRDefault="007F6729" w:rsidP="009A7F35">
            <w:pPr>
              <w:spacing w:before="40" w:after="40"/>
              <w:jc w:val="center"/>
              <w:rPr>
                <w:lang w:val="tr-TR"/>
              </w:rPr>
            </w:pPr>
            <w:r w:rsidRPr="000343EB">
              <w:rPr>
                <w:sz w:val="14"/>
                <w:lang w:val="tr-TR"/>
              </w:rPr>
              <w:t>Ataması uygun bulunan aday için mevzuatın öngördüğü kadro/izin işlemlerinin YÖK ve ilgili makamlar nezdinde yürütülmesi; uygun bulunmayan durumun ilgili kurumlara bildirilmesi.</w:t>
            </w:r>
          </w:p>
        </w:tc>
      </w:tr>
    </w:tbl>
    <w:p w14:paraId="5AA5FB64"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1B792BF"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CAA0611" w14:textId="77777777" w:rsidR="007F6729" w:rsidRPr="000343EB" w:rsidRDefault="007F6729" w:rsidP="009A7F35">
            <w:pPr>
              <w:spacing w:before="40" w:after="40"/>
              <w:jc w:val="center"/>
              <w:rPr>
                <w:lang w:val="tr-TR"/>
              </w:rPr>
            </w:pPr>
            <w:r w:rsidRPr="000343EB">
              <w:rPr>
                <w:sz w:val="14"/>
                <w:lang w:val="tr-TR"/>
              </w:rPr>
              <w:t>Gerekli kadro ve atama şartlarının tamamlanmasının ardından atama onayının hazırlanarak yetkili makamın onayına sunulması.</w:t>
            </w:r>
          </w:p>
        </w:tc>
      </w:tr>
    </w:tbl>
    <w:p w14:paraId="4A855153"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11A0EC3C"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778DAFDF" w14:textId="77777777" w:rsidR="007F6729" w:rsidRPr="000343EB" w:rsidRDefault="007F6729" w:rsidP="009A7F35">
            <w:pPr>
              <w:spacing w:before="40" w:after="40"/>
              <w:jc w:val="center"/>
              <w:rPr>
                <w:lang w:val="tr-TR"/>
              </w:rPr>
            </w:pPr>
            <w:r w:rsidRPr="000343EB">
              <w:rPr>
                <w:sz w:val="14"/>
                <w:lang w:val="tr-TR"/>
              </w:rPr>
              <w:t>Ataması yapılan personelin göreve başlatılması; göreve başlama bilgisinin MEB'e ve gerekli diğer kurumlara bildirilmesi; HİTAP/YÖKSİS ve personel kayıtlarının tamamlanması.</w:t>
            </w:r>
          </w:p>
        </w:tc>
      </w:tr>
    </w:tbl>
    <w:p w14:paraId="659374C3"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66FD63E6"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64F35B2B" w14:textId="77777777" w:rsidR="007F6729" w:rsidRPr="000343EB" w:rsidRDefault="007F6729" w:rsidP="009A7F35">
            <w:pPr>
              <w:spacing w:before="40" w:after="40"/>
              <w:jc w:val="center"/>
              <w:rPr>
                <w:lang w:val="tr-TR"/>
              </w:rPr>
            </w:pPr>
            <w:r w:rsidRPr="000343EB">
              <w:rPr>
                <w:sz w:val="14"/>
                <w:lang w:val="tr-TR"/>
              </w:rPr>
              <w:t>İşlem evrakının personel özlük dosyasında muhafaza edilmesi.</w:t>
            </w:r>
          </w:p>
        </w:tc>
      </w:tr>
    </w:tbl>
    <w:p w14:paraId="21EE623F" w14:textId="77777777" w:rsidR="007F6729" w:rsidRPr="000343EB" w:rsidRDefault="007F6729" w:rsidP="007F6729">
      <w:pPr>
        <w:spacing w:after="20"/>
        <w:jc w:val="center"/>
        <w:rPr>
          <w:lang w:val="tr-TR"/>
        </w:rPr>
      </w:pPr>
      <w:r w:rsidRPr="000343EB">
        <w:rPr>
          <w:b/>
          <w:color w:val="B97000"/>
          <w:sz w:val="16"/>
          <w:lang w:val="tr-TR"/>
        </w:rPr>
        <w:t>BİTİŞ</w:t>
      </w:r>
    </w:p>
    <w:p w14:paraId="513BCFBF"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1416 sayılı Ecnebi Memleketlere Gönderilecek Talebe Hakkında Kanun ve YLSY mevzuatı; 2547 sayılı Kanun; SBÜ Personel Daire Başkanlığı atama/kadro süreçleri.</w:t>
      </w:r>
    </w:p>
    <w:p w14:paraId="7E9DA973" w14:textId="77777777" w:rsidR="007F6729" w:rsidRPr="000343EB" w:rsidRDefault="007F6729" w:rsidP="007F6729">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7F6729" w:rsidRPr="000343EB" w14:paraId="37776F94" w14:textId="77777777" w:rsidTr="009A7F35">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017AA388" w14:textId="77777777" w:rsidR="007F6729" w:rsidRPr="000343EB" w:rsidRDefault="007F6729" w:rsidP="009A7F35">
            <w:pPr>
              <w:jc w:val="center"/>
              <w:rPr>
                <w:lang w:val="tr-TR"/>
              </w:rPr>
            </w:pPr>
            <w:r w:rsidRPr="000343EB">
              <w:rPr>
                <w:noProof/>
                <w:lang w:val="tr-TR"/>
              </w:rPr>
              <w:lastRenderedPageBreak/>
              <w:drawing>
                <wp:inline distT="0" distB="0" distL="0" distR="0" wp14:anchorId="3D2FC0D1" wp14:editId="6C04F461">
                  <wp:extent cx="720000" cy="721629"/>
                  <wp:effectExtent l="0" t="0" r="0" b="0"/>
                  <wp:docPr id="2559031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58E04A88" w14:textId="77777777" w:rsidR="007F6729" w:rsidRPr="000343EB" w:rsidRDefault="007F6729" w:rsidP="009A7F35">
            <w:pPr>
              <w:jc w:val="center"/>
              <w:rPr>
                <w:lang w:val="tr-TR"/>
              </w:rPr>
            </w:pPr>
            <w:r w:rsidRPr="000343EB">
              <w:rPr>
                <w:rFonts w:ascii="Arial" w:hAnsi="Arial"/>
                <w:b/>
                <w:color w:val="14375F"/>
                <w:sz w:val="19"/>
                <w:lang w:val="tr-TR"/>
              </w:rPr>
              <w:t>T.C.</w:t>
            </w:r>
            <w:r w:rsidRPr="000343EB">
              <w:rPr>
                <w:rFonts w:ascii="Arial" w:hAnsi="Arial"/>
                <w:b/>
                <w:color w:val="14375F"/>
                <w:sz w:val="19"/>
                <w:lang w:val="tr-TR"/>
              </w:rPr>
              <w:br/>
              <w:t>SAĞLIK BİLİMLERİ ÜNİVERSİTESİ</w:t>
            </w:r>
            <w:r w:rsidRPr="000343EB">
              <w:rPr>
                <w:rFonts w:ascii="Arial" w:hAnsi="Arial"/>
                <w:b/>
                <w:color w:val="14375F"/>
                <w:sz w:val="19"/>
                <w:lang w:val="tr-TR"/>
              </w:rPr>
              <w:br/>
              <w:t>PERSONEL DAİRE BAŞKANLIĞI</w:t>
            </w:r>
            <w:r w:rsidRPr="000343EB">
              <w:rPr>
                <w:rFonts w:ascii="Arial" w:hAnsi="Arial"/>
                <w:b/>
                <w:color w:val="14375F"/>
                <w:sz w:val="19"/>
                <w:lang w:val="tr-TR"/>
              </w:rPr>
              <w:br/>
              <w:t>Dekan Atama İşlemleri</w:t>
            </w:r>
            <w:r w:rsidRPr="000343EB">
              <w:rPr>
                <w:rFonts w:ascii="Arial" w:hAnsi="Arial"/>
                <w:b/>
                <w:color w:val="14375F"/>
                <w:sz w:val="19"/>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2F98311B" w14:textId="77777777" w:rsidR="007F6729" w:rsidRPr="000343EB" w:rsidRDefault="007F6729" w:rsidP="009A7F35">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CA094BF" w14:textId="77777777" w:rsidR="007F6729" w:rsidRPr="000343EB" w:rsidRDefault="007F6729" w:rsidP="009A7F35">
            <w:pPr>
              <w:rPr>
                <w:lang w:val="tr-TR"/>
              </w:rPr>
            </w:pPr>
            <w:r w:rsidRPr="000343EB">
              <w:rPr>
                <w:sz w:val="14"/>
                <w:lang w:val="tr-TR"/>
              </w:rPr>
              <w:t>UNİKA-İAS-C2-013</w:t>
            </w:r>
          </w:p>
        </w:tc>
      </w:tr>
      <w:tr w:rsidR="007F6729" w:rsidRPr="000343EB" w14:paraId="0EBF87FB"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C0054E8"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33C647CF"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8BDB008" w14:textId="77777777" w:rsidR="007F6729" w:rsidRPr="000343EB" w:rsidRDefault="007F6729" w:rsidP="009A7F35">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01708F6" w14:textId="77777777" w:rsidR="007F6729" w:rsidRPr="000343EB" w:rsidRDefault="007F6729" w:rsidP="009A7F35">
            <w:pPr>
              <w:rPr>
                <w:lang w:val="tr-TR"/>
              </w:rPr>
            </w:pPr>
            <w:r w:rsidRPr="000343EB">
              <w:rPr>
                <w:sz w:val="14"/>
                <w:lang w:val="tr-TR"/>
              </w:rPr>
              <w:t>11.05.2023</w:t>
            </w:r>
          </w:p>
        </w:tc>
      </w:tr>
      <w:tr w:rsidR="007F6729" w:rsidRPr="000343EB" w14:paraId="1A60BE8F"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4D06E04"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2B19820A"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C9E8131" w14:textId="77777777" w:rsidR="007F6729" w:rsidRPr="000343EB" w:rsidRDefault="007F6729" w:rsidP="009A7F35">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7CEFA2F" w14:textId="77777777" w:rsidR="007F6729" w:rsidRPr="000343EB" w:rsidRDefault="007F6729" w:rsidP="009A7F35">
            <w:pPr>
              <w:rPr>
                <w:lang w:val="tr-TR"/>
              </w:rPr>
            </w:pPr>
            <w:r w:rsidRPr="000343EB">
              <w:rPr>
                <w:sz w:val="14"/>
                <w:lang w:val="tr-TR"/>
              </w:rPr>
              <w:t>-</w:t>
            </w:r>
          </w:p>
        </w:tc>
      </w:tr>
      <w:tr w:rsidR="007F6729" w:rsidRPr="000343EB" w14:paraId="65098BE9" w14:textId="77777777" w:rsidTr="009A7F35">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C7B337E" w14:textId="77777777" w:rsidR="007F6729" w:rsidRPr="000343EB" w:rsidRDefault="007F6729" w:rsidP="009A7F35">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6D731D72" w14:textId="77777777" w:rsidR="007F6729" w:rsidRPr="000343EB" w:rsidRDefault="007F6729" w:rsidP="009A7F35">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43D92DA" w14:textId="77777777" w:rsidR="007F6729" w:rsidRPr="000343EB" w:rsidRDefault="007F6729" w:rsidP="009A7F35">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9379985" w14:textId="77777777" w:rsidR="007F6729" w:rsidRPr="000343EB" w:rsidRDefault="007F6729" w:rsidP="009A7F35">
            <w:pPr>
              <w:rPr>
                <w:lang w:val="tr-TR"/>
              </w:rPr>
            </w:pPr>
            <w:r w:rsidRPr="000343EB">
              <w:rPr>
                <w:sz w:val="14"/>
                <w:lang w:val="tr-TR"/>
              </w:rPr>
              <w:t>0</w:t>
            </w:r>
          </w:p>
        </w:tc>
      </w:tr>
    </w:tbl>
    <w:p w14:paraId="3A494894" w14:textId="77777777" w:rsidR="007F6729" w:rsidRPr="000343EB" w:rsidRDefault="007F6729" w:rsidP="007F6729">
      <w:pPr>
        <w:spacing w:after="0"/>
        <w:rPr>
          <w:lang w:val="tr-TR"/>
        </w:rPr>
      </w:pPr>
    </w:p>
    <w:p w14:paraId="287234ED" w14:textId="77777777" w:rsidR="007F6729" w:rsidRPr="000343EB" w:rsidRDefault="007F6729" w:rsidP="007F6729">
      <w:pPr>
        <w:spacing w:after="20"/>
        <w:jc w:val="center"/>
        <w:rPr>
          <w:lang w:val="tr-TR"/>
        </w:rPr>
      </w:pPr>
      <w:r w:rsidRPr="000343EB">
        <w:rPr>
          <w:b/>
          <w:color w:val="B97000"/>
          <w:sz w:val="16"/>
          <w:lang w:val="tr-TR"/>
        </w:rPr>
        <w:t>BAŞLANGIÇ</w:t>
      </w:r>
    </w:p>
    <w:tbl>
      <w:tblPr>
        <w:tblW w:w="0" w:type="auto"/>
        <w:jc w:val="center"/>
        <w:tblLook w:val="04A0" w:firstRow="1" w:lastRow="0" w:firstColumn="1" w:lastColumn="0" w:noHBand="0" w:noVBand="1"/>
      </w:tblPr>
      <w:tblGrid>
        <w:gridCol w:w="7710"/>
      </w:tblGrid>
      <w:tr w:rsidR="007F6729" w:rsidRPr="000343EB" w14:paraId="05CDBAD0"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06535CC" w14:textId="77777777" w:rsidR="007F6729" w:rsidRPr="000343EB" w:rsidRDefault="007F6729" w:rsidP="009A7F35">
            <w:pPr>
              <w:spacing w:before="40" w:after="40"/>
              <w:jc w:val="center"/>
              <w:rPr>
                <w:lang w:val="tr-TR"/>
              </w:rPr>
            </w:pPr>
            <w:r w:rsidRPr="000343EB">
              <w:rPr>
                <w:sz w:val="14"/>
                <w:lang w:val="tr-TR"/>
              </w:rPr>
              <w:t xml:space="preserve">Fakülte dekanlığı için aday belirleme sürecinin 2547 sayılı Yükseköğretim Kanununun </w:t>
            </w:r>
            <w:proofErr w:type="gramStart"/>
            <w:r w:rsidRPr="000343EB">
              <w:rPr>
                <w:sz w:val="14"/>
                <w:lang w:val="tr-TR"/>
              </w:rPr>
              <w:t xml:space="preserve">16 </w:t>
            </w:r>
            <w:proofErr w:type="spellStart"/>
            <w:r w:rsidRPr="000343EB">
              <w:rPr>
                <w:sz w:val="14"/>
                <w:lang w:val="tr-TR"/>
              </w:rPr>
              <w:t>ncı</w:t>
            </w:r>
            <w:proofErr w:type="spellEnd"/>
            <w:proofErr w:type="gramEnd"/>
            <w:r w:rsidRPr="000343EB">
              <w:rPr>
                <w:sz w:val="14"/>
                <w:lang w:val="tr-TR"/>
              </w:rPr>
              <w:t xml:space="preserve"> maddesi uyarınca başlatılması.</w:t>
            </w:r>
          </w:p>
        </w:tc>
      </w:tr>
    </w:tbl>
    <w:p w14:paraId="40848006"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74BE69DB"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36304471" w14:textId="77777777" w:rsidR="007F6729" w:rsidRPr="000343EB" w:rsidRDefault="007F6729" w:rsidP="009A7F35">
            <w:pPr>
              <w:spacing w:before="40" w:after="40"/>
              <w:jc w:val="center"/>
              <w:rPr>
                <w:lang w:val="tr-TR"/>
              </w:rPr>
            </w:pPr>
            <w:r w:rsidRPr="000343EB">
              <w:rPr>
                <w:sz w:val="14"/>
                <w:lang w:val="tr-TR"/>
              </w:rPr>
              <w:t>Rektör tarafından profesörler arasından belirlenen dekan adaylarına ilişkin özgeçmiş ve gerekli bilgi/belgelerin hazırlanması.</w:t>
            </w:r>
          </w:p>
        </w:tc>
      </w:tr>
    </w:tbl>
    <w:p w14:paraId="47EFE959"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49AC388D"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59D7DFA9" w14:textId="77777777" w:rsidR="007F6729" w:rsidRPr="000343EB" w:rsidRDefault="007F6729" w:rsidP="009A7F35">
            <w:pPr>
              <w:spacing w:before="40" w:after="40"/>
              <w:jc w:val="center"/>
              <w:rPr>
                <w:lang w:val="tr-TR"/>
              </w:rPr>
            </w:pPr>
            <w:r w:rsidRPr="000343EB">
              <w:rPr>
                <w:sz w:val="14"/>
                <w:lang w:val="tr-TR"/>
              </w:rPr>
              <w:t>Dekan adaylarına ilişkin teklif ve belgelerin Rektörlük tarafından Yükseköğretim Kurulu Başkanlığına gönderilmesi.</w:t>
            </w:r>
          </w:p>
        </w:tc>
      </w:tr>
    </w:tbl>
    <w:p w14:paraId="6F02511C"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4BC3D347"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46EEA1D9" w14:textId="77777777" w:rsidR="007F6729" w:rsidRPr="000343EB" w:rsidRDefault="007F6729" w:rsidP="009A7F35">
            <w:pPr>
              <w:spacing w:before="40" w:after="40"/>
              <w:jc w:val="center"/>
              <w:rPr>
                <w:lang w:val="tr-TR"/>
              </w:rPr>
            </w:pPr>
            <w:r w:rsidRPr="000343EB">
              <w:rPr>
                <w:sz w:val="14"/>
                <w:lang w:val="tr-TR"/>
              </w:rPr>
              <w:t>Yükseköğretim Kurulunca seçilen ve atanan Dekana ilişkin kararın Sağlık Bilimleri Üniversitesine bildirilmesi.</w:t>
            </w:r>
          </w:p>
        </w:tc>
      </w:tr>
    </w:tbl>
    <w:p w14:paraId="328D35A4"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01FFCF41"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6E4FAF2A" w14:textId="77777777" w:rsidR="007F6729" w:rsidRPr="000343EB" w:rsidRDefault="007F6729" w:rsidP="009A7F35">
            <w:pPr>
              <w:spacing w:before="40" w:after="40"/>
              <w:jc w:val="center"/>
              <w:rPr>
                <w:lang w:val="tr-TR"/>
              </w:rPr>
            </w:pPr>
            <w:r w:rsidRPr="000343EB">
              <w:rPr>
                <w:sz w:val="14"/>
                <w:lang w:val="tr-TR"/>
              </w:rPr>
              <w:t>Atama kararının Personel Daire Başkanlığınca ilgili Dekana, Fakülteye ve gerekli tüm birimlere resmî yazıyla bildirilmesi.</w:t>
            </w:r>
          </w:p>
        </w:tc>
      </w:tr>
    </w:tbl>
    <w:p w14:paraId="4DBEA0CB" w14:textId="77777777" w:rsidR="007F6729" w:rsidRPr="000343EB" w:rsidRDefault="007F6729" w:rsidP="007F6729">
      <w:pPr>
        <w:spacing w:after="0"/>
        <w:jc w:val="center"/>
        <w:rPr>
          <w:lang w:val="tr-TR"/>
        </w:rPr>
      </w:pPr>
      <w:r w:rsidRPr="000343EB">
        <w:rPr>
          <w:b/>
          <w:color w:val="B97000"/>
          <w:sz w:val="26"/>
          <w:lang w:val="tr-TR"/>
        </w:rPr>
        <w:t>↓</w:t>
      </w:r>
    </w:p>
    <w:tbl>
      <w:tblPr>
        <w:tblW w:w="0" w:type="auto"/>
        <w:jc w:val="center"/>
        <w:tblLook w:val="04A0" w:firstRow="1" w:lastRow="0" w:firstColumn="1" w:lastColumn="0" w:noHBand="0" w:noVBand="1"/>
      </w:tblPr>
      <w:tblGrid>
        <w:gridCol w:w="7710"/>
      </w:tblGrid>
      <w:tr w:rsidR="007F6729" w:rsidRPr="000343EB" w14:paraId="0BB741C0" w14:textId="77777777" w:rsidTr="009A7F35">
        <w:trPr>
          <w:jc w:val="center"/>
        </w:trPr>
        <w:tc>
          <w:tcPr>
            <w:tcW w:w="7710" w:type="dxa"/>
            <w:tcBorders>
              <w:top w:val="single" w:sz="16" w:space="0" w:color="173B6C"/>
              <w:left w:val="single" w:sz="16" w:space="0" w:color="173B6C"/>
              <w:bottom w:val="single" w:sz="16" w:space="0" w:color="173B6C"/>
              <w:right w:val="single" w:sz="16" w:space="0" w:color="173B6C"/>
            </w:tcBorders>
          </w:tcPr>
          <w:p w14:paraId="252B5DB9" w14:textId="77777777" w:rsidR="007F6729" w:rsidRPr="000343EB" w:rsidRDefault="007F6729" w:rsidP="009A7F35">
            <w:pPr>
              <w:spacing w:before="40" w:after="40"/>
              <w:jc w:val="center"/>
              <w:rPr>
                <w:lang w:val="tr-TR"/>
              </w:rPr>
            </w:pPr>
            <w:r w:rsidRPr="000343EB">
              <w:rPr>
                <w:sz w:val="14"/>
                <w:lang w:val="tr-TR"/>
              </w:rPr>
              <w:t>Atama ve göreve başlama bilgilerinin personel sistemi, HİTAP/YÖKSİS ve özlük kayıtlarına işlenmesi; işlem evrakının özlük dosyasında muhafaza edilmesi.</w:t>
            </w:r>
          </w:p>
        </w:tc>
      </w:tr>
    </w:tbl>
    <w:p w14:paraId="1062176E" w14:textId="77777777" w:rsidR="007F6729" w:rsidRPr="000343EB" w:rsidRDefault="007F6729" w:rsidP="007F6729">
      <w:pPr>
        <w:spacing w:after="20"/>
        <w:jc w:val="center"/>
        <w:rPr>
          <w:lang w:val="tr-TR"/>
        </w:rPr>
      </w:pPr>
      <w:r w:rsidRPr="000343EB">
        <w:rPr>
          <w:b/>
          <w:color w:val="B97000"/>
          <w:sz w:val="16"/>
          <w:lang w:val="tr-TR"/>
        </w:rPr>
        <w:t>BİTİŞ</w:t>
      </w:r>
    </w:p>
    <w:p w14:paraId="1E297EAD" w14:textId="77777777" w:rsidR="007F6729" w:rsidRPr="000343EB" w:rsidRDefault="007F6729" w:rsidP="007F6729">
      <w:pPr>
        <w:spacing w:before="20" w:after="0"/>
        <w:rPr>
          <w:lang w:val="tr-TR"/>
        </w:rPr>
      </w:pPr>
      <w:r w:rsidRPr="000343EB">
        <w:rPr>
          <w:b/>
          <w:sz w:val="12"/>
          <w:lang w:val="tr-TR"/>
        </w:rPr>
        <w:t xml:space="preserve">Dayanak / SBÜ Kurumsal Uyum: </w:t>
      </w:r>
      <w:r w:rsidRPr="000343EB">
        <w:rPr>
          <w:sz w:val="12"/>
          <w:lang w:val="tr-TR"/>
        </w:rPr>
        <w:t xml:space="preserve">2547 sayılı Yükseköğretim Kanunu m.16; Üniversitelerde Akademik Teşkilat </w:t>
      </w:r>
      <w:proofErr w:type="gramStart"/>
      <w:r w:rsidRPr="000343EB">
        <w:rPr>
          <w:sz w:val="12"/>
          <w:lang w:val="tr-TR"/>
        </w:rPr>
        <w:t>Yönetmeliği;</w:t>
      </w:r>
      <w:proofErr w:type="gramEnd"/>
      <w:r w:rsidRPr="000343EB">
        <w:rPr>
          <w:sz w:val="12"/>
          <w:lang w:val="tr-TR"/>
        </w:rPr>
        <w:t xml:space="preserve"> SBÜ Personel Daire Başkanlığı akademik yönetici atama süreçleri.</w:t>
      </w:r>
    </w:p>
    <w:p w14:paraId="154D0566" w14:textId="77777777" w:rsidR="007F6729" w:rsidRPr="000343EB" w:rsidRDefault="007F6729" w:rsidP="007F6729">
      <w:pPr>
        <w:spacing w:before="40" w:after="0"/>
        <w:rPr>
          <w:sz w:val="12"/>
          <w:lang w:val="tr-TR"/>
        </w:rPr>
      </w:pPr>
    </w:p>
    <w:p w14:paraId="1F404986" w14:textId="77777777" w:rsidR="006164F7" w:rsidRPr="000343EB" w:rsidRDefault="006164F7" w:rsidP="007F6729">
      <w:pPr>
        <w:spacing w:before="40" w:after="0"/>
        <w:rPr>
          <w:sz w:val="12"/>
          <w:lang w:val="tr-TR"/>
        </w:rPr>
      </w:pPr>
    </w:p>
    <w:p w14:paraId="4A885A84" w14:textId="77777777" w:rsidR="006164F7" w:rsidRPr="000343EB" w:rsidRDefault="006164F7" w:rsidP="007F6729">
      <w:pPr>
        <w:spacing w:before="40" w:after="0"/>
        <w:rPr>
          <w:sz w:val="12"/>
          <w:lang w:val="tr-TR"/>
        </w:rPr>
      </w:pPr>
    </w:p>
    <w:p w14:paraId="2391D120" w14:textId="77777777" w:rsidR="006164F7" w:rsidRPr="000343EB" w:rsidRDefault="006164F7" w:rsidP="007F6729">
      <w:pPr>
        <w:spacing w:before="40" w:after="0"/>
        <w:rPr>
          <w:sz w:val="12"/>
          <w:lang w:val="tr-TR"/>
        </w:rPr>
      </w:pPr>
    </w:p>
    <w:p w14:paraId="0FC1D415" w14:textId="77777777" w:rsidR="006164F7" w:rsidRPr="000343EB" w:rsidRDefault="006164F7" w:rsidP="007F6729">
      <w:pPr>
        <w:spacing w:before="40" w:after="0"/>
        <w:rPr>
          <w:sz w:val="12"/>
          <w:lang w:val="tr-TR"/>
        </w:rPr>
      </w:pPr>
    </w:p>
    <w:p w14:paraId="6FECD8C5" w14:textId="77777777" w:rsidR="006164F7" w:rsidRPr="000343EB" w:rsidRDefault="006164F7" w:rsidP="007F6729">
      <w:pPr>
        <w:spacing w:before="40" w:after="0"/>
        <w:rPr>
          <w:sz w:val="12"/>
          <w:lang w:val="tr-TR"/>
        </w:rPr>
      </w:pPr>
    </w:p>
    <w:p w14:paraId="2B7DDAB2" w14:textId="77777777" w:rsidR="006164F7" w:rsidRPr="000343EB" w:rsidRDefault="006164F7" w:rsidP="007F6729">
      <w:pPr>
        <w:spacing w:before="40" w:after="0"/>
        <w:rPr>
          <w:sz w:val="12"/>
          <w:lang w:val="tr-TR"/>
        </w:rPr>
      </w:pPr>
    </w:p>
    <w:p w14:paraId="0CA078D9" w14:textId="77777777" w:rsidR="006164F7" w:rsidRPr="000343EB" w:rsidRDefault="006164F7" w:rsidP="007F6729">
      <w:pPr>
        <w:spacing w:before="40" w:after="0"/>
        <w:rPr>
          <w:sz w:val="12"/>
          <w:lang w:val="tr-TR"/>
        </w:rPr>
      </w:pPr>
    </w:p>
    <w:p w14:paraId="1CED670B" w14:textId="77777777" w:rsidR="006164F7" w:rsidRPr="000343EB" w:rsidRDefault="006164F7" w:rsidP="007F6729">
      <w:pPr>
        <w:spacing w:before="40" w:after="0"/>
        <w:rPr>
          <w:sz w:val="12"/>
          <w:lang w:val="tr-TR"/>
        </w:rPr>
      </w:pPr>
    </w:p>
    <w:p w14:paraId="68661751" w14:textId="77777777" w:rsidR="006164F7" w:rsidRPr="000343EB" w:rsidRDefault="006164F7" w:rsidP="007F6729">
      <w:pPr>
        <w:spacing w:before="40" w:after="0"/>
        <w:rPr>
          <w:sz w:val="12"/>
          <w:lang w:val="tr-TR"/>
        </w:rPr>
      </w:pPr>
    </w:p>
    <w:p w14:paraId="2968D40A" w14:textId="77777777" w:rsidR="006164F7" w:rsidRPr="000343EB" w:rsidRDefault="006164F7" w:rsidP="007F6729">
      <w:pPr>
        <w:spacing w:before="40" w:after="0"/>
        <w:rPr>
          <w:sz w:val="12"/>
          <w:lang w:val="tr-TR"/>
        </w:rPr>
      </w:pPr>
    </w:p>
    <w:p w14:paraId="22C86EDE" w14:textId="77777777" w:rsidR="006164F7" w:rsidRPr="000343EB" w:rsidRDefault="006164F7" w:rsidP="007F6729">
      <w:pPr>
        <w:spacing w:before="40" w:after="0"/>
        <w:rPr>
          <w:sz w:val="12"/>
          <w:lang w:val="tr-TR"/>
        </w:rPr>
      </w:pPr>
    </w:p>
    <w:p w14:paraId="28EF6A60" w14:textId="77777777" w:rsidR="006164F7" w:rsidRPr="000343EB" w:rsidRDefault="006164F7" w:rsidP="007F6729">
      <w:pPr>
        <w:spacing w:before="40" w:after="0"/>
        <w:rPr>
          <w:sz w:val="12"/>
          <w:lang w:val="tr-TR"/>
        </w:rPr>
      </w:pPr>
    </w:p>
    <w:p w14:paraId="77C46015" w14:textId="77777777" w:rsidR="006164F7" w:rsidRPr="000343EB" w:rsidRDefault="006164F7" w:rsidP="007F6729">
      <w:pPr>
        <w:spacing w:before="40" w:after="0"/>
        <w:rPr>
          <w:sz w:val="12"/>
          <w:lang w:val="tr-TR"/>
        </w:rPr>
      </w:pPr>
    </w:p>
    <w:p w14:paraId="7AB14173" w14:textId="77777777" w:rsidR="006164F7" w:rsidRPr="000343EB" w:rsidRDefault="006164F7" w:rsidP="007F6729">
      <w:pPr>
        <w:spacing w:before="40" w:after="0"/>
        <w:rPr>
          <w:sz w:val="12"/>
          <w:lang w:val="tr-TR"/>
        </w:rPr>
      </w:pPr>
    </w:p>
    <w:p w14:paraId="210ADE86" w14:textId="77777777" w:rsidR="006164F7" w:rsidRPr="000343EB" w:rsidRDefault="006164F7" w:rsidP="007F6729">
      <w:pPr>
        <w:spacing w:before="40" w:after="0"/>
        <w:rPr>
          <w:sz w:val="12"/>
          <w:lang w:val="tr-TR"/>
        </w:rPr>
      </w:pPr>
    </w:p>
    <w:p w14:paraId="70D41B44" w14:textId="77777777" w:rsidR="006164F7" w:rsidRPr="000343EB" w:rsidRDefault="006164F7" w:rsidP="007F6729">
      <w:pPr>
        <w:spacing w:before="40" w:after="0"/>
        <w:rPr>
          <w:sz w:val="12"/>
          <w:lang w:val="tr-TR"/>
        </w:rPr>
      </w:pPr>
    </w:p>
    <w:p w14:paraId="3351A5C7" w14:textId="77777777" w:rsidR="006164F7" w:rsidRPr="000343EB" w:rsidRDefault="006164F7" w:rsidP="007F6729">
      <w:pPr>
        <w:spacing w:before="40" w:after="0"/>
        <w:rPr>
          <w:sz w:val="12"/>
          <w:lang w:val="tr-TR"/>
        </w:rPr>
      </w:pPr>
    </w:p>
    <w:p w14:paraId="78377EDD" w14:textId="77777777" w:rsidR="006164F7" w:rsidRPr="000343EB" w:rsidRDefault="006164F7" w:rsidP="007F6729">
      <w:pPr>
        <w:spacing w:before="40" w:after="0"/>
        <w:rPr>
          <w:sz w:val="12"/>
          <w:lang w:val="tr-TR"/>
        </w:rPr>
      </w:pPr>
    </w:p>
    <w:p w14:paraId="2D7FA8AD" w14:textId="77777777" w:rsidR="006164F7" w:rsidRPr="000343EB" w:rsidRDefault="006164F7" w:rsidP="007F6729">
      <w:pPr>
        <w:spacing w:before="40" w:after="0"/>
        <w:rPr>
          <w:sz w:val="12"/>
          <w:lang w:val="tr-TR"/>
        </w:rPr>
      </w:pPr>
    </w:p>
    <w:p w14:paraId="0A8D9FFC" w14:textId="77777777" w:rsidR="006164F7" w:rsidRPr="000343EB" w:rsidRDefault="006164F7" w:rsidP="007F6729">
      <w:pPr>
        <w:spacing w:before="40" w:after="0"/>
        <w:rPr>
          <w:sz w:val="12"/>
          <w:lang w:val="tr-TR"/>
        </w:rPr>
      </w:pPr>
    </w:p>
    <w:p w14:paraId="709F4100" w14:textId="77777777" w:rsidR="006164F7" w:rsidRPr="000343EB" w:rsidRDefault="006164F7" w:rsidP="007F6729">
      <w:pPr>
        <w:spacing w:before="40" w:after="0"/>
        <w:rPr>
          <w:sz w:val="12"/>
          <w:lang w:val="tr-TR"/>
        </w:rPr>
      </w:pPr>
    </w:p>
    <w:p w14:paraId="5756D95E" w14:textId="77777777" w:rsidR="006164F7" w:rsidRPr="000343EB" w:rsidRDefault="006164F7" w:rsidP="007F6729">
      <w:pPr>
        <w:spacing w:before="40" w:after="0"/>
        <w:rPr>
          <w:sz w:val="12"/>
          <w:lang w:val="tr-TR"/>
        </w:rPr>
      </w:pPr>
    </w:p>
    <w:p w14:paraId="0CA70667" w14:textId="77777777" w:rsidR="006164F7" w:rsidRPr="000343EB" w:rsidRDefault="006164F7" w:rsidP="007F6729">
      <w:pPr>
        <w:spacing w:before="40" w:after="0"/>
        <w:rPr>
          <w:sz w:val="12"/>
          <w:lang w:val="tr-TR"/>
        </w:rPr>
      </w:pPr>
    </w:p>
    <w:p w14:paraId="5C18FAF0" w14:textId="77777777" w:rsidR="006164F7" w:rsidRPr="000343EB" w:rsidRDefault="006164F7" w:rsidP="007F6729">
      <w:pPr>
        <w:spacing w:before="40" w:after="0"/>
        <w:rPr>
          <w:sz w:val="12"/>
          <w:lang w:val="tr-TR"/>
        </w:rPr>
      </w:pPr>
    </w:p>
    <w:p w14:paraId="01AA8D76" w14:textId="77777777" w:rsidR="006164F7" w:rsidRPr="000343EB" w:rsidRDefault="006164F7" w:rsidP="007F6729">
      <w:pPr>
        <w:spacing w:before="40" w:after="0"/>
        <w:rPr>
          <w:sz w:val="12"/>
          <w:lang w:val="tr-TR"/>
        </w:rPr>
      </w:pPr>
    </w:p>
    <w:p w14:paraId="6110AEE7" w14:textId="77777777" w:rsidR="006164F7" w:rsidRPr="000343EB" w:rsidRDefault="006164F7" w:rsidP="007F6729">
      <w:pPr>
        <w:spacing w:before="40" w:after="0"/>
        <w:rPr>
          <w:sz w:val="12"/>
          <w:lang w:val="tr-TR"/>
        </w:rPr>
      </w:pPr>
    </w:p>
    <w:p w14:paraId="63CAD128" w14:textId="77777777" w:rsidR="006164F7" w:rsidRPr="000343EB" w:rsidRDefault="006164F7" w:rsidP="007F6729">
      <w:pPr>
        <w:spacing w:before="40" w:after="0"/>
        <w:rPr>
          <w:sz w:val="12"/>
          <w:lang w:val="tr-TR"/>
        </w:rPr>
      </w:pPr>
    </w:p>
    <w:p w14:paraId="430479E2" w14:textId="77777777" w:rsidR="006164F7" w:rsidRPr="000343EB" w:rsidRDefault="006164F7" w:rsidP="007F6729">
      <w:pPr>
        <w:spacing w:before="40" w:after="0"/>
        <w:rPr>
          <w:sz w:val="12"/>
          <w:lang w:val="tr-TR"/>
        </w:rPr>
      </w:pPr>
    </w:p>
    <w:p w14:paraId="1ACA06A4" w14:textId="77777777" w:rsidR="006164F7" w:rsidRPr="000343EB" w:rsidRDefault="006164F7" w:rsidP="007F6729">
      <w:pPr>
        <w:spacing w:before="40" w:after="0"/>
        <w:rPr>
          <w:sz w:val="12"/>
          <w:lang w:val="tr-TR"/>
        </w:rPr>
      </w:pPr>
    </w:p>
    <w:p w14:paraId="2D917952" w14:textId="77777777" w:rsidR="006164F7" w:rsidRPr="000343EB" w:rsidRDefault="006164F7" w:rsidP="007F6729">
      <w:pPr>
        <w:spacing w:before="40" w:after="0"/>
        <w:rPr>
          <w:sz w:val="12"/>
          <w:lang w:val="tr-TR"/>
        </w:rPr>
      </w:pPr>
    </w:p>
    <w:p w14:paraId="238FA3F4" w14:textId="77777777" w:rsidR="006164F7" w:rsidRPr="000343EB" w:rsidRDefault="006164F7" w:rsidP="007F6729">
      <w:pPr>
        <w:spacing w:before="40" w:after="0"/>
        <w:rPr>
          <w:sz w:val="12"/>
          <w:lang w:val="tr-TR"/>
        </w:rPr>
      </w:pPr>
    </w:p>
    <w:p w14:paraId="64F5887A" w14:textId="77777777" w:rsidR="006164F7" w:rsidRPr="000343EB" w:rsidRDefault="006164F7" w:rsidP="007F6729">
      <w:pPr>
        <w:spacing w:before="40" w:after="0"/>
        <w:rPr>
          <w:sz w:val="12"/>
          <w:lang w:val="tr-TR"/>
        </w:rPr>
      </w:pPr>
    </w:p>
    <w:p w14:paraId="17EB8991" w14:textId="77777777" w:rsidR="006164F7" w:rsidRPr="000343EB" w:rsidRDefault="006164F7" w:rsidP="007F6729">
      <w:pPr>
        <w:spacing w:before="40" w:after="0"/>
        <w:rPr>
          <w:sz w:val="12"/>
          <w:lang w:val="tr-TR"/>
        </w:rPr>
      </w:pPr>
    </w:p>
    <w:p w14:paraId="79044DEB" w14:textId="77777777" w:rsidR="006164F7" w:rsidRPr="000343EB" w:rsidRDefault="006164F7" w:rsidP="007F6729">
      <w:pPr>
        <w:spacing w:before="40" w:after="0"/>
        <w:rPr>
          <w:sz w:val="12"/>
          <w:lang w:val="tr-TR"/>
        </w:rPr>
      </w:pPr>
    </w:p>
    <w:p w14:paraId="47F34A2F" w14:textId="77777777" w:rsidR="006164F7" w:rsidRPr="000343EB" w:rsidRDefault="006164F7" w:rsidP="007F6729">
      <w:pPr>
        <w:spacing w:before="40" w:after="0"/>
        <w:rPr>
          <w:sz w:val="12"/>
          <w:lang w:val="tr-TR"/>
        </w:rPr>
      </w:pPr>
    </w:p>
    <w:p w14:paraId="3713EEBE" w14:textId="77777777" w:rsidR="006164F7" w:rsidRPr="000343EB" w:rsidRDefault="006164F7" w:rsidP="007F6729">
      <w:pPr>
        <w:spacing w:before="40" w:after="0"/>
        <w:rPr>
          <w:sz w:val="12"/>
          <w:lang w:val="tr-TR"/>
        </w:rPr>
      </w:pPr>
    </w:p>
    <w:p w14:paraId="1F23A137" w14:textId="77777777" w:rsidR="006164F7" w:rsidRPr="000343EB" w:rsidRDefault="006164F7" w:rsidP="007F6729">
      <w:pPr>
        <w:spacing w:before="40" w:after="0"/>
        <w:rPr>
          <w:sz w:val="12"/>
          <w:lang w:val="tr-TR"/>
        </w:rPr>
      </w:pPr>
    </w:p>
    <w:p w14:paraId="6ECEDF3B" w14:textId="77777777" w:rsidR="006164F7" w:rsidRPr="000343EB" w:rsidRDefault="006164F7" w:rsidP="007F6729">
      <w:pPr>
        <w:spacing w:before="40" w:after="0"/>
        <w:rPr>
          <w:sz w:val="12"/>
          <w:lang w:val="tr-TR"/>
        </w:rPr>
      </w:pPr>
    </w:p>
    <w:p w14:paraId="4B92D673" w14:textId="77777777" w:rsidR="006164F7" w:rsidRPr="000343EB" w:rsidRDefault="006164F7" w:rsidP="007F6729">
      <w:pPr>
        <w:spacing w:before="40" w:after="0"/>
        <w:rPr>
          <w:sz w:val="12"/>
          <w:lang w:val="tr-TR"/>
        </w:rPr>
      </w:pPr>
    </w:p>
    <w:p w14:paraId="52366010" w14:textId="77777777" w:rsidR="006164F7" w:rsidRPr="000343EB" w:rsidRDefault="006164F7" w:rsidP="007F6729">
      <w:pPr>
        <w:spacing w:before="40" w:after="0"/>
        <w:rPr>
          <w:sz w:val="12"/>
          <w:lang w:val="tr-TR"/>
        </w:rPr>
      </w:pPr>
    </w:p>
    <w:p w14:paraId="07F0D4EF" w14:textId="77777777" w:rsidR="006164F7" w:rsidRPr="000343EB" w:rsidRDefault="006164F7" w:rsidP="007F6729">
      <w:pPr>
        <w:spacing w:before="40" w:after="0"/>
        <w:rPr>
          <w:sz w:val="12"/>
          <w:lang w:val="tr-TR"/>
        </w:rPr>
      </w:pPr>
    </w:p>
    <w:p w14:paraId="63B6ED44" w14:textId="77777777" w:rsidR="006164F7" w:rsidRPr="000343EB" w:rsidRDefault="006164F7" w:rsidP="007F6729">
      <w:pPr>
        <w:spacing w:before="40" w:after="0"/>
        <w:rPr>
          <w:sz w:val="12"/>
          <w:lang w:val="tr-TR"/>
        </w:rPr>
      </w:pP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6603435D"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A42F6A7" w14:textId="77777777" w:rsidR="006164F7" w:rsidRPr="000343EB" w:rsidRDefault="006164F7" w:rsidP="00E8130D">
            <w:pPr>
              <w:jc w:val="center"/>
              <w:rPr>
                <w:lang w:val="tr-TR"/>
              </w:rPr>
            </w:pPr>
            <w:r w:rsidRPr="000343EB">
              <w:rPr>
                <w:noProof/>
                <w:lang w:val="tr-TR"/>
              </w:rPr>
              <w:drawing>
                <wp:inline distT="0" distB="0" distL="0" distR="0" wp14:anchorId="6A12FFFA" wp14:editId="75F2FB99">
                  <wp:extent cx="684000" cy="685548"/>
                  <wp:effectExtent l="0" t="0" r="0" b="0"/>
                  <wp:docPr id="831180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05FD4A0D"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İlk Defa Yabancı Uyruklu Olarak Çalıştırılacak</w:t>
            </w:r>
            <w:r w:rsidRPr="000343EB">
              <w:rPr>
                <w:rFonts w:ascii="Arial" w:hAnsi="Arial"/>
                <w:b/>
                <w:color w:val="14375F"/>
                <w:sz w:val="18"/>
                <w:lang w:val="tr-TR"/>
              </w:rPr>
              <w:br/>
              <w:t>Personel 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610E7EFB"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42A4E1C" w14:textId="77777777" w:rsidR="006164F7" w:rsidRPr="000343EB" w:rsidRDefault="006164F7" w:rsidP="00E8130D">
            <w:pPr>
              <w:rPr>
                <w:lang w:val="tr-TR"/>
              </w:rPr>
            </w:pPr>
            <w:r w:rsidRPr="000343EB">
              <w:rPr>
                <w:sz w:val="13"/>
                <w:lang w:val="tr-TR"/>
              </w:rPr>
              <w:t>UNİKA-İAS-C2-014</w:t>
            </w:r>
          </w:p>
        </w:tc>
      </w:tr>
      <w:tr w:rsidR="006164F7" w:rsidRPr="000343EB" w14:paraId="0023E0E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63C33A8"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E968AF2"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05D5ABB"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86E724E" w14:textId="77777777" w:rsidR="006164F7" w:rsidRPr="000343EB" w:rsidRDefault="006164F7" w:rsidP="00E8130D">
            <w:pPr>
              <w:rPr>
                <w:lang w:val="tr-TR"/>
              </w:rPr>
            </w:pPr>
            <w:r w:rsidRPr="000343EB">
              <w:rPr>
                <w:sz w:val="13"/>
                <w:lang w:val="tr-TR"/>
              </w:rPr>
              <w:t>11.05.2023</w:t>
            </w:r>
          </w:p>
        </w:tc>
      </w:tr>
      <w:tr w:rsidR="006164F7" w:rsidRPr="000343EB" w14:paraId="4FB24EDE"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B787541"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7372F4E"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B1EB2C0"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3BC73C6" w14:textId="77777777" w:rsidR="006164F7" w:rsidRPr="000343EB" w:rsidRDefault="006164F7" w:rsidP="00E8130D">
            <w:pPr>
              <w:rPr>
                <w:lang w:val="tr-TR"/>
              </w:rPr>
            </w:pPr>
            <w:r w:rsidRPr="000343EB">
              <w:rPr>
                <w:sz w:val="13"/>
                <w:lang w:val="tr-TR"/>
              </w:rPr>
              <w:t>-</w:t>
            </w:r>
          </w:p>
        </w:tc>
      </w:tr>
      <w:tr w:rsidR="006164F7" w:rsidRPr="000343EB" w14:paraId="33E304C4"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6886F9F"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3B2ED97D"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F5A6921"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A7FCCDD" w14:textId="77777777" w:rsidR="006164F7" w:rsidRPr="000343EB" w:rsidRDefault="006164F7" w:rsidP="00E8130D">
            <w:pPr>
              <w:rPr>
                <w:lang w:val="tr-TR"/>
              </w:rPr>
            </w:pPr>
            <w:r w:rsidRPr="000343EB">
              <w:rPr>
                <w:sz w:val="13"/>
                <w:lang w:val="tr-TR"/>
              </w:rPr>
              <w:t>0</w:t>
            </w:r>
          </w:p>
        </w:tc>
      </w:tr>
    </w:tbl>
    <w:p w14:paraId="273A9BCF" w14:textId="77777777" w:rsidR="006164F7" w:rsidRPr="000343EB" w:rsidRDefault="006164F7" w:rsidP="006164F7">
      <w:pPr>
        <w:spacing w:after="0"/>
        <w:rPr>
          <w:lang w:val="tr-TR"/>
        </w:rPr>
      </w:pPr>
    </w:p>
    <w:p w14:paraId="0E782E6B"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1F04262E"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39966A9" w14:textId="77777777" w:rsidR="006164F7" w:rsidRPr="000343EB" w:rsidRDefault="006164F7" w:rsidP="00E8130D">
            <w:pPr>
              <w:spacing w:before="30" w:after="30"/>
              <w:jc w:val="center"/>
              <w:rPr>
                <w:lang w:val="tr-TR"/>
              </w:rPr>
            </w:pPr>
            <w:r w:rsidRPr="000343EB">
              <w:rPr>
                <w:rFonts w:ascii="Arial" w:hAnsi="Arial"/>
                <w:sz w:val="12"/>
                <w:lang w:val="tr-TR"/>
              </w:rPr>
              <w:t>Yabancı uyruklu öğretim elemanı çalıştırma talebinin ilgili akademik birimce hazırlanması; adayın başvuru ve akademik belgelerinin Personel Daire Başkanlığına iletilmesi.</w:t>
            </w:r>
          </w:p>
        </w:tc>
      </w:tr>
    </w:tbl>
    <w:p w14:paraId="7D3982CE"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3393ACB"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25C1FB6" w14:textId="799CE917" w:rsidR="006164F7" w:rsidRPr="000343EB" w:rsidRDefault="006164F7" w:rsidP="00E8130D">
            <w:pPr>
              <w:spacing w:before="30" w:after="30"/>
              <w:jc w:val="center"/>
              <w:rPr>
                <w:lang w:val="tr-TR"/>
              </w:rPr>
            </w:pPr>
            <w:r w:rsidRPr="000343EB">
              <w:rPr>
                <w:rFonts w:ascii="Arial" w:hAnsi="Arial"/>
                <w:sz w:val="12"/>
                <w:lang w:val="tr-TR"/>
              </w:rPr>
              <w:t xml:space="preserve">Başvurunun 2547 sayılı Kanunun </w:t>
            </w:r>
            <w:proofErr w:type="gramStart"/>
            <w:r w:rsidRPr="000343EB">
              <w:rPr>
                <w:rFonts w:ascii="Arial" w:hAnsi="Arial"/>
                <w:sz w:val="12"/>
                <w:lang w:val="tr-TR"/>
              </w:rPr>
              <w:t>34 üncü</w:t>
            </w:r>
            <w:proofErr w:type="gramEnd"/>
            <w:r w:rsidRPr="000343EB">
              <w:rPr>
                <w:rFonts w:ascii="Arial" w:hAnsi="Arial"/>
                <w:sz w:val="12"/>
                <w:lang w:val="tr-TR"/>
              </w:rPr>
              <w:t xml:space="preserve"> maddesi ve yabancı uyruklu öğretim elemanlarına ilişkin YÖK düzenlemeleri yönünden incelenmesi; ilgili birim yönetim kurulu önerisinin alınması</w:t>
            </w:r>
            <w:r w:rsidR="00BE354D" w:rsidRPr="000343EB">
              <w:rPr>
                <w:rFonts w:ascii="Arial" w:hAnsi="Arial"/>
                <w:sz w:val="12"/>
                <w:lang w:val="tr-TR"/>
              </w:rPr>
              <w:t xml:space="preserve"> ve incelenmesi amacıyla Yabancı Uyruklu Öğretim Elemanlı Değerlendirme Komisyonuna iletilmesi.</w:t>
            </w:r>
          </w:p>
        </w:tc>
      </w:tr>
    </w:tbl>
    <w:p w14:paraId="05916800"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FC2A5B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64F6AD8" w14:textId="77777777" w:rsidR="006164F7" w:rsidRPr="000343EB" w:rsidRDefault="006164F7" w:rsidP="00E8130D">
            <w:pPr>
              <w:spacing w:before="30" w:after="30"/>
              <w:jc w:val="center"/>
              <w:rPr>
                <w:lang w:val="tr-TR"/>
              </w:rPr>
            </w:pPr>
            <w:r w:rsidRPr="000343EB">
              <w:rPr>
                <w:rFonts w:ascii="Arial" w:hAnsi="Arial"/>
                <w:sz w:val="12"/>
                <w:lang w:val="tr-TR"/>
              </w:rPr>
              <w:t>Dosyanın Üniversite Yönetim Kurulunda değerlendirilmesi; uygun bulunmayan başvurunun ilgili birime bildirilmesi.</w:t>
            </w:r>
          </w:p>
        </w:tc>
      </w:tr>
    </w:tbl>
    <w:p w14:paraId="095BBDF0"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EAB6F62"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F9267F9" w14:textId="77777777" w:rsidR="006164F7" w:rsidRPr="000343EB" w:rsidRDefault="006164F7" w:rsidP="00E8130D">
            <w:pPr>
              <w:spacing w:before="30" w:after="30"/>
              <w:jc w:val="center"/>
              <w:rPr>
                <w:lang w:val="tr-TR"/>
              </w:rPr>
            </w:pPr>
            <w:r w:rsidRPr="000343EB">
              <w:rPr>
                <w:rFonts w:ascii="Arial" w:hAnsi="Arial"/>
                <w:sz w:val="12"/>
                <w:lang w:val="tr-TR"/>
              </w:rPr>
              <w:t>Uygun bulunan aday için Yükseköğretim Kurulundan ön izin/vize sürecinin yürütülmesi.</w:t>
            </w:r>
          </w:p>
        </w:tc>
      </w:tr>
    </w:tbl>
    <w:p w14:paraId="21DCD7B9"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4F7FF7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04C94DF" w14:textId="77777777" w:rsidR="006164F7" w:rsidRPr="000343EB" w:rsidRDefault="006164F7" w:rsidP="00E8130D">
            <w:pPr>
              <w:spacing w:before="30" w:after="30"/>
              <w:jc w:val="center"/>
              <w:rPr>
                <w:lang w:val="tr-TR"/>
              </w:rPr>
            </w:pPr>
            <w:r w:rsidRPr="000343EB">
              <w:rPr>
                <w:rFonts w:ascii="Arial" w:hAnsi="Arial"/>
                <w:sz w:val="12"/>
                <w:lang w:val="tr-TR"/>
              </w:rPr>
              <w:t>YÖK uygunluğu sonrasında çalışma izni işlemlerinin Çalışma ve Sosyal Güvenlik Bakanlığı nezdinde tamamlanması.</w:t>
            </w:r>
          </w:p>
        </w:tc>
      </w:tr>
    </w:tbl>
    <w:p w14:paraId="39111509"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D5A8E8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F60BDB4" w14:textId="77777777" w:rsidR="006164F7" w:rsidRPr="000343EB" w:rsidRDefault="006164F7" w:rsidP="00E8130D">
            <w:pPr>
              <w:spacing w:before="30" w:after="30"/>
              <w:jc w:val="center"/>
              <w:rPr>
                <w:lang w:val="tr-TR"/>
              </w:rPr>
            </w:pPr>
            <w:r w:rsidRPr="000343EB">
              <w:rPr>
                <w:rFonts w:ascii="Arial" w:hAnsi="Arial"/>
                <w:sz w:val="12"/>
                <w:lang w:val="tr-TR"/>
              </w:rPr>
              <w:t>Çalışma izni alınan personelle sözleşme/atama ve göreve başlama işlemlerinin tamamlanması; YÖKSİS, personel sistemi ve gerekli özlük kayıtlarının yapılması.</w:t>
            </w:r>
          </w:p>
        </w:tc>
      </w:tr>
    </w:tbl>
    <w:p w14:paraId="361A158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75D323A"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1B99386" w14:textId="77777777" w:rsidR="006164F7" w:rsidRPr="000343EB" w:rsidRDefault="006164F7" w:rsidP="00E8130D">
            <w:pPr>
              <w:spacing w:before="30" w:after="30"/>
              <w:jc w:val="center"/>
              <w:rPr>
                <w:lang w:val="tr-TR"/>
              </w:rPr>
            </w:pPr>
            <w:r w:rsidRPr="000343EB">
              <w:rPr>
                <w:rFonts w:ascii="Arial" w:hAnsi="Arial"/>
                <w:sz w:val="12"/>
                <w:lang w:val="tr-TR"/>
              </w:rPr>
              <w:t>İşlem evrakının personel özlük dosyasında muhafaza edilmesi.</w:t>
            </w:r>
          </w:p>
        </w:tc>
      </w:tr>
    </w:tbl>
    <w:p w14:paraId="7D5CBDE6" w14:textId="77777777" w:rsidR="006164F7" w:rsidRPr="000343EB" w:rsidRDefault="006164F7" w:rsidP="006164F7">
      <w:pPr>
        <w:spacing w:after="20"/>
        <w:jc w:val="center"/>
        <w:rPr>
          <w:lang w:val="tr-TR"/>
        </w:rPr>
      </w:pPr>
      <w:r w:rsidRPr="000343EB">
        <w:rPr>
          <w:b/>
          <w:color w:val="B97000"/>
          <w:sz w:val="15"/>
          <w:lang w:val="tr-TR"/>
        </w:rPr>
        <w:t>BİTİŞ</w:t>
      </w:r>
    </w:p>
    <w:p w14:paraId="69EE10CC"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 xml:space="preserve">2547 sayılı Kanun m.34; YÖK yabancı uyruklu öğretim elemanı </w:t>
      </w:r>
      <w:proofErr w:type="gramStart"/>
      <w:r w:rsidRPr="000343EB">
        <w:rPr>
          <w:sz w:val="11"/>
          <w:lang w:val="tr-TR"/>
        </w:rPr>
        <w:t>düzenlemeleri;</w:t>
      </w:r>
      <w:proofErr w:type="gramEnd"/>
      <w:r w:rsidRPr="000343EB">
        <w:rPr>
          <w:sz w:val="11"/>
          <w:lang w:val="tr-TR"/>
        </w:rPr>
        <w:t xml:space="preserve"> çalışma izni </w:t>
      </w:r>
      <w:proofErr w:type="gramStart"/>
      <w:r w:rsidRPr="000343EB">
        <w:rPr>
          <w:sz w:val="11"/>
          <w:lang w:val="tr-TR"/>
        </w:rPr>
        <w:t>mevzuatı;</w:t>
      </w:r>
      <w:proofErr w:type="gramEnd"/>
      <w:r w:rsidRPr="000343EB">
        <w:rPr>
          <w:sz w:val="11"/>
          <w:lang w:val="tr-TR"/>
        </w:rPr>
        <w:t xml:space="preserve"> SBÜ Akademik Personel Birimi görevleri.</w:t>
      </w:r>
    </w:p>
    <w:p w14:paraId="6D073FD8"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4A9D2082"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A292439" w14:textId="77777777" w:rsidR="006164F7" w:rsidRPr="000343EB" w:rsidRDefault="006164F7" w:rsidP="00E8130D">
            <w:pPr>
              <w:jc w:val="center"/>
              <w:rPr>
                <w:lang w:val="tr-TR"/>
              </w:rPr>
            </w:pPr>
            <w:r w:rsidRPr="000343EB">
              <w:rPr>
                <w:noProof/>
                <w:lang w:val="tr-TR"/>
              </w:rPr>
              <w:lastRenderedPageBreak/>
              <w:drawing>
                <wp:inline distT="0" distB="0" distL="0" distR="0" wp14:anchorId="05AB1E5D" wp14:editId="10B879FB">
                  <wp:extent cx="684000" cy="685548"/>
                  <wp:effectExtent l="0" t="0" r="0" b="0"/>
                  <wp:docPr id="16079424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275F8822"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Yeniden Yabancı Uyruklu Olarak Çalıştırılacak</w:t>
            </w:r>
            <w:r w:rsidRPr="000343EB">
              <w:rPr>
                <w:rFonts w:ascii="Arial" w:hAnsi="Arial"/>
                <w:b/>
                <w:color w:val="14375F"/>
                <w:sz w:val="18"/>
                <w:lang w:val="tr-TR"/>
              </w:rPr>
              <w:br/>
              <w:t>Personel 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16F649A2"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173980F" w14:textId="77777777" w:rsidR="006164F7" w:rsidRPr="000343EB" w:rsidRDefault="006164F7" w:rsidP="00E8130D">
            <w:pPr>
              <w:rPr>
                <w:lang w:val="tr-TR"/>
              </w:rPr>
            </w:pPr>
            <w:r w:rsidRPr="000343EB">
              <w:rPr>
                <w:sz w:val="13"/>
                <w:lang w:val="tr-TR"/>
              </w:rPr>
              <w:t>UNİKA-İAS-C2-015</w:t>
            </w:r>
          </w:p>
        </w:tc>
      </w:tr>
      <w:tr w:rsidR="006164F7" w:rsidRPr="000343EB" w14:paraId="5F8E5971"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8F509C0"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3B83C69E"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9677A42"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21CA0E2B" w14:textId="77777777" w:rsidR="006164F7" w:rsidRPr="000343EB" w:rsidRDefault="006164F7" w:rsidP="00E8130D">
            <w:pPr>
              <w:rPr>
                <w:lang w:val="tr-TR"/>
              </w:rPr>
            </w:pPr>
            <w:r w:rsidRPr="000343EB">
              <w:rPr>
                <w:sz w:val="13"/>
                <w:lang w:val="tr-TR"/>
              </w:rPr>
              <w:t>11.05.2023</w:t>
            </w:r>
          </w:p>
        </w:tc>
      </w:tr>
      <w:tr w:rsidR="006164F7" w:rsidRPr="000343EB" w14:paraId="31C1B431"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30A2B60"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82EEE38"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B75CD5B"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2154154B" w14:textId="77777777" w:rsidR="006164F7" w:rsidRPr="000343EB" w:rsidRDefault="006164F7" w:rsidP="00E8130D">
            <w:pPr>
              <w:rPr>
                <w:lang w:val="tr-TR"/>
              </w:rPr>
            </w:pPr>
            <w:r w:rsidRPr="000343EB">
              <w:rPr>
                <w:sz w:val="13"/>
                <w:lang w:val="tr-TR"/>
              </w:rPr>
              <w:t>-</w:t>
            </w:r>
          </w:p>
        </w:tc>
      </w:tr>
      <w:tr w:rsidR="006164F7" w:rsidRPr="000343EB" w14:paraId="1F585C21"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F2A7C63"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4BF2D1D5"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D68B990"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5A39357" w14:textId="77777777" w:rsidR="006164F7" w:rsidRPr="000343EB" w:rsidRDefault="006164F7" w:rsidP="00E8130D">
            <w:pPr>
              <w:rPr>
                <w:lang w:val="tr-TR"/>
              </w:rPr>
            </w:pPr>
            <w:r w:rsidRPr="000343EB">
              <w:rPr>
                <w:sz w:val="13"/>
                <w:lang w:val="tr-TR"/>
              </w:rPr>
              <w:t>0</w:t>
            </w:r>
          </w:p>
        </w:tc>
      </w:tr>
    </w:tbl>
    <w:p w14:paraId="1BD32AA4" w14:textId="77777777" w:rsidR="006164F7" w:rsidRPr="000343EB" w:rsidRDefault="006164F7" w:rsidP="006164F7">
      <w:pPr>
        <w:spacing w:after="0"/>
        <w:rPr>
          <w:lang w:val="tr-TR"/>
        </w:rPr>
      </w:pPr>
    </w:p>
    <w:p w14:paraId="0F17A874"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142FCF0F"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9A61993" w14:textId="77777777" w:rsidR="006164F7" w:rsidRPr="000343EB" w:rsidRDefault="006164F7" w:rsidP="00E8130D">
            <w:pPr>
              <w:spacing w:before="30" w:after="30"/>
              <w:jc w:val="center"/>
              <w:rPr>
                <w:lang w:val="tr-TR"/>
              </w:rPr>
            </w:pPr>
            <w:r w:rsidRPr="000343EB">
              <w:rPr>
                <w:rFonts w:ascii="Arial" w:hAnsi="Arial"/>
                <w:sz w:val="12"/>
                <w:lang w:val="tr-TR"/>
              </w:rPr>
              <w:t>Görev süresi sona erecek yabancı uyruklu öğretim elemanına ilişkin süre uzatımı teklifinin ilgili akademik birimce Personel Daire Başkanlığına gönderilmesi.</w:t>
            </w:r>
          </w:p>
        </w:tc>
      </w:tr>
    </w:tbl>
    <w:p w14:paraId="09271DD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3AFA0C3"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CB054BD" w14:textId="724CF2F6" w:rsidR="00BE354D" w:rsidRPr="000343EB" w:rsidRDefault="006164F7" w:rsidP="00BE354D">
            <w:pPr>
              <w:spacing w:before="30" w:after="30"/>
              <w:jc w:val="center"/>
              <w:rPr>
                <w:rFonts w:ascii="Arial" w:hAnsi="Arial"/>
                <w:sz w:val="12"/>
                <w:lang w:val="tr-TR"/>
              </w:rPr>
            </w:pPr>
            <w:r w:rsidRPr="000343EB">
              <w:rPr>
                <w:rFonts w:ascii="Arial" w:hAnsi="Arial"/>
                <w:sz w:val="12"/>
                <w:lang w:val="tr-TR"/>
              </w:rPr>
              <w:t>Görev süresi uzatımının ilgili birim yönetim kurulu önerisi ve personelin mevcut sözleşme/çalışma izni durumu yönünden incelenmesi</w:t>
            </w:r>
            <w:r w:rsidR="00BE354D" w:rsidRPr="000343EB">
              <w:rPr>
                <w:rFonts w:ascii="Arial" w:hAnsi="Arial"/>
                <w:sz w:val="12"/>
                <w:lang w:val="tr-TR"/>
              </w:rPr>
              <w:t xml:space="preserve"> amacıyla Yabancı Uyruklu Öğretim Elemanlı Değerlendirme Komisyonuna iletilmesi.</w:t>
            </w:r>
          </w:p>
        </w:tc>
      </w:tr>
    </w:tbl>
    <w:p w14:paraId="13B74B55"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F65E38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9D1C455" w14:textId="77777777" w:rsidR="006164F7" w:rsidRPr="000343EB" w:rsidRDefault="006164F7" w:rsidP="00E8130D">
            <w:pPr>
              <w:spacing w:before="30" w:after="30"/>
              <w:jc w:val="center"/>
              <w:rPr>
                <w:lang w:val="tr-TR"/>
              </w:rPr>
            </w:pPr>
            <w:r w:rsidRPr="000343EB">
              <w:rPr>
                <w:rFonts w:ascii="Arial" w:hAnsi="Arial"/>
                <w:sz w:val="12"/>
                <w:lang w:val="tr-TR"/>
              </w:rPr>
              <w:t>Dosyanın Üniversite Yönetim Kurulunda değerlendirilmesi; uygun bulunmayan durumun ilgili birime bildirilmesi ve gerekli ayrılış işlemlerinin başlatılması.</w:t>
            </w:r>
          </w:p>
        </w:tc>
      </w:tr>
    </w:tbl>
    <w:p w14:paraId="02D63BD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F6D57F7"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FC338F7" w14:textId="77777777" w:rsidR="006164F7" w:rsidRPr="000343EB" w:rsidRDefault="006164F7" w:rsidP="00E8130D">
            <w:pPr>
              <w:spacing w:before="30" w:after="30"/>
              <w:jc w:val="center"/>
              <w:rPr>
                <w:lang w:val="tr-TR"/>
              </w:rPr>
            </w:pPr>
            <w:r w:rsidRPr="000343EB">
              <w:rPr>
                <w:rFonts w:ascii="Arial" w:hAnsi="Arial"/>
                <w:sz w:val="12"/>
                <w:lang w:val="tr-TR"/>
              </w:rPr>
              <w:t>Uygun bulunan süre uzatımı için YÖK nezdinde gerekli ön izin/vize işlemlerinin yürütülmesi.</w:t>
            </w:r>
          </w:p>
        </w:tc>
      </w:tr>
    </w:tbl>
    <w:p w14:paraId="10D46F6E"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B0A8AD9"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0C39A7D" w14:textId="77777777" w:rsidR="006164F7" w:rsidRPr="000343EB" w:rsidRDefault="006164F7" w:rsidP="00E8130D">
            <w:pPr>
              <w:spacing w:before="30" w:after="30"/>
              <w:jc w:val="center"/>
              <w:rPr>
                <w:lang w:val="tr-TR"/>
              </w:rPr>
            </w:pPr>
            <w:r w:rsidRPr="000343EB">
              <w:rPr>
                <w:rFonts w:ascii="Arial" w:hAnsi="Arial"/>
                <w:sz w:val="12"/>
                <w:lang w:val="tr-TR"/>
              </w:rPr>
              <w:t>YÖK uygunluğu sonrasında çalışma izni uzatma işlemlerinin Çalışma ve Sosyal Güvenlik Bakanlığı nezdinde tamamlanması.</w:t>
            </w:r>
          </w:p>
        </w:tc>
      </w:tr>
    </w:tbl>
    <w:p w14:paraId="4E7D6DB7"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F1AE99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CE6D8E0" w14:textId="77777777" w:rsidR="006164F7" w:rsidRPr="000343EB" w:rsidRDefault="006164F7" w:rsidP="00E8130D">
            <w:pPr>
              <w:spacing w:before="30" w:after="30"/>
              <w:jc w:val="center"/>
              <w:rPr>
                <w:lang w:val="tr-TR"/>
              </w:rPr>
            </w:pPr>
            <w:r w:rsidRPr="000343EB">
              <w:rPr>
                <w:rFonts w:ascii="Arial" w:hAnsi="Arial"/>
                <w:sz w:val="12"/>
                <w:lang w:val="tr-TR"/>
              </w:rPr>
              <w:t>Süre uzatımı kesinleşen personelin sözleşme, YÖKSİS, personel sistemi ve özlük kayıtlarının güncellenmesi; ilgili birime bildirim yapılması.</w:t>
            </w:r>
          </w:p>
        </w:tc>
      </w:tr>
    </w:tbl>
    <w:p w14:paraId="467FDBA9"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5E524C8"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21AB6D7" w14:textId="77777777" w:rsidR="006164F7" w:rsidRPr="000343EB" w:rsidRDefault="006164F7" w:rsidP="00E8130D">
            <w:pPr>
              <w:spacing w:before="30" w:after="30"/>
              <w:jc w:val="center"/>
              <w:rPr>
                <w:lang w:val="tr-TR"/>
              </w:rPr>
            </w:pPr>
            <w:r w:rsidRPr="000343EB">
              <w:rPr>
                <w:rFonts w:ascii="Arial" w:hAnsi="Arial"/>
                <w:sz w:val="12"/>
                <w:lang w:val="tr-TR"/>
              </w:rPr>
              <w:t>İşlem evrakının personel özlük dosyasında muhafaza edilmesi.</w:t>
            </w:r>
          </w:p>
        </w:tc>
      </w:tr>
    </w:tbl>
    <w:p w14:paraId="02C0DBDC" w14:textId="77777777" w:rsidR="006164F7" w:rsidRPr="000343EB" w:rsidRDefault="006164F7" w:rsidP="006164F7">
      <w:pPr>
        <w:spacing w:after="20"/>
        <w:jc w:val="center"/>
        <w:rPr>
          <w:lang w:val="tr-TR"/>
        </w:rPr>
      </w:pPr>
      <w:r w:rsidRPr="000343EB">
        <w:rPr>
          <w:b/>
          <w:color w:val="B97000"/>
          <w:sz w:val="15"/>
          <w:lang w:val="tr-TR"/>
        </w:rPr>
        <w:t>BİTİŞ</w:t>
      </w:r>
    </w:p>
    <w:p w14:paraId="3BBF3A2C"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 xml:space="preserve">2547 sayılı Kanun m.34; YÖK yabancı uyruklu öğretim elemanı </w:t>
      </w:r>
      <w:proofErr w:type="gramStart"/>
      <w:r w:rsidRPr="000343EB">
        <w:rPr>
          <w:sz w:val="11"/>
          <w:lang w:val="tr-TR"/>
        </w:rPr>
        <w:t>düzenlemeleri;</w:t>
      </w:r>
      <w:proofErr w:type="gramEnd"/>
      <w:r w:rsidRPr="000343EB">
        <w:rPr>
          <w:sz w:val="11"/>
          <w:lang w:val="tr-TR"/>
        </w:rPr>
        <w:t xml:space="preserve"> çalışma izni </w:t>
      </w:r>
      <w:proofErr w:type="gramStart"/>
      <w:r w:rsidRPr="000343EB">
        <w:rPr>
          <w:sz w:val="11"/>
          <w:lang w:val="tr-TR"/>
        </w:rPr>
        <w:t>mevzuatı;</w:t>
      </w:r>
      <w:proofErr w:type="gramEnd"/>
      <w:r w:rsidRPr="000343EB">
        <w:rPr>
          <w:sz w:val="11"/>
          <w:lang w:val="tr-TR"/>
        </w:rPr>
        <w:t xml:space="preserve"> SBÜ Akademik Personel Birimi görevleri.</w:t>
      </w:r>
    </w:p>
    <w:p w14:paraId="32278D1E"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532E3F" w:rsidRPr="000343EB" w14:paraId="5A701303"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1DB70739" w14:textId="77777777" w:rsidR="00532E3F" w:rsidRPr="000343EB" w:rsidRDefault="00532E3F" w:rsidP="00A52618">
            <w:pPr>
              <w:jc w:val="center"/>
              <w:rPr>
                <w:lang w:val="tr-TR"/>
              </w:rPr>
            </w:pPr>
            <w:r w:rsidRPr="000343EB">
              <w:rPr>
                <w:noProof/>
                <w:lang w:val="tr-TR"/>
              </w:rPr>
              <w:lastRenderedPageBreak/>
              <w:drawing>
                <wp:inline distT="0" distB="0" distL="0" distR="0" wp14:anchorId="557BA53F" wp14:editId="037F3EBA">
                  <wp:extent cx="684000" cy="685548"/>
                  <wp:effectExtent l="0" t="0" r="0" b="0"/>
                  <wp:docPr id="1706158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119CE163" w14:textId="77777777" w:rsidR="00532E3F" w:rsidRPr="000343EB" w:rsidRDefault="00532E3F" w:rsidP="00A52618">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Öğretim Görevlisi / Araştırma Görevlisi Görev Süre</w:t>
            </w:r>
            <w:r w:rsidRPr="000343EB">
              <w:rPr>
                <w:rFonts w:ascii="Arial" w:hAnsi="Arial"/>
                <w:b/>
                <w:color w:val="14375F"/>
                <w:sz w:val="18"/>
                <w:lang w:val="tr-TR"/>
              </w:rPr>
              <w:br/>
              <w:t>Uzatımı 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A7F57F9" w14:textId="77777777" w:rsidR="00532E3F" w:rsidRPr="000343EB" w:rsidRDefault="00532E3F" w:rsidP="00A52618">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25ED077" w14:textId="77777777" w:rsidR="00532E3F" w:rsidRPr="000343EB" w:rsidRDefault="00532E3F" w:rsidP="00A52618">
            <w:pPr>
              <w:rPr>
                <w:lang w:val="tr-TR"/>
              </w:rPr>
            </w:pPr>
            <w:r w:rsidRPr="000343EB">
              <w:rPr>
                <w:sz w:val="13"/>
                <w:lang w:val="tr-TR"/>
              </w:rPr>
              <w:t>UNİKA-İAS-C2-016</w:t>
            </w:r>
          </w:p>
        </w:tc>
      </w:tr>
      <w:tr w:rsidR="00532E3F" w:rsidRPr="000343EB" w14:paraId="2AF1E3AF"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8963342" w14:textId="77777777" w:rsidR="00532E3F" w:rsidRPr="000343EB" w:rsidRDefault="00532E3F" w:rsidP="00A52618">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539244C"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C324FBB" w14:textId="77777777" w:rsidR="00532E3F" w:rsidRPr="000343EB" w:rsidRDefault="00532E3F" w:rsidP="00A52618">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1295D6E" w14:textId="77777777" w:rsidR="00532E3F" w:rsidRPr="000343EB" w:rsidRDefault="00532E3F" w:rsidP="00A52618">
            <w:pPr>
              <w:rPr>
                <w:lang w:val="tr-TR"/>
              </w:rPr>
            </w:pPr>
            <w:r w:rsidRPr="000343EB">
              <w:rPr>
                <w:sz w:val="13"/>
                <w:lang w:val="tr-TR"/>
              </w:rPr>
              <w:t>11.05.2023</w:t>
            </w:r>
          </w:p>
        </w:tc>
      </w:tr>
      <w:tr w:rsidR="00532E3F" w:rsidRPr="000343EB" w14:paraId="0191368B"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CB87630" w14:textId="77777777" w:rsidR="00532E3F" w:rsidRPr="000343EB" w:rsidRDefault="00532E3F" w:rsidP="00A52618">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B9AC499"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B7509C5" w14:textId="77777777" w:rsidR="00532E3F" w:rsidRPr="000343EB" w:rsidRDefault="00532E3F" w:rsidP="00A52618">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404A741" w14:textId="77777777" w:rsidR="00532E3F" w:rsidRPr="000343EB" w:rsidRDefault="00532E3F" w:rsidP="00A52618">
            <w:pPr>
              <w:rPr>
                <w:lang w:val="tr-TR"/>
              </w:rPr>
            </w:pPr>
            <w:r w:rsidRPr="000343EB">
              <w:rPr>
                <w:sz w:val="13"/>
                <w:lang w:val="tr-TR"/>
              </w:rPr>
              <w:t>-</w:t>
            </w:r>
          </w:p>
        </w:tc>
      </w:tr>
      <w:tr w:rsidR="00532E3F" w:rsidRPr="000343EB" w14:paraId="0D0D658C"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AE62260" w14:textId="77777777" w:rsidR="00532E3F" w:rsidRPr="000343EB" w:rsidRDefault="00532E3F" w:rsidP="00A52618">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29C19957"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3246318" w14:textId="77777777" w:rsidR="00532E3F" w:rsidRPr="000343EB" w:rsidRDefault="00532E3F" w:rsidP="00A52618">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5FA43F2" w14:textId="77777777" w:rsidR="00532E3F" w:rsidRPr="000343EB" w:rsidRDefault="00532E3F" w:rsidP="00A52618">
            <w:pPr>
              <w:rPr>
                <w:lang w:val="tr-TR"/>
              </w:rPr>
            </w:pPr>
            <w:r w:rsidRPr="000343EB">
              <w:rPr>
                <w:sz w:val="13"/>
                <w:lang w:val="tr-TR"/>
              </w:rPr>
              <w:t>0</w:t>
            </w:r>
          </w:p>
        </w:tc>
      </w:tr>
    </w:tbl>
    <w:p w14:paraId="55FD730A" w14:textId="77777777" w:rsidR="00532E3F" w:rsidRPr="000343EB" w:rsidRDefault="00532E3F" w:rsidP="00532E3F">
      <w:pPr>
        <w:spacing w:after="0"/>
        <w:rPr>
          <w:lang w:val="tr-TR"/>
        </w:rPr>
      </w:pPr>
    </w:p>
    <w:p w14:paraId="773335E6" w14:textId="77777777" w:rsidR="00532E3F" w:rsidRPr="000343EB" w:rsidRDefault="00532E3F" w:rsidP="00532E3F">
      <w:pPr>
        <w:spacing w:after="20"/>
        <w:jc w:val="center"/>
        <w:rPr>
          <w:lang w:val="tr-TR"/>
        </w:rPr>
      </w:pPr>
      <w:r w:rsidRPr="000343EB">
        <w:rPr>
          <w:b/>
          <w:color w:val="B97000"/>
          <w:sz w:val="15"/>
          <w:lang w:val="tr-TR"/>
        </w:rPr>
        <w:t>BAŞLANGIÇ</w:t>
      </w:r>
    </w:p>
    <w:p w14:paraId="02A7AEA5" w14:textId="77777777" w:rsidR="00532E3F" w:rsidRPr="000343EB" w:rsidRDefault="00532E3F" w:rsidP="00532E3F">
      <w:pPr>
        <w:spacing w:after="0" w:line="168" w:lineRule="auto"/>
        <w:jc w:val="center"/>
        <w:rPr>
          <w:lang w:val="tr-TR"/>
        </w:rPr>
      </w:pPr>
    </w:p>
    <w:tbl>
      <w:tblPr>
        <w:tblW w:w="0" w:type="auto"/>
        <w:jc w:val="center"/>
        <w:tblLayout w:type="fixed"/>
        <w:tblLook w:val="04A0" w:firstRow="1" w:lastRow="0" w:firstColumn="1" w:lastColumn="0" w:noHBand="0" w:noVBand="1"/>
      </w:tblPr>
      <w:tblGrid>
        <w:gridCol w:w="7767"/>
      </w:tblGrid>
      <w:tr w:rsidR="00532E3F" w:rsidRPr="000343EB" w14:paraId="3A87FFF5"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75E3AD9B" w14:textId="77777777" w:rsidR="00532E3F" w:rsidRPr="000343EB" w:rsidRDefault="00532E3F" w:rsidP="00A52618">
            <w:pPr>
              <w:spacing w:before="30" w:after="30"/>
              <w:jc w:val="center"/>
              <w:rPr>
                <w:lang w:val="tr-TR"/>
              </w:rPr>
            </w:pPr>
            <w:r w:rsidRPr="000343EB">
              <w:rPr>
                <w:rFonts w:ascii="Arial" w:hAnsi="Arial"/>
                <w:sz w:val="13"/>
                <w:lang w:val="tr-TR"/>
              </w:rPr>
              <w:t>İlgili birim tarafından görev süresi sona erecek olan öğretim elemanının süre bitim tarihinden 3 (üç) ay önce ilgili süre uzatım teklifi, yönetim kurulu kararı ve gerekli belgelerin Personel Daire Başkanlığına gönderilmesi.</w:t>
            </w:r>
          </w:p>
        </w:tc>
      </w:tr>
    </w:tbl>
    <w:p w14:paraId="0E733319" w14:textId="77777777" w:rsidR="00532E3F" w:rsidRPr="000343EB" w:rsidRDefault="00532E3F" w:rsidP="00532E3F">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532E3F" w:rsidRPr="000343EB" w14:paraId="52F6968F"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747BF86E" w14:textId="77777777" w:rsidR="00532E3F" w:rsidRPr="000343EB" w:rsidRDefault="00532E3F" w:rsidP="00A52618">
            <w:pPr>
              <w:spacing w:before="30" w:after="30"/>
              <w:jc w:val="center"/>
              <w:rPr>
                <w:lang w:val="tr-TR"/>
              </w:rPr>
            </w:pPr>
            <w:r w:rsidRPr="000343EB">
              <w:rPr>
                <w:rFonts w:ascii="Arial" w:hAnsi="Arial"/>
                <w:sz w:val="13"/>
                <w:lang w:val="tr-TR"/>
              </w:rPr>
              <w:t>Belgelerin 2547 sayılı Kanunun ilgili maddeleri, kadro statüsü ve atama şartları yönünden incelenmesi.</w:t>
            </w:r>
          </w:p>
        </w:tc>
      </w:tr>
    </w:tbl>
    <w:p w14:paraId="58FADCDD" w14:textId="77777777" w:rsidR="00532E3F" w:rsidRPr="000343EB" w:rsidRDefault="00532E3F" w:rsidP="00532E3F">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532E3F" w:rsidRPr="000343EB" w14:paraId="072D60CE"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2AF80039" w14:textId="77777777" w:rsidR="00532E3F" w:rsidRPr="000343EB" w:rsidRDefault="00532E3F" w:rsidP="00A52618">
            <w:pPr>
              <w:spacing w:before="30" w:after="30"/>
              <w:jc w:val="center"/>
              <w:rPr>
                <w:lang w:val="tr-TR"/>
              </w:rPr>
            </w:pPr>
            <w:r w:rsidRPr="000343EB">
              <w:rPr>
                <w:rFonts w:ascii="Arial" w:hAnsi="Arial"/>
                <w:sz w:val="13"/>
                <w:lang w:val="tr-TR"/>
              </w:rPr>
              <w:t>Görev süresi uzatım onayının SBÜ imza yetkileri çerçevesinde yetkili makamın onayına sunulması.</w:t>
            </w:r>
          </w:p>
        </w:tc>
      </w:tr>
    </w:tbl>
    <w:p w14:paraId="72E766FF" w14:textId="77777777" w:rsidR="00532E3F" w:rsidRPr="000343EB" w:rsidRDefault="00532E3F" w:rsidP="00532E3F">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532E3F" w:rsidRPr="000343EB" w14:paraId="3B19E846"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32672C44" w14:textId="77777777" w:rsidR="00532E3F" w:rsidRPr="000343EB" w:rsidRDefault="00532E3F" w:rsidP="00A52618">
            <w:pPr>
              <w:spacing w:before="30" w:after="30"/>
              <w:jc w:val="center"/>
              <w:rPr>
                <w:lang w:val="tr-TR"/>
              </w:rPr>
            </w:pPr>
            <w:r w:rsidRPr="000343EB">
              <w:rPr>
                <w:rFonts w:ascii="Arial" w:hAnsi="Arial"/>
                <w:sz w:val="13"/>
                <w:lang w:val="tr-TR"/>
              </w:rPr>
              <w:t>Onaylanan süre uzatımının ilgili birime bildirilmesi; personel sistemi ve özlük kayıtlarının güncellenmesi.</w:t>
            </w:r>
          </w:p>
        </w:tc>
      </w:tr>
    </w:tbl>
    <w:p w14:paraId="6BF0886A" w14:textId="77777777" w:rsidR="00532E3F" w:rsidRPr="000343EB" w:rsidRDefault="00532E3F" w:rsidP="00532E3F">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532E3F" w:rsidRPr="000343EB" w14:paraId="06EE627A"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05AE3330" w14:textId="77777777" w:rsidR="00532E3F" w:rsidRPr="000343EB" w:rsidRDefault="00532E3F" w:rsidP="00A52618">
            <w:pPr>
              <w:spacing w:before="30" w:after="30"/>
              <w:jc w:val="center"/>
              <w:rPr>
                <w:lang w:val="tr-TR"/>
              </w:rPr>
            </w:pPr>
            <w:r w:rsidRPr="000343EB">
              <w:rPr>
                <w:rFonts w:ascii="Arial" w:hAnsi="Arial"/>
                <w:sz w:val="13"/>
                <w:lang w:val="tr-TR"/>
              </w:rPr>
              <w:t>Görev süresi uzatımına ilişkin belgelerin personel özlük dosyasında muhafaza edilmesi.</w:t>
            </w:r>
          </w:p>
        </w:tc>
      </w:tr>
    </w:tbl>
    <w:p w14:paraId="024491FB" w14:textId="77777777" w:rsidR="00532E3F" w:rsidRPr="000343EB" w:rsidRDefault="00532E3F" w:rsidP="00532E3F">
      <w:pPr>
        <w:spacing w:after="20"/>
        <w:jc w:val="center"/>
        <w:rPr>
          <w:lang w:val="tr-TR"/>
        </w:rPr>
      </w:pPr>
      <w:r w:rsidRPr="000343EB">
        <w:rPr>
          <w:b/>
          <w:color w:val="B97000"/>
          <w:sz w:val="15"/>
          <w:lang w:val="tr-TR"/>
        </w:rPr>
        <w:t>BİTİŞ</w:t>
      </w:r>
    </w:p>
    <w:p w14:paraId="1BA0EB61" w14:textId="77777777" w:rsidR="00532E3F" w:rsidRPr="000343EB" w:rsidRDefault="00532E3F" w:rsidP="00532E3F">
      <w:pPr>
        <w:spacing w:before="20" w:after="0"/>
        <w:rPr>
          <w:lang w:val="tr-TR"/>
        </w:rPr>
      </w:pPr>
      <w:r w:rsidRPr="000343EB">
        <w:rPr>
          <w:b/>
          <w:sz w:val="11"/>
          <w:lang w:val="tr-TR"/>
        </w:rPr>
        <w:t xml:space="preserve">Dayanak / SBÜ Kurumsal Uyum: </w:t>
      </w:r>
      <w:r w:rsidRPr="000343EB">
        <w:rPr>
          <w:sz w:val="11"/>
          <w:lang w:val="tr-TR"/>
        </w:rPr>
        <w:t>2547 sayılı Kanunun 31, 33/a ve 50/d başta olmak üzere ilgili hükümleri; SBÜ Akademik Personel Birimi süre uzatımı görevleri.</w:t>
      </w:r>
    </w:p>
    <w:p w14:paraId="0772ADA1" w14:textId="77777777" w:rsidR="00532E3F" w:rsidRPr="000343EB" w:rsidRDefault="00532E3F" w:rsidP="00532E3F">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532E3F" w:rsidRPr="000343EB" w14:paraId="4E3C9AC9"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E1F2D88" w14:textId="77777777" w:rsidR="00532E3F" w:rsidRPr="000343EB" w:rsidRDefault="00532E3F" w:rsidP="00A52618">
            <w:pPr>
              <w:jc w:val="center"/>
              <w:rPr>
                <w:lang w:val="tr-TR"/>
              </w:rPr>
            </w:pPr>
            <w:r w:rsidRPr="000343EB">
              <w:rPr>
                <w:noProof/>
                <w:lang w:val="tr-TR"/>
              </w:rPr>
              <w:lastRenderedPageBreak/>
              <w:drawing>
                <wp:inline distT="0" distB="0" distL="0" distR="0" wp14:anchorId="6464D9C6" wp14:editId="0C0366C3">
                  <wp:extent cx="684000" cy="685548"/>
                  <wp:effectExtent l="0" t="0" r="0" b="0"/>
                  <wp:docPr id="6398019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6D22A6C0" w14:textId="77777777" w:rsidR="00532E3F" w:rsidRPr="000343EB" w:rsidRDefault="00532E3F" w:rsidP="00A52618">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Doktor Öğretim Üyesi Görev Süre Uzatımı</w:t>
            </w:r>
            <w:r w:rsidRPr="000343EB">
              <w:rPr>
                <w:rFonts w:ascii="Arial" w:hAnsi="Arial"/>
                <w:b/>
                <w:color w:val="14375F"/>
                <w:sz w:val="18"/>
                <w:lang w:val="tr-TR"/>
              </w:rPr>
              <w:br/>
              <w:t>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6564069D" w14:textId="77777777" w:rsidR="00532E3F" w:rsidRPr="000343EB" w:rsidRDefault="00532E3F" w:rsidP="00A52618">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95EA068" w14:textId="77777777" w:rsidR="00532E3F" w:rsidRPr="000343EB" w:rsidRDefault="00532E3F" w:rsidP="00A52618">
            <w:pPr>
              <w:rPr>
                <w:lang w:val="tr-TR"/>
              </w:rPr>
            </w:pPr>
            <w:r w:rsidRPr="000343EB">
              <w:rPr>
                <w:sz w:val="13"/>
                <w:lang w:val="tr-TR"/>
              </w:rPr>
              <w:t>UNİKA-İAS-C2-017</w:t>
            </w:r>
          </w:p>
        </w:tc>
      </w:tr>
      <w:tr w:rsidR="00532E3F" w:rsidRPr="000343EB" w14:paraId="657F8035"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60AE52B" w14:textId="77777777" w:rsidR="00532E3F" w:rsidRPr="000343EB" w:rsidRDefault="00532E3F" w:rsidP="00A52618">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B06556C"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D07EFEA" w14:textId="77777777" w:rsidR="00532E3F" w:rsidRPr="000343EB" w:rsidRDefault="00532E3F" w:rsidP="00A52618">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48BE28F" w14:textId="77777777" w:rsidR="00532E3F" w:rsidRPr="000343EB" w:rsidRDefault="00532E3F" w:rsidP="00A52618">
            <w:pPr>
              <w:rPr>
                <w:lang w:val="tr-TR"/>
              </w:rPr>
            </w:pPr>
            <w:r w:rsidRPr="000343EB">
              <w:rPr>
                <w:sz w:val="13"/>
                <w:lang w:val="tr-TR"/>
              </w:rPr>
              <w:t>11.05.2023</w:t>
            </w:r>
          </w:p>
        </w:tc>
      </w:tr>
      <w:tr w:rsidR="00532E3F" w:rsidRPr="000343EB" w14:paraId="7393F106"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7665F8C" w14:textId="77777777" w:rsidR="00532E3F" w:rsidRPr="000343EB" w:rsidRDefault="00532E3F" w:rsidP="00A52618">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D6C6615"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29526DF" w14:textId="77777777" w:rsidR="00532E3F" w:rsidRPr="000343EB" w:rsidRDefault="00532E3F" w:rsidP="00A52618">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F00FA6C" w14:textId="77777777" w:rsidR="00532E3F" w:rsidRPr="000343EB" w:rsidRDefault="00532E3F" w:rsidP="00A52618">
            <w:pPr>
              <w:rPr>
                <w:lang w:val="tr-TR"/>
              </w:rPr>
            </w:pPr>
            <w:r w:rsidRPr="000343EB">
              <w:rPr>
                <w:sz w:val="13"/>
                <w:lang w:val="tr-TR"/>
              </w:rPr>
              <w:t>-</w:t>
            </w:r>
          </w:p>
        </w:tc>
      </w:tr>
      <w:tr w:rsidR="00532E3F" w:rsidRPr="000343EB" w14:paraId="0C609D63"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D9273AF" w14:textId="77777777" w:rsidR="00532E3F" w:rsidRPr="000343EB" w:rsidRDefault="00532E3F" w:rsidP="00A52618">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466CC7D5"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63B0640" w14:textId="77777777" w:rsidR="00532E3F" w:rsidRPr="000343EB" w:rsidRDefault="00532E3F" w:rsidP="00A52618">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316BB738" w14:textId="77777777" w:rsidR="00532E3F" w:rsidRPr="000343EB" w:rsidRDefault="00532E3F" w:rsidP="00A52618">
            <w:pPr>
              <w:rPr>
                <w:lang w:val="tr-TR"/>
              </w:rPr>
            </w:pPr>
            <w:r w:rsidRPr="000343EB">
              <w:rPr>
                <w:sz w:val="13"/>
                <w:lang w:val="tr-TR"/>
              </w:rPr>
              <w:t>0</w:t>
            </w:r>
          </w:p>
        </w:tc>
      </w:tr>
    </w:tbl>
    <w:p w14:paraId="7182A1B9" w14:textId="77777777" w:rsidR="00532E3F" w:rsidRPr="000343EB" w:rsidRDefault="00532E3F" w:rsidP="00532E3F">
      <w:pPr>
        <w:spacing w:after="0"/>
        <w:rPr>
          <w:lang w:val="tr-TR"/>
        </w:rPr>
      </w:pPr>
    </w:p>
    <w:p w14:paraId="3B833057" w14:textId="77777777" w:rsidR="00532E3F" w:rsidRPr="000343EB" w:rsidRDefault="00532E3F" w:rsidP="00532E3F">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532E3F" w:rsidRPr="000343EB" w14:paraId="301B08EA"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32E25671" w14:textId="77777777" w:rsidR="00532E3F" w:rsidRPr="000343EB" w:rsidRDefault="00532E3F" w:rsidP="00A52618">
            <w:pPr>
              <w:spacing w:before="30" w:after="30"/>
              <w:jc w:val="center"/>
              <w:rPr>
                <w:b/>
                <w:bCs/>
                <w:i/>
                <w:iCs/>
                <w:color w:val="000000" w:themeColor="text1"/>
                <w:lang w:val="tr-TR"/>
              </w:rPr>
            </w:pPr>
            <w:r w:rsidRPr="000343EB">
              <w:rPr>
                <w:rFonts w:ascii="Arial" w:hAnsi="Arial"/>
                <w:b/>
                <w:bCs/>
                <w:i/>
                <w:iCs/>
                <w:color w:val="000000" w:themeColor="text1"/>
                <w:sz w:val="13"/>
                <w:lang w:val="tr-TR"/>
              </w:rPr>
              <w:t>*Sağlık Uygulama ve Araştırma Merkezlerinde (SUAM) görevli doktor öğretim üyelerinin süre bitimine 3 (üç) ay kala süre uzatma taleplerini Personel Daire Başkanlığına iletmesi.</w:t>
            </w:r>
          </w:p>
        </w:tc>
      </w:tr>
    </w:tbl>
    <w:p w14:paraId="1831C703" w14:textId="77777777" w:rsidR="00532E3F" w:rsidRPr="000343EB" w:rsidRDefault="00532E3F" w:rsidP="00532E3F">
      <w:pPr>
        <w:spacing w:after="0" w:line="168" w:lineRule="auto"/>
        <w:jc w:val="center"/>
        <w:rPr>
          <w:color w:val="000000" w:themeColor="text1"/>
          <w:lang w:val="tr-TR"/>
        </w:rPr>
      </w:pPr>
      <w:r w:rsidRPr="000343EB">
        <w:rPr>
          <w:b/>
          <w:color w:val="000000" w:themeColor="text1"/>
          <w:lang w:val="tr-TR"/>
        </w:rPr>
        <w:t>↓</w:t>
      </w:r>
    </w:p>
    <w:tbl>
      <w:tblPr>
        <w:tblW w:w="0" w:type="auto"/>
        <w:jc w:val="center"/>
        <w:tblLayout w:type="fixed"/>
        <w:tblLook w:val="04A0" w:firstRow="1" w:lastRow="0" w:firstColumn="1" w:lastColumn="0" w:noHBand="0" w:noVBand="1"/>
      </w:tblPr>
      <w:tblGrid>
        <w:gridCol w:w="7767"/>
      </w:tblGrid>
      <w:tr w:rsidR="00532E3F" w:rsidRPr="000343EB" w14:paraId="1B0EF388"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48AC74F0" w14:textId="77777777" w:rsidR="00532E3F" w:rsidRPr="000343EB" w:rsidRDefault="00532E3F" w:rsidP="00A52618">
            <w:pPr>
              <w:spacing w:before="30" w:after="30"/>
              <w:jc w:val="center"/>
              <w:rPr>
                <w:i/>
                <w:iCs/>
                <w:color w:val="000000" w:themeColor="text1"/>
                <w:lang w:val="tr-TR"/>
              </w:rPr>
            </w:pPr>
            <w:r w:rsidRPr="000343EB">
              <w:rPr>
                <w:rFonts w:ascii="Arial" w:hAnsi="Arial"/>
                <w:i/>
                <w:iCs/>
                <w:color w:val="000000" w:themeColor="text1"/>
                <w:sz w:val="13"/>
                <w:lang w:val="tr-TR"/>
              </w:rPr>
              <w:t>*</w:t>
            </w:r>
            <w:r w:rsidRPr="000343EB">
              <w:rPr>
                <w:rFonts w:ascii="Arial" w:hAnsi="Arial"/>
                <w:b/>
                <w:bCs/>
                <w:i/>
                <w:iCs/>
                <w:color w:val="000000" w:themeColor="text1"/>
                <w:sz w:val="13"/>
                <w:lang w:val="tr-TR"/>
              </w:rPr>
              <w:t>SUAM kadrosunda olup süre uzatma talebinde bulunan doktor öğretim üyesinin Yeniden Atanma Değerlendirme Komisyonuna sevk edilmesi</w:t>
            </w:r>
          </w:p>
        </w:tc>
      </w:tr>
    </w:tbl>
    <w:p w14:paraId="27A161CE" w14:textId="77777777" w:rsidR="00532E3F" w:rsidRPr="000343EB" w:rsidRDefault="00532E3F" w:rsidP="00532E3F">
      <w:pPr>
        <w:spacing w:after="0" w:line="168" w:lineRule="auto"/>
        <w:jc w:val="center"/>
        <w:rPr>
          <w:b/>
          <w:color w:val="000000" w:themeColor="text1"/>
          <w:lang w:val="tr-TR"/>
        </w:rPr>
      </w:pPr>
      <w:r w:rsidRPr="000343EB">
        <w:rPr>
          <w:b/>
          <w:color w:val="000000" w:themeColor="text1"/>
          <w:lang w:val="tr-TR"/>
        </w:rPr>
        <w:t>↓</w:t>
      </w:r>
    </w:p>
    <w:tbl>
      <w:tblPr>
        <w:tblW w:w="0" w:type="auto"/>
        <w:jc w:val="center"/>
        <w:tblLayout w:type="fixed"/>
        <w:tblLook w:val="04A0" w:firstRow="1" w:lastRow="0" w:firstColumn="1" w:lastColumn="0" w:noHBand="0" w:noVBand="1"/>
      </w:tblPr>
      <w:tblGrid>
        <w:gridCol w:w="7767"/>
      </w:tblGrid>
      <w:tr w:rsidR="00532E3F" w:rsidRPr="000343EB" w14:paraId="13B438AF"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7531D48E" w14:textId="77777777" w:rsidR="00532E3F" w:rsidRPr="000343EB" w:rsidRDefault="00532E3F" w:rsidP="00A52618">
            <w:pPr>
              <w:spacing w:before="30" w:after="30"/>
              <w:jc w:val="center"/>
              <w:rPr>
                <w:b/>
                <w:bCs/>
                <w:i/>
                <w:iCs/>
                <w:color w:val="000000" w:themeColor="text1"/>
                <w:lang w:val="tr-TR"/>
              </w:rPr>
            </w:pPr>
            <w:r w:rsidRPr="000343EB">
              <w:rPr>
                <w:rFonts w:ascii="Arial" w:hAnsi="Arial"/>
                <w:b/>
                <w:bCs/>
                <w:i/>
                <w:iCs/>
                <w:color w:val="000000" w:themeColor="text1"/>
                <w:sz w:val="13"/>
                <w:lang w:val="tr-TR"/>
              </w:rPr>
              <w:t>*Yeniden Atanma Değerlendirme komisyonunca süre uzatımı uygun görülen öğretim üyesinin Üniversite Yönetim Kuruluna sevk edilmesi.</w:t>
            </w:r>
          </w:p>
        </w:tc>
      </w:tr>
    </w:tbl>
    <w:p w14:paraId="03EF5709" w14:textId="77777777" w:rsidR="00532E3F" w:rsidRPr="000343EB" w:rsidRDefault="00532E3F" w:rsidP="00532E3F">
      <w:pPr>
        <w:spacing w:after="0" w:line="168" w:lineRule="auto"/>
        <w:jc w:val="center"/>
        <w:rPr>
          <w:b/>
          <w:color w:val="000000" w:themeColor="text1"/>
          <w:lang w:val="tr-TR"/>
        </w:rPr>
      </w:pPr>
      <w:r w:rsidRPr="000343EB">
        <w:rPr>
          <w:b/>
          <w:color w:val="000000" w:themeColor="text1"/>
          <w:lang w:val="tr-TR"/>
        </w:rPr>
        <w:t>↓</w:t>
      </w:r>
    </w:p>
    <w:tbl>
      <w:tblPr>
        <w:tblpPr w:leftFromText="141" w:rightFromText="141" w:vertAnchor="text" w:horzAnchor="margin" w:tblpXSpec="center" w:tblpY="54"/>
        <w:tblW w:w="0" w:type="auto"/>
        <w:tblLayout w:type="fixed"/>
        <w:tblLook w:val="04A0" w:firstRow="1" w:lastRow="0" w:firstColumn="1" w:lastColumn="0" w:noHBand="0" w:noVBand="1"/>
      </w:tblPr>
      <w:tblGrid>
        <w:gridCol w:w="7767"/>
      </w:tblGrid>
      <w:tr w:rsidR="00532E3F" w:rsidRPr="000343EB" w14:paraId="3A62A2D7" w14:textId="77777777" w:rsidTr="00A52618">
        <w:tc>
          <w:tcPr>
            <w:tcW w:w="7767" w:type="dxa"/>
            <w:tcBorders>
              <w:top w:val="single" w:sz="15" w:space="0" w:color="173B6C"/>
              <w:left w:val="single" w:sz="15" w:space="0" w:color="173B6C"/>
              <w:bottom w:val="single" w:sz="15" w:space="0" w:color="173B6C"/>
              <w:right w:val="single" w:sz="15" w:space="0" w:color="173B6C"/>
            </w:tcBorders>
          </w:tcPr>
          <w:p w14:paraId="0FEAB65C" w14:textId="77777777" w:rsidR="00532E3F" w:rsidRPr="000343EB" w:rsidRDefault="00532E3F" w:rsidP="00A52618">
            <w:pPr>
              <w:spacing w:before="30" w:after="30"/>
              <w:jc w:val="center"/>
              <w:rPr>
                <w:color w:val="000000" w:themeColor="text1"/>
                <w:lang w:val="tr-TR"/>
              </w:rPr>
            </w:pPr>
            <w:r w:rsidRPr="000343EB">
              <w:rPr>
                <w:rFonts w:ascii="Arial" w:hAnsi="Arial"/>
                <w:color w:val="000000" w:themeColor="text1"/>
                <w:sz w:val="13"/>
                <w:lang w:val="tr-TR"/>
              </w:rPr>
              <w:t>Fakülte/Enstitü/MYO/SMYO görevli olup görev süresi sona erecek doktor öğretim üyesinin görev süresi uzatım teklifi, yönetim kurulu kararı ve gerekli akademik belgelerin Personel Daire Başkanlığına gönderilmesi.</w:t>
            </w:r>
          </w:p>
        </w:tc>
      </w:tr>
    </w:tbl>
    <w:p w14:paraId="750DED84" w14:textId="77777777" w:rsidR="00532E3F" w:rsidRPr="000343EB" w:rsidRDefault="00532E3F" w:rsidP="00532E3F">
      <w:pPr>
        <w:spacing w:after="0" w:line="168" w:lineRule="auto"/>
        <w:jc w:val="center"/>
        <w:rPr>
          <w:b/>
          <w:color w:val="000000" w:themeColor="text1"/>
          <w:lang w:val="tr-TR"/>
        </w:rPr>
      </w:pPr>
    </w:p>
    <w:p w14:paraId="325DD1DF" w14:textId="77777777" w:rsidR="00532E3F" w:rsidRPr="000343EB" w:rsidRDefault="00532E3F" w:rsidP="00532E3F">
      <w:pPr>
        <w:spacing w:after="0" w:line="168" w:lineRule="auto"/>
        <w:jc w:val="center"/>
        <w:rPr>
          <w:b/>
          <w:color w:val="000000" w:themeColor="text1"/>
          <w:lang w:val="tr-TR"/>
        </w:rPr>
      </w:pPr>
    </w:p>
    <w:p w14:paraId="544927A9" w14:textId="77777777" w:rsidR="00532E3F" w:rsidRPr="000343EB" w:rsidRDefault="00532E3F" w:rsidP="00532E3F">
      <w:pPr>
        <w:spacing w:after="0" w:line="168" w:lineRule="auto"/>
        <w:rPr>
          <w:b/>
          <w:color w:val="000000" w:themeColor="text1"/>
          <w:lang w:val="tr-TR"/>
        </w:rPr>
      </w:pPr>
    </w:p>
    <w:p w14:paraId="15835B75" w14:textId="77777777" w:rsidR="00532E3F" w:rsidRPr="000343EB" w:rsidRDefault="00532E3F" w:rsidP="00532E3F">
      <w:pPr>
        <w:spacing w:after="0" w:line="168" w:lineRule="auto"/>
        <w:jc w:val="center"/>
        <w:rPr>
          <w:b/>
          <w:color w:val="000000" w:themeColor="text1"/>
          <w:lang w:val="tr-TR"/>
        </w:rPr>
      </w:pPr>
      <w:r w:rsidRPr="000343EB">
        <w:rPr>
          <w:b/>
          <w:color w:val="000000" w:themeColor="text1"/>
          <w:lang w:val="tr-TR"/>
        </w:rPr>
        <w:t>↓</w:t>
      </w:r>
    </w:p>
    <w:tbl>
      <w:tblPr>
        <w:tblW w:w="0" w:type="auto"/>
        <w:jc w:val="center"/>
        <w:tblLayout w:type="fixed"/>
        <w:tblLook w:val="04A0" w:firstRow="1" w:lastRow="0" w:firstColumn="1" w:lastColumn="0" w:noHBand="0" w:noVBand="1"/>
      </w:tblPr>
      <w:tblGrid>
        <w:gridCol w:w="7767"/>
      </w:tblGrid>
      <w:tr w:rsidR="00532E3F" w:rsidRPr="000343EB" w14:paraId="38B0E948"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6B5861E8" w14:textId="77777777" w:rsidR="00532E3F" w:rsidRPr="000343EB" w:rsidRDefault="00532E3F" w:rsidP="00A52618">
            <w:pPr>
              <w:spacing w:before="30" w:after="30"/>
              <w:jc w:val="center"/>
              <w:rPr>
                <w:color w:val="000000" w:themeColor="text1"/>
                <w:lang w:val="tr-TR"/>
              </w:rPr>
            </w:pPr>
            <w:r w:rsidRPr="000343EB">
              <w:rPr>
                <w:rFonts w:ascii="Arial" w:hAnsi="Arial"/>
                <w:color w:val="000000" w:themeColor="text1"/>
                <w:sz w:val="13"/>
                <w:lang w:val="tr-TR"/>
              </w:rPr>
              <w:t xml:space="preserve">Dosyanın 2547 sayılı Kanunun </w:t>
            </w:r>
            <w:proofErr w:type="gramStart"/>
            <w:r w:rsidRPr="000343EB">
              <w:rPr>
                <w:rFonts w:ascii="Arial" w:hAnsi="Arial"/>
                <w:color w:val="000000" w:themeColor="text1"/>
                <w:sz w:val="13"/>
                <w:lang w:val="tr-TR"/>
              </w:rPr>
              <w:t>23 üncü</w:t>
            </w:r>
            <w:proofErr w:type="gramEnd"/>
            <w:r w:rsidRPr="000343EB">
              <w:rPr>
                <w:rFonts w:ascii="Arial" w:hAnsi="Arial"/>
                <w:color w:val="000000" w:themeColor="text1"/>
                <w:sz w:val="13"/>
                <w:lang w:val="tr-TR"/>
              </w:rPr>
              <w:t xml:space="preserve"> maddesi ile SBÜ Öğretim Üyeliğine Yükseltilme ve Atanma Yönergesi bakımından incelenmesi.</w:t>
            </w:r>
          </w:p>
        </w:tc>
      </w:tr>
    </w:tbl>
    <w:p w14:paraId="75F24D7D" w14:textId="77777777" w:rsidR="00532E3F" w:rsidRPr="000343EB" w:rsidRDefault="00532E3F" w:rsidP="00532E3F">
      <w:pPr>
        <w:spacing w:after="0" w:line="168" w:lineRule="auto"/>
        <w:jc w:val="center"/>
        <w:rPr>
          <w:color w:val="000000" w:themeColor="text1"/>
          <w:lang w:val="tr-TR"/>
        </w:rPr>
      </w:pPr>
      <w:r w:rsidRPr="000343EB">
        <w:rPr>
          <w:b/>
          <w:color w:val="000000" w:themeColor="text1"/>
          <w:lang w:val="tr-TR"/>
        </w:rPr>
        <w:t>↓</w:t>
      </w:r>
    </w:p>
    <w:tbl>
      <w:tblPr>
        <w:tblW w:w="0" w:type="auto"/>
        <w:jc w:val="center"/>
        <w:tblLayout w:type="fixed"/>
        <w:tblLook w:val="04A0" w:firstRow="1" w:lastRow="0" w:firstColumn="1" w:lastColumn="0" w:noHBand="0" w:noVBand="1"/>
      </w:tblPr>
      <w:tblGrid>
        <w:gridCol w:w="7767"/>
      </w:tblGrid>
      <w:tr w:rsidR="00532E3F" w:rsidRPr="000343EB" w14:paraId="1AB5F1AE"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6B93A88C" w14:textId="77777777" w:rsidR="00532E3F" w:rsidRPr="000343EB" w:rsidRDefault="00532E3F" w:rsidP="00A52618">
            <w:pPr>
              <w:spacing w:before="30" w:after="30"/>
              <w:jc w:val="center"/>
              <w:rPr>
                <w:color w:val="000000" w:themeColor="text1"/>
                <w:lang w:val="tr-TR"/>
              </w:rPr>
            </w:pPr>
            <w:r w:rsidRPr="000343EB">
              <w:rPr>
                <w:rFonts w:ascii="Arial" w:hAnsi="Arial"/>
                <w:color w:val="000000" w:themeColor="text1"/>
                <w:sz w:val="13"/>
                <w:lang w:val="tr-TR"/>
              </w:rPr>
              <w:t>Süre uzatımı yapılacak tüm doktor öğretim üyeleri için görev süresi uzatım onayının Rektörün yetkisi kapsamında hazırlanarak onaya sunulması.</w:t>
            </w:r>
          </w:p>
        </w:tc>
      </w:tr>
    </w:tbl>
    <w:p w14:paraId="51056C90" w14:textId="77777777" w:rsidR="00532E3F" w:rsidRPr="000343EB" w:rsidRDefault="00532E3F" w:rsidP="00532E3F">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532E3F" w:rsidRPr="000343EB" w14:paraId="456D85C3"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5822ADAC" w14:textId="77777777" w:rsidR="00532E3F" w:rsidRPr="000343EB" w:rsidRDefault="00532E3F" w:rsidP="00A52618">
            <w:pPr>
              <w:spacing w:before="30" w:after="30"/>
              <w:jc w:val="center"/>
              <w:rPr>
                <w:lang w:val="tr-TR"/>
              </w:rPr>
            </w:pPr>
            <w:r w:rsidRPr="000343EB">
              <w:rPr>
                <w:rFonts w:ascii="Arial" w:hAnsi="Arial"/>
                <w:sz w:val="13"/>
                <w:lang w:val="tr-TR"/>
              </w:rPr>
              <w:t>Onaylanan süre uzatımının ilgili birime/SUAM Müdürlüğüne bildirilmesi; personel sistemi ve özlük kayıtlarının güncellenmesi.</w:t>
            </w:r>
          </w:p>
        </w:tc>
      </w:tr>
    </w:tbl>
    <w:p w14:paraId="15B1615C" w14:textId="77777777" w:rsidR="00532E3F" w:rsidRPr="000343EB" w:rsidRDefault="00532E3F" w:rsidP="00532E3F">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532E3F" w:rsidRPr="000343EB" w14:paraId="3EFE73E1" w14:textId="77777777" w:rsidTr="00A52618">
        <w:trPr>
          <w:jc w:val="center"/>
        </w:trPr>
        <w:tc>
          <w:tcPr>
            <w:tcW w:w="7767" w:type="dxa"/>
            <w:tcBorders>
              <w:top w:val="single" w:sz="15" w:space="0" w:color="173B6C"/>
              <w:left w:val="single" w:sz="15" w:space="0" w:color="173B6C"/>
              <w:bottom w:val="single" w:sz="15" w:space="0" w:color="173B6C"/>
              <w:right w:val="single" w:sz="15" w:space="0" w:color="173B6C"/>
            </w:tcBorders>
          </w:tcPr>
          <w:p w14:paraId="50F0BFE4" w14:textId="77777777" w:rsidR="00532E3F" w:rsidRPr="000343EB" w:rsidRDefault="00532E3F" w:rsidP="00A52618">
            <w:pPr>
              <w:spacing w:before="30" w:after="30"/>
              <w:jc w:val="center"/>
              <w:rPr>
                <w:lang w:val="tr-TR"/>
              </w:rPr>
            </w:pPr>
            <w:r w:rsidRPr="000343EB">
              <w:rPr>
                <w:rFonts w:ascii="Arial" w:hAnsi="Arial"/>
                <w:sz w:val="13"/>
                <w:lang w:val="tr-TR"/>
              </w:rPr>
              <w:t>İşlem evrakının personel özlük dosyasında muhafaza edilmesi.</w:t>
            </w:r>
          </w:p>
        </w:tc>
      </w:tr>
    </w:tbl>
    <w:p w14:paraId="42B067B7" w14:textId="77777777" w:rsidR="00532E3F" w:rsidRPr="000343EB" w:rsidRDefault="00532E3F" w:rsidP="00532E3F">
      <w:pPr>
        <w:spacing w:after="20"/>
        <w:jc w:val="center"/>
        <w:rPr>
          <w:lang w:val="tr-TR"/>
        </w:rPr>
      </w:pPr>
      <w:r w:rsidRPr="000343EB">
        <w:rPr>
          <w:b/>
          <w:color w:val="B97000"/>
          <w:sz w:val="15"/>
          <w:lang w:val="tr-TR"/>
        </w:rPr>
        <w:t>BİTİŞ</w:t>
      </w:r>
    </w:p>
    <w:p w14:paraId="04879D51" w14:textId="77777777" w:rsidR="00532E3F" w:rsidRPr="000343EB" w:rsidRDefault="00532E3F" w:rsidP="00532E3F">
      <w:pPr>
        <w:spacing w:before="20" w:after="0"/>
        <w:rPr>
          <w:b/>
          <w:sz w:val="11"/>
          <w:lang w:val="tr-TR"/>
        </w:rPr>
      </w:pPr>
    </w:p>
    <w:p w14:paraId="61AAEAFD" w14:textId="77777777" w:rsidR="00532E3F" w:rsidRPr="000343EB" w:rsidRDefault="00532E3F" w:rsidP="00532E3F">
      <w:pPr>
        <w:spacing w:before="20" w:after="0"/>
        <w:rPr>
          <w:b/>
          <w:sz w:val="11"/>
          <w:lang w:val="tr-TR"/>
        </w:rPr>
      </w:pPr>
    </w:p>
    <w:p w14:paraId="7505DF72" w14:textId="77777777" w:rsidR="00532E3F" w:rsidRPr="000343EB" w:rsidRDefault="00532E3F" w:rsidP="00532E3F">
      <w:pPr>
        <w:spacing w:before="20" w:after="0"/>
        <w:rPr>
          <w:b/>
          <w:sz w:val="11"/>
          <w:lang w:val="tr-TR"/>
        </w:rPr>
      </w:pPr>
    </w:p>
    <w:p w14:paraId="7D5A1C0F" w14:textId="77777777" w:rsidR="00532E3F" w:rsidRPr="000343EB" w:rsidRDefault="00532E3F" w:rsidP="00532E3F">
      <w:pPr>
        <w:spacing w:before="20" w:after="0"/>
        <w:rPr>
          <w:b/>
          <w:sz w:val="11"/>
          <w:lang w:val="tr-TR"/>
        </w:rPr>
      </w:pPr>
    </w:p>
    <w:p w14:paraId="04F37133" w14:textId="77777777" w:rsidR="00532E3F" w:rsidRPr="000343EB" w:rsidRDefault="00532E3F" w:rsidP="00532E3F">
      <w:pPr>
        <w:spacing w:before="20" w:after="0"/>
        <w:rPr>
          <w:b/>
          <w:sz w:val="11"/>
          <w:lang w:val="tr-TR"/>
        </w:rPr>
      </w:pPr>
    </w:p>
    <w:p w14:paraId="0A4A6DD9" w14:textId="77777777" w:rsidR="00532E3F" w:rsidRPr="000343EB" w:rsidRDefault="00532E3F" w:rsidP="00532E3F">
      <w:pPr>
        <w:spacing w:before="20" w:after="0"/>
        <w:rPr>
          <w:b/>
          <w:sz w:val="11"/>
          <w:lang w:val="tr-TR"/>
        </w:rPr>
      </w:pPr>
    </w:p>
    <w:p w14:paraId="1D8B667C" w14:textId="77777777" w:rsidR="00532E3F" w:rsidRPr="000343EB" w:rsidRDefault="00532E3F" w:rsidP="00532E3F">
      <w:pPr>
        <w:spacing w:before="20" w:after="0"/>
        <w:rPr>
          <w:b/>
          <w:sz w:val="11"/>
          <w:lang w:val="tr-TR"/>
        </w:rPr>
      </w:pPr>
    </w:p>
    <w:p w14:paraId="51FD5832" w14:textId="77777777" w:rsidR="00532E3F" w:rsidRPr="000343EB" w:rsidRDefault="00532E3F" w:rsidP="00532E3F">
      <w:pPr>
        <w:spacing w:before="20" w:after="0"/>
        <w:rPr>
          <w:b/>
          <w:sz w:val="11"/>
          <w:lang w:val="tr-TR"/>
        </w:rPr>
      </w:pPr>
    </w:p>
    <w:p w14:paraId="07C20F48" w14:textId="77777777" w:rsidR="00532E3F" w:rsidRPr="000343EB" w:rsidRDefault="00532E3F" w:rsidP="00532E3F">
      <w:pPr>
        <w:spacing w:before="20" w:after="0"/>
        <w:rPr>
          <w:b/>
          <w:sz w:val="11"/>
          <w:lang w:val="tr-TR"/>
        </w:rPr>
      </w:pPr>
    </w:p>
    <w:p w14:paraId="7CB7C801" w14:textId="77777777" w:rsidR="00532E3F" w:rsidRPr="000343EB" w:rsidRDefault="00532E3F" w:rsidP="00532E3F">
      <w:pPr>
        <w:spacing w:before="20" w:after="0"/>
        <w:rPr>
          <w:b/>
          <w:sz w:val="11"/>
          <w:lang w:val="tr-TR"/>
        </w:rPr>
      </w:pPr>
    </w:p>
    <w:p w14:paraId="32F7BFA7" w14:textId="77777777" w:rsidR="00532E3F" w:rsidRPr="000343EB" w:rsidRDefault="00532E3F" w:rsidP="00532E3F">
      <w:pPr>
        <w:spacing w:before="20" w:after="0"/>
        <w:rPr>
          <w:b/>
          <w:sz w:val="11"/>
          <w:lang w:val="tr-TR"/>
        </w:rPr>
      </w:pPr>
    </w:p>
    <w:p w14:paraId="017D2880" w14:textId="77777777" w:rsidR="00532E3F" w:rsidRPr="000343EB" w:rsidRDefault="00532E3F" w:rsidP="00532E3F">
      <w:pPr>
        <w:spacing w:before="20" w:after="0"/>
        <w:rPr>
          <w:b/>
          <w:sz w:val="11"/>
          <w:lang w:val="tr-TR"/>
        </w:rPr>
      </w:pPr>
    </w:p>
    <w:p w14:paraId="1D3573C3" w14:textId="77777777" w:rsidR="00532E3F" w:rsidRPr="000343EB" w:rsidRDefault="00532E3F" w:rsidP="00532E3F">
      <w:pPr>
        <w:spacing w:before="20" w:after="0"/>
        <w:rPr>
          <w:b/>
          <w:sz w:val="11"/>
          <w:lang w:val="tr-TR"/>
        </w:rPr>
      </w:pPr>
    </w:p>
    <w:p w14:paraId="63B5C20B" w14:textId="77777777" w:rsidR="00532E3F" w:rsidRPr="000343EB" w:rsidRDefault="00532E3F" w:rsidP="00532E3F">
      <w:pPr>
        <w:spacing w:before="20" w:after="0"/>
        <w:rPr>
          <w:b/>
          <w:sz w:val="11"/>
          <w:lang w:val="tr-TR"/>
        </w:rPr>
      </w:pPr>
    </w:p>
    <w:p w14:paraId="53929ADB" w14:textId="77777777" w:rsidR="00532E3F" w:rsidRPr="000343EB" w:rsidRDefault="00532E3F" w:rsidP="00532E3F">
      <w:pPr>
        <w:spacing w:before="20" w:after="0"/>
        <w:rPr>
          <w:b/>
          <w:sz w:val="11"/>
          <w:lang w:val="tr-TR"/>
        </w:rPr>
      </w:pPr>
    </w:p>
    <w:p w14:paraId="010D6D4D" w14:textId="77777777" w:rsidR="00532E3F" w:rsidRPr="000343EB" w:rsidRDefault="00532E3F" w:rsidP="00532E3F">
      <w:pPr>
        <w:spacing w:before="20" w:after="0"/>
        <w:rPr>
          <w:b/>
          <w:sz w:val="11"/>
          <w:lang w:val="tr-TR"/>
        </w:rPr>
      </w:pPr>
    </w:p>
    <w:p w14:paraId="1BA1CF97" w14:textId="77777777" w:rsidR="00532E3F" w:rsidRPr="000343EB" w:rsidRDefault="00532E3F" w:rsidP="00532E3F">
      <w:pPr>
        <w:spacing w:before="20" w:after="0"/>
        <w:rPr>
          <w:b/>
          <w:sz w:val="11"/>
          <w:lang w:val="tr-TR"/>
        </w:rPr>
      </w:pPr>
    </w:p>
    <w:p w14:paraId="5272E971" w14:textId="77777777" w:rsidR="00532E3F" w:rsidRPr="000343EB" w:rsidRDefault="00532E3F" w:rsidP="00532E3F">
      <w:pPr>
        <w:spacing w:before="20" w:after="0"/>
        <w:rPr>
          <w:b/>
          <w:sz w:val="11"/>
          <w:lang w:val="tr-TR"/>
        </w:rPr>
      </w:pPr>
    </w:p>
    <w:p w14:paraId="4A16D3B0" w14:textId="77777777" w:rsidR="00532E3F" w:rsidRPr="000343EB" w:rsidRDefault="00532E3F" w:rsidP="00532E3F">
      <w:pPr>
        <w:spacing w:before="20" w:after="0"/>
        <w:rPr>
          <w:b/>
          <w:sz w:val="11"/>
          <w:lang w:val="tr-TR"/>
        </w:rPr>
      </w:pPr>
    </w:p>
    <w:p w14:paraId="405BE3E4" w14:textId="77777777" w:rsidR="00532E3F" w:rsidRPr="000343EB" w:rsidRDefault="00532E3F" w:rsidP="00532E3F">
      <w:pPr>
        <w:spacing w:before="20" w:after="0"/>
        <w:rPr>
          <w:b/>
          <w:sz w:val="11"/>
          <w:lang w:val="tr-TR"/>
        </w:rPr>
      </w:pPr>
    </w:p>
    <w:p w14:paraId="338EC9C6" w14:textId="77777777" w:rsidR="00532E3F" w:rsidRPr="000343EB" w:rsidRDefault="00532E3F" w:rsidP="00532E3F">
      <w:pPr>
        <w:spacing w:before="20" w:after="0"/>
        <w:rPr>
          <w:b/>
          <w:sz w:val="11"/>
          <w:lang w:val="tr-TR"/>
        </w:rPr>
      </w:pPr>
    </w:p>
    <w:p w14:paraId="25180209" w14:textId="77777777" w:rsidR="00532E3F" w:rsidRPr="000343EB" w:rsidRDefault="00532E3F" w:rsidP="00532E3F">
      <w:pPr>
        <w:spacing w:before="20" w:after="0"/>
        <w:rPr>
          <w:b/>
          <w:sz w:val="11"/>
          <w:lang w:val="tr-TR"/>
        </w:rPr>
      </w:pPr>
    </w:p>
    <w:p w14:paraId="5E0E8BA8" w14:textId="77777777" w:rsidR="00532E3F" w:rsidRPr="000343EB" w:rsidRDefault="00532E3F" w:rsidP="00532E3F">
      <w:pPr>
        <w:spacing w:before="20" w:after="0"/>
        <w:rPr>
          <w:b/>
          <w:sz w:val="11"/>
          <w:lang w:val="tr-TR"/>
        </w:rPr>
      </w:pPr>
    </w:p>
    <w:p w14:paraId="6CF453BE" w14:textId="77777777" w:rsidR="00532E3F" w:rsidRPr="000343EB" w:rsidRDefault="00532E3F" w:rsidP="00532E3F">
      <w:pPr>
        <w:spacing w:before="20" w:after="0"/>
        <w:rPr>
          <w:b/>
          <w:sz w:val="11"/>
          <w:lang w:val="tr-TR"/>
        </w:rPr>
      </w:pPr>
    </w:p>
    <w:p w14:paraId="7A752B9C" w14:textId="77777777" w:rsidR="00532E3F" w:rsidRPr="000343EB" w:rsidRDefault="00532E3F" w:rsidP="00532E3F">
      <w:pPr>
        <w:spacing w:before="20" w:after="0"/>
        <w:rPr>
          <w:b/>
          <w:sz w:val="11"/>
          <w:lang w:val="tr-TR"/>
        </w:rPr>
      </w:pPr>
    </w:p>
    <w:p w14:paraId="1660A8C9" w14:textId="77777777" w:rsidR="00532E3F" w:rsidRPr="000343EB" w:rsidRDefault="00532E3F" w:rsidP="00532E3F">
      <w:pPr>
        <w:spacing w:before="20" w:after="0"/>
        <w:rPr>
          <w:b/>
          <w:sz w:val="11"/>
          <w:lang w:val="tr-TR"/>
        </w:rPr>
      </w:pPr>
    </w:p>
    <w:p w14:paraId="1A8C8E66" w14:textId="77777777" w:rsidR="00532E3F" w:rsidRPr="000343EB" w:rsidRDefault="00532E3F" w:rsidP="00532E3F">
      <w:pPr>
        <w:spacing w:before="20" w:after="0"/>
        <w:rPr>
          <w:b/>
          <w:sz w:val="11"/>
          <w:lang w:val="tr-TR"/>
        </w:rPr>
      </w:pPr>
    </w:p>
    <w:p w14:paraId="2BAE7407" w14:textId="77777777" w:rsidR="00532E3F" w:rsidRPr="000343EB" w:rsidRDefault="00532E3F" w:rsidP="00532E3F">
      <w:pPr>
        <w:spacing w:before="20" w:after="0"/>
        <w:rPr>
          <w:b/>
          <w:sz w:val="11"/>
          <w:lang w:val="tr-TR"/>
        </w:rPr>
      </w:pPr>
    </w:p>
    <w:p w14:paraId="1FDB4674" w14:textId="77777777" w:rsidR="00532E3F" w:rsidRPr="000343EB" w:rsidRDefault="00532E3F" w:rsidP="00532E3F">
      <w:pPr>
        <w:spacing w:before="20" w:after="0"/>
        <w:rPr>
          <w:b/>
          <w:sz w:val="11"/>
          <w:lang w:val="tr-TR"/>
        </w:rPr>
      </w:pPr>
    </w:p>
    <w:p w14:paraId="0D38C85D" w14:textId="77777777" w:rsidR="00532E3F" w:rsidRPr="000343EB" w:rsidRDefault="00532E3F" w:rsidP="00532E3F">
      <w:pPr>
        <w:spacing w:before="20" w:after="0"/>
        <w:rPr>
          <w:b/>
          <w:sz w:val="11"/>
          <w:lang w:val="tr-TR"/>
        </w:rPr>
      </w:pPr>
    </w:p>
    <w:p w14:paraId="70A8732D" w14:textId="77777777" w:rsidR="00532E3F" w:rsidRPr="000343EB" w:rsidRDefault="00532E3F" w:rsidP="00532E3F">
      <w:pPr>
        <w:spacing w:before="20" w:after="0"/>
        <w:rPr>
          <w:b/>
          <w:sz w:val="11"/>
          <w:lang w:val="tr-TR"/>
        </w:rPr>
      </w:pPr>
    </w:p>
    <w:p w14:paraId="7D1B8A6F" w14:textId="77777777" w:rsidR="00532E3F" w:rsidRPr="000343EB" w:rsidRDefault="00532E3F" w:rsidP="00532E3F">
      <w:pPr>
        <w:spacing w:before="20" w:after="0"/>
        <w:rPr>
          <w:b/>
          <w:sz w:val="11"/>
          <w:lang w:val="tr-TR"/>
        </w:rPr>
      </w:pPr>
    </w:p>
    <w:p w14:paraId="5DCEBF1B" w14:textId="77777777" w:rsidR="00532E3F" w:rsidRPr="000343EB" w:rsidRDefault="00532E3F" w:rsidP="00532E3F">
      <w:pPr>
        <w:spacing w:before="20" w:after="0"/>
        <w:rPr>
          <w:b/>
          <w:sz w:val="11"/>
          <w:lang w:val="tr-TR"/>
        </w:rPr>
      </w:pPr>
    </w:p>
    <w:p w14:paraId="3EF3EA96" w14:textId="77777777" w:rsidR="00532E3F" w:rsidRPr="000343EB" w:rsidRDefault="00532E3F" w:rsidP="00532E3F">
      <w:pPr>
        <w:spacing w:before="20" w:after="0"/>
        <w:rPr>
          <w:b/>
          <w:sz w:val="11"/>
          <w:lang w:val="tr-TR"/>
        </w:rPr>
      </w:pPr>
    </w:p>
    <w:p w14:paraId="4DD99EF9" w14:textId="77777777" w:rsidR="00532E3F" w:rsidRPr="000343EB" w:rsidRDefault="00532E3F" w:rsidP="00532E3F">
      <w:pPr>
        <w:spacing w:before="20" w:after="0"/>
        <w:rPr>
          <w:b/>
          <w:sz w:val="11"/>
          <w:lang w:val="tr-TR"/>
        </w:rPr>
      </w:pPr>
    </w:p>
    <w:p w14:paraId="1864388E" w14:textId="77777777" w:rsidR="00532E3F" w:rsidRPr="000343EB" w:rsidRDefault="00532E3F" w:rsidP="00532E3F">
      <w:pPr>
        <w:spacing w:before="20" w:after="0"/>
        <w:rPr>
          <w:b/>
          <w:sz w:val="11"/>
          <w:lang w:val="tr-TR"/>
        </w:rPr>
      </w:pPr>
    </w:p>
    <w:p w14:paraId="6DA8BEDF" w14:textId="77777777" w:rsidR="00532E3F" w:rsidRPr="000343EB" w:rsidRDefault="00532E3F" w:rsidP="00532E3F">
      <w:pPr>
        <w:spacing w:before="20" w:after="0"/>
        <w:rPr>
          <w:b/>
          <w:sz w:val="11"/>
          <w:lang w:val="tr-TR"/>
        </w:rPr>
      </w:pPr>
    </w:p>
    <w:p w14:paraId="4AA06A74" w14:textId="77777777" w:rsidR="00532E3F" w:rsidRPr="000343EB" w:rsidRDefault="00532E3F" w:rsidP="00532E3F">
      <w:pPr>
        <w:spacing w:before="20" w:after="0"/>
        <w:rPr>
          <w:b/>
          <w:sz w:val="11"/>
          <w:lang w:val="tr-TR"/>
        </w:rPr>
      </w:pPr>
    </w:p>
    <w:p w14:paraId="0FB785C1" w14:textId="77777777" w:rsidR="00532E3F" w:rsidRPr="000343EB" w:rsidRDefault="00532E3F" w:rsidP="00532E3F">
      <w:pPr>
        <w:spacing w:before="20" w:after="0"/>
        <w:rPr>
          <w:b/>
          <w:sz w:val="11"/>
          <w:lang w:val="tr-TR"/>
        </w:rPr>
      </w:pPr>
    </w:p>
    <w:p w14:paraId="35D9E5E4" w14:textId="77777777" w:rsidR="00532E3F" w:rsidRPr="000343EB" w:rsidRDefault="00532E3F" w:rsidP="00532E3F">
      <w:pPr>
        <w:spacing w:before="20" w:after="0"/>
        <w:rPr>
          <w:b/>
          <w:sz w:val="11"/>
          <w:lang w:val="tr-TR"/>
        </w:rPr>
      </w:pPr>
    </w:p>
    <w:p w14:paraId="4752E03C" w14:textId="77777777" w:rsidR="00532E3F" w:rsidRPr="000343EB" w:rsidRDefault="00532E3F" w:rsidP="00532E3F">
      <w:pPr>
        <w:spacing w:before="20" w:after="0"/>
        <w:rPr>
          <w:b/>
          <w:sz w:val="11"/>
          <w:lang w:val="tr-TR"/>
        </w:rPr>
      </w:pPr>
    </w:p>
    <w:p w14:paraId="7D98CF18" w14:textId="77777777" w:rsidR="00532E3F" w:rsidRPr="000343EB" w:rsidRDefault="00532E3F" w:rsidP="00532E3F">
      <w:pPr>
        <w:spacing w:before="20" w:after="0"/>
        <w:rPr>
          <w:b/>
          <w:sz w:val="11"/>
          <w:lang w:val="tr-TR"/>
        </w:rPr>
      </w:pPr>
    </w:p>
    <w:p w14:paraId="377415AE" w14:textId="5AADF1B9" w:rsidR="006164F7" w:rsidRPr="000343EB" w:rsidRDefault="006164F7" w:rsidP="006164F7">
      <w:pPr>
        <w:rPr>
          <w:lang w:val="tr-TR"/>
        </w:rPr>
      </w:pP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3B594DAB"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7B708CEC" w14:textId="77777777" w:rsidR="006164F7" w:rsidRPr="000343EB" w:rsidRDefault="006164F7" w:rsidP="00E8130D">
            <w:pPr>
              <w:jc w:val="center"/>
              <w:rPr>
                <w:lang w:val="tr-TR"/>
              </w:rPr>
            </w:pPr>
            <w:r w:rsidRPr="000343EB">
              <w:rPr>
                <w:noProof/>
                <w:lang w:val="tr-TR"/>
              </w:rPr>
              <w:lastRenderedPageBreak/>
              <w:drawing>
                <wp:inline distT="0" distB="0" distL="0" distR="0" wp14:anchorId="7A0CEB31" wp14:editId="5CA7A026">
                  <wp:extent cx="684000" cy="685548"/>
                  <wp:effectExtent l="0" t="0" r="0" b="0"/>
                  <wp:docPr id="5660116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27DB3C56"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Akademik Kadro İptal-İhdas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20A679CC"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D9B56AF" w14:textId="77777777" w:rsidR="006164F7" w:rsidRPr="000343EB" w:rsidRDefault="006164F7" w:rsidP="00E8130D">
            <w:pPr>
              <w:rPr>
                <w:lang w:val="tr-TR"/>
              </w:rPr>
            </w:pPr>
            <w:r w:rsidRPr="000343EB">
              <w:rPr>
                <w:sz w:val="13"/>
                <w:lang w:val="tr-TR"/>
              </w:rPr>
              <w:t>UNİKA-İAS-C2-018</w:t>
            </w:r>
          </w:p>
        </w:tc>
      </w:tr>
      <w:tr w:rsidR="006164F7" w:rsidRPr="000343EB" w14:paraId="712F84B4"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C0567A5"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26660C92"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3FCF89C"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ADA3BA9" w14:textId="77777777" w:rsidR="006164F7" w:rsidRPr="000343EB" w:rsidRDefault="006164F7" w:rsidP="00E8130D">
            <w:pPr>
              <w:rPr>
                <w:lang w:val="tr-TR"/>
              </w:rPr>
            </w:pPr>
            <w:r w:rsidRPr="000343EB">
              <w:rPr>
                <w:sz w:val="13"/>
                <w:lang w:val="tr-TR"/>
              </w:rPr>
              <w:t>11.05.2023</w:t>
            </w:r>
          </w:p>
        </w:tc>
      </w:tr>
      <w:tr w:rsidR="006164F7" w:rsidRPr="000343EB" w14:paraId="3C8597EE"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702E414"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4F4A250"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803C91A"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446D5D1" w14:textId="77777777" w:rsidR="006164F7" w:rsidRPr="000343EB" w:rsidRDefault="006164F7" w:rsidP="00E8130D">
            <w:pPr>
              <w:rPr>
                <w:lang w:val="tr-TR"/>
              </w:rPr>
            </w:pPr>
            <w:r w:rsidRPr="000343EB">
              <w:rPr>
                <w:sz w:val="13"/>
                <w:lang w:val="tr-TR"/>
              </w:rPr>
              <w:t>-</w:t>
            </w:r>
          </w:p>
        </w:tc>
      </w:tr>
      <w:tr w:rsidR="006164F7" w:rsidRPr="000343EB" w14:paraId="69ABDB3E"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C22599A"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7CD46878"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BB8C9C9"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B223082" w14:textId="77777777" w:rsidR="006164F7" w:rsidRPr="000343EB" w:rsidRDefault="006164F7" w:rsidP="00E8130D">
            <w:pPr>
              <w:rPr>
                <w:lang w:val="tr-TR"/>
              </w:rPr>
            </w:pPr>
            <w:r w:rsidRPr="000343EB">
              <w:rPr>
                <w:sz w:val="13"/>
                <w:lang w:val="tr-TR"/>
              </w:rPr>
              <w:t>0</w:t>
            </w:r>
          </w:p>
        </w:tc>
      </w:tr>
    </w:tbl>
    <w:p w14:paraId="0106C8A5" w14:textId="77777777" w:rsidR="006164F7" w:rsidRPr="000343EB" w:rsidRDefault="006164F7" w:rsidP="006164F7">
      <w:pPr>
        <w:spacing w:after="0"/>
        <w:rPr>
          <w:lang w:val="tr-TR"/>
        </w:rPr>
      </w:pPr>
    </w:p>
    <w:p w14:paraId="7C4C23BA"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71BF699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00382D9" w14:textId="77777777" w:rsidR="006164F7" w:rsidRPr="000343EB" w:rsidRDefault="006164F7" w:rsidP="00E8130D">
            <w:pPr>
              <w:spacing w:before="30" w:after="30"/>
              <w:jc w:val="center"/>
              <w:rPr>
                <w:lang w:val="tr-TR"/>
              </w:rPr>
            </w:pPr>
            <w:r w:rsidRPr="000343EB">
              <w:rPr>
                <w:rFonts w:ascii="Arial" w:hAnsi="Arial"/>
                <w:sz w:val="13"/>
                <w:lang w:val="tr-TR"/>
              </w:rPr>
              <w:t>Üniversitenin akademik personel stratejisi, norm kadro planlaması ve birim ihtiyaçları doğrultusunda akademik kadro değişiklik taleplerinin toplanması.</w:t>
            </w:r>
          </w:p>
        </w:tc>
      </w:tr>
    </w:tbl>
    <w:p w14:paraId="5743A15F"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CC6975E"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892A4BC" w14:textId="77777777" w:rsidR="006164F7" w:rsidRPr="000343EB" w:rsidRDefault="006164F7" w:rsidP="00E8130D">
            <w:pPr>
              <w:spacing w:before="30" w:after="30"/>
              <w:jc w:val="center"/>
              <w:rPr>
                <w:lang w:val="tr-TR"/>
              </w:rPr>
            </w:pPr>
            <w:r w:rsidRPr="000343EB">
              <w:rPr>
                <w:rFonts w:ascii="Arial" w:hAnsi="Arial"/>
                <w:sz w:val="13"/>
                <w:lang w:val="tr-TR"/>
              </w:rPr>
              <w:t>İptal/ihdas veya dolu-boş kadro değişikliği tekliflerinin ilgili mevzuata ve norm kadro durumuna göre Personel Daire Başkanlığınca hazırlanması.</w:t>
            </w:r>
          </w:p>
        </w:tc>
      </w:tr>
    </w:tbl>
    <w:p w14:paraId="39A9A72C"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34AFEC7"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C7F1B66" w14:textId="77777777" w:rsidR="006164F7" w:rsidRPr="000343EB" w:rsidRDefault="006164F7" w:rsidP="00E8130D">
            <w:pPr>
              <w:spacing w:before="30" w:after="30"/>
              <w:jc w:val="center"/>
              <w:rPr>
                <w:lang w:val="tr-TR"/>
              </w:rPr>
            </w:pPr>
            <w:r w:rsidRPr="000343EB">
              <w:rPr>
                <w:rFonts w:ascii="Arial" w:hAnsi="Arial"/>
                <w:sz w:val="13"/>
                <w:lang w:val="tr-TR"/>
              </w:rPr>
              <w:t>Gerekli kadro tekliflerinin YÖKSİS ve/veya yetkili kamu sistemleri üzerinden YÖK ile ilgili mercilere iletilmesi.</w:t>
            </w:r>
          </w:p>
        </w:tc>
      </w:tr>
    </w:tbl>
    <w:p w14:paraId="1F1D199F"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6A97FB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A6CB005" w14:textId="77777777" w:rsidR="006164F7" w:rsidRPr="000343EB" w:rsidRDefault="006164F7" w:rsidP="00E8130D">
            <w:pPr>
              <w:spacing w:before="30" w:after="30"/>
              <w:jc w:val="center"/>
              <w:rPr>
                <w:lang w:val="tr-TR"/>
              </w:rPr>
            </w:pPr>
            <w:r w:rsidRPr="000343EB">
              <w:rPr>
                <w:rFonts w:ascii="Arial" w:hAnsi="Arial"/>
                <w:sz w:val="13"/>
                <w:lang w:val="tr-TR"/>
              </w:rPr>
              <w:t>Yetkili makamların onay/kararlarının takip edilmesi ve kesinleşen kadro değişikliklerinin ilgili birimlere bildirilmesi.</w:t>
            </w:r>
          </w:p>
        </w:tc>
      </w:tr>
    </w:tbl>
    <w:p w14:paraId="5F9474E7"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39DD60C9"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D55A665" w14:textId="77777777" w:rsidR="006164F7" w:rsidRPr="000343EB" w:rsidRDefault="006164F7" w:rsidP="00E8130D">
            <w:pPr>
              <w:spacing w:before="30" w:after="30"/>
              <w:jc w:val="center"/>
              <w:rPr>
                <w:lang w:val="tr-TR"/>
              </w:rPr>
            </w:pPr>
            <w:r w:rsidRPr="000343EB">
              <w:rPr>
                <w:rFonts w:ascii="Arial" w:hAnsi="Arial"/>
                <w:sz w:val="13"/>
                <w:lang w:val="tr-TR"/>
              </w:rPr>
              <w:t>Kadro değişikliğinin YÖKSİS ve personel/kadro kayıtlarına işlenmesi; dolu kadro değişikliğinde gerekli atama/kararname işlemlerinin tamamlanması.</w:t>
            </w:r>
          </w:p>
        </w:tc>
      </w:tr>
    </w:tbl>
    <w:p w14:paraId="7CD6CEAA"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B5AFCA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7C3532E" w14:textId="77777777" w:rsidR="006164F7" w:rsidRPr="000343EB" w:rsidRDefault="006164F7" w:rsidP="00E8130D">
            <w:pPr>
              <w:spacing w:before="30" w:after="30"/>
              <w:jc w:val="center"/>
              <w:rPr>
                <w:lang w:val="tr-TR"/>
              </w:rPr>
            </w:pPr>
            <w:r w:rsidRPr="000343EB">
              <w:rPr>
                <w:rFonts w:ascii="Arial" w:hAnsi="Arial"/>
                <w:sz w:val="13"/>
                <w:lang w:val="tr-TR"/>
              </w:rPr>
              <w:t>İşlem evrakının ilgili kadro ve personel dosyalarında muhafaza edilmesi.</w:t>
            </w:r>
          </w:p>
        </w:tc>
      </w:tr>
    </w:tbl>
    <w:p w14:paraId="6C9A7C0F" w14:textId="77777777" w:rsidR="006164F7" w:rsidRPr="000343EB" w:rsidRDefault="006164F7" w:rsidP="006164F7">
      <w:pPr>
        <w:spacing w:after="20"/>
        <w:jc w:val="center"/>
        <w:rPr>
          <w:lang w:val="tr-TR"/>
        </w:rPr>
      </w:pPr>
      <w:r w:rsidRPr="000343EB">
        <w:rPr>
          <w:b/>
          <w:color w:val="B97000"/>
          <w:sz w:val="15"/>
          <w:lang w:val="tr-TR"/>
        </w:rPr>
        <w:t>BİTİŞ</w:t>
      </w:r>
    </w:p>
    <w:p w14:paraId="7D96480D"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2 sayılı Genel Kadro ve Usulü Hakkında Cumhurbaşkanlığı Kararnamesi; Devlet Yükseköğretim Kurumlarında Öğretim Elemanı Norm Kadroları Yönetmeliği; SBÜ Akademik Personel Birimi görevleri.</w:t>
      </w:r>
    </w:p>
    <w:p w14:paraId="09571DA0"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066B0233"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6E184330" w14:textId="77777777" w:rsidR="006164F7" w:rsidRPr="000343EB" w:rsidRDefault="006164F7" w:rsidP="00E8130D">
            <w:pPr>
              <w:jc w:val="center"/>
              <w:rPr>
                <w:lang w:val="tr-TR"/>
              </w:rPr>
            </w:pPr>
            <w:r w:rsidRPr="000343EB">
              <w:rPr>
                <w:noProof/>
                <w:lang w:val="tr-TR"/>
              </w:rPr>
              <w:lastRenderedPageBreak/>
              <w:drawing>
                <wp:inline distT="0" distB="0" distL="0" distR="0" wp14:anchorId="25B7BAA2" wp14:editId="147F90C0">
                  <wp:extent cx="684000" cy="6855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33D66DE4"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1416 S.K. Kapsamında Danışmanlık Yazışmaları</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4429B92"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A56FE6A" w14:textId="77777777" w:rsidR="006164F7" w:rsidRPr="000343EB" w:rsidRDefault="006164F7" w:rsidP="00E8130D">
            <w:pPr>
              <w:rPr>
                <w:lang w:val="tr-TR"/>
              </w:rPr>
            </w:pPr>
            <w:r w:rsidRPr="000343EB">
              <w:rPr>
                <w:sz w:val="13"/>
                <w:lang w:val="tr-TR"/>
              </w:rPr>
              <w:t>UNİKA-İAS-C2-019</w:t>
            </w:r>
          </w:p>
        </w:tc>
      </w:tr>
      <w:tr w:rsidR="006164F7" w:rsidRPr="000343EB" w14:paraId="04D80317"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2402243"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016F45FA"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4DC2EEF"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2E01599F" w14:textId="77777777" w:rsidR="006164F7" w:rsidRPr="000343EB" w:rsidRDefault="006164F7" w:rsidP="00E8130D">
            <w:pPr>
              <w:rPr>
                <w:lang w:val="tr-TR"/>
              </w:rPr>
            </w:pPr>
            <w:r w:rsidRPr="000343EB">
              <w:rPr>
                <w:sz w:val="13"/>
                <w:lang w:val="tr-TR"/>
              </w:rPr>
              <w:t>11.05.2023</w:t>
            </w:r>
          </w:p>
        </w:tc>
      </w:tr>
      <w:tr w:rsidR="006164F7" w:rsidRPr="000343EB" w14:paraId="67A75D69"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DFB4EC6"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D09FA13"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2CBA1F6"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9114C42" w14:textId="77777777" w:rsidR="006164F7" w:rsidRPr="000343EB" w:rsidRDefault="006164F7" w:rsidP="00E8130D">
            <w:pPr>
              <w:rPr>
                <w:lang w:val="tr-TR"/>
              </w:rPr>
            </w:pPr>
            <w:r w:rsidRPr="000343EB">
              <w:rPr>
                <w:sz w:val="13"/>
                <w:lang w:val="tr-TR"/>
              </w:rPr>
              <w:t>-</w:t>
            </w:r>
          </w:p>
        </w:tc>
      </w:tr>
      <w:tr w:rsidR="006164F7" w:rsidRPr="000343EB" w14:paraId="697A2300"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AB77265"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0AAC39BA"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C2F4E6B"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DE01B0B" w14:textId="77777777" w:rsidR="006164F7" w:rsidRPr="000343EB" w:rsidRDefault="006164F7" w:rsidP="00E8130D">
            <w:pPr>
              <w:rPr>
                <w:lang w:val="tr-TR"/>
              </w:rPr>
            </w:pPr>
            <w:r w:rsidRPr="000343EB">
              <w:rPr>
                <w:sz w:val="13"/>
                <w:lang w:val="tr-TR"/>
              </w:rPr>
              <w:t>0</w:t>
            </w:r>
          </w:p>
        </w:tc>
      </w:tr>
    </w:tbl>
    <w:p w14:paraId="0D9DA513" w14:textId="77777777" w:rsidR="006164F7" w:rsidRPr="000343EB" w:rsidRDefault="006164F7" w:rsidP="006164F7">
      <w:pPr>
        <w:spacing w:after="0"/>
        <w:rPr>
          <w:lang w:val="tr-TR"/>
        </w:rPr>
      </w:pPr>
    </w:p>
    <w:p w14:paraId="73D276DB"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231A9EA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C26AF29" w14:textId="77777777" w:rsidR="006164F7" w:rsidRPr="000343EB" w:rsidRDefault="006164F7" w:rsidP="00E8130D">
            <w:pPr>
              <w:spacing w:before="30" w:after="30"/>
              <w:jc w:val="center"/>
              <w:rPr>
                <w:lang w:val="tr-TR"/>
              </w:rPr>
            </w:pPr>
            <w:r w:rsidRPr="000343EB">
              <w:rPr>
                <w:rFonts w:ascii="Arial" w:hAnsi="Arial"/>
                <w:sz w:val="13"/>
                <w:lang w:val="tr-TR"/>
              </w:rPr>
              <w:t>1416 sayılı Kanun/YLSY kapsamında Millî Eğitim Bakanlığından bursiyer veya danışmanlık sürecine ilişkin yazının Üniversiteye ulaşması.</w:t>
            </w:r>
          </w:p>
        </w:tc>
      </w:tr>
    </w:tbl>
    <w:p w14:paraId="4F4414C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B0D410A"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01DECA8D" w14:textId="77777777" w:rsidR="006164F7" w:rsidRPr="000343EB" w:rsidRDefault="006164F7" w:rsidP="00E8130D">
            <w:pPr>
              <w:spacing w:before="30" w:after="30"/>
              <w:jc w:val="center"/>
              <w:rPr>
                <w:lang w:val="tr-TR"/>
              </w:rPr>
            </w:pPr>
            <w:r w:rsidRPr="000343EB">
              <w:rPr>
                <w:rFonts w:ascii="Arial" w:hAnsi="Arial"/>
                <w:sz w:val="13"/>
                <w:lang w:val="tr-TR"/>
              </w:rPr>
              <w:t>Yazının Personel Daire Başkanlığınca ilgili akademik birim ve/veya danışmana iletilmesi; gerekli görüş ve bilgilerin istenmesi.</w:t>
            </w:r>
          </w:p>
        </w:tc>
      </w:tr>
    </w:tbl>
    <w:p w14:paraId="2684F0DB"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3449D96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518D255" w14:textId="77777777" w:rsidR="006164F7" w:rsidRPr="000343EB" w:rsidRDefault="006164F7" w:rsidP="00E8130D">
            <w:pPr>
              <w:spacing w:before="30" w:after="30"/>
              <w:jc w:val="center"/>
              <w:rPr>
                <w:lang w:val="tr-TR"/>
              </w:rPr>
            </w:pPr>
            <w:r w:rsidRPr="000343EB">
              <w:rPr>
                <w:rFonts w:ascii="Arial" w:hAnsi="Arial"/>
                <w:sz w:val="13"/>
                <w:lang w:val="tr-TR"/>
              </w:rPr>
              <w:t>İlgili birim/danışmandan gelen cevapların ve akademik görüşlerin incelenmesi.</w:t>
            </w:r>
          </w:p>
        </w:tc>
      </w:tr>
    </w:tbl>
    <w:p w14:paraId="10251131"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79FAB53"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9114C0E" w14:textId="77777777" w:rsidR="006164F7" w:rsidRPr="000343EB" w:rsidRDefault="006164F7" w:rsidP="00E8130D">
            <w:pPr>
              <w:spacing w:before="30" w:after="30"/>
              <w:jc w:val="center"/>
              <w:rPr>
                <w:lang w:val="tr-TR"/>
              </w:rPr>
            </w:pPr>
            <w:r w:rsidRPr="000343EB">
              <w:rPr>
                <w:rFonts w:ascii="Arial" w:hAnsi="Arial"/>
                <w:sz w:val="13"/>
                <w:lang w:val="tr-TR"/>
              </w:rPr>
              <w:t>Gerekli hâllerde danışmanlık, öğrenim/çalışma planı veya diğer çizelgelerin hazırlanması ve SBÜ imza yetkileri kapsamında onaya sunulması.</w:t>
            </w:r>
          </w:p>
        </w:tc>
      </w:tr>
    </w:tbl>
    <w:p w14:paraId="337C5AE8"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BD2BEDB"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4B84242" w14:textId="77777777" w:rsidR="006164F7" w:rsidRPr="000343EB" w:rsidRDefault="006164F7" w:rsidP="00E8130D">
            <w:pPr>
              <w:spacing w:before="30" w:after="30"/>
              <w:jc w:val="center"/>
              <w:rPr>
                <w:lang w:val="tr-TR"/>
              </w:rPr>
            </w:pPr>
            <w:r w:rsidRPr="000343EB">
              <w:rPr>
                <w:rFonts w:ascii="Arial" w:hAnsi="Arial"/>
                <w:sz w:val="13"/>
                <w:lang w:val="tr-TR"/>
              </w:rPr>
              <w:t>Kesinleşen görüş ve belgelerin Millî Eğitim Bakanlığına resmî yazıyla gönderilmesi.</w:t>
            </w:r>
          </w:p>
        </w:tc>
      </w:tr>
    </w:tbl>
    <w:p w14:paraId="0EF0D272"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42E8DBF"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7C60EB2" w14:textId="77777777" w:rsidR="006164F7" w:rsidRPr="000343EB" w:rsidRDefault="006164F7" w:rsidP="00E8130D">
            <w:pPr>
              <w:spacing w:before="30" w:after="30"/>
              <w:jc w:val="center"/>
              <w:rPr>
                <w:lang w:val="tr-TR"/>
              </w:rPr>
            </w:pPr>
            <w:r w:rsidRPr="000343EB">
              <w:rPr>
                <w:rFonts w:ascii="Arial" w:hAnsi="Arial"/>
                <w:sz w:val="13"/>
                <w:lang w:val="tr-TR"/>
              </w:rPr>
              <w:t>Yazışma ve eklerin ilgili personel/bursiyer dosyasında muhafaza edilmesi.</w:t>
            </w:r>
          </w:p>
        </w:tc>
      </w:tr>
    </w:tbl>
    <w:p w14:paraId="59008C03" w14:textId="77777777" w:rsidR="006164F7" w:rsidRPr="000343EB" w:rsidRDefault="006164F7" w:rsidP="006164F7">
      <w:pPr>
        <w:spacing w:after="20"/>
        <w:jc w:val="center"/>
        <w:rPr>
          <w:lang w:val="tr-TR"/>
        </w:rPr>
      </w:pPr>
      <w:r w:rsidRPr="000343EB">
        <w:rPr>
          <w:b/>
          <w:color w:val="B97000"/>
          <w:sz w:val="15"/>
          <w:lang w:val="tr-TR"/>
        </w:rPr>
        <w:t>BİTİŞ</w:t>
      </w:r>
    </w:p>
    <w:p w14:paraId="05082EB4"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1416 sayılı Kanun ve YLSY mevzuatı; SBÜ Personel Daire Başkanlığı akademik personel ve 1416 sayılı Kanun kapsamındaki yazışma süreçleri.</w:t>
      </w:r>
    </w:p>
    <w:p w14:paraId="25F45A2D"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3BC43362"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2A343F53" w14:textId="77777777" w:rsidR="006164F7" w:rsidRPr="000343EB" w:rsidRDefault="006164F7" w:rsidP="00E8130D">
            <w:pPr>
              <w:jc w:val="center"/>
              <w:rPr>
                <w:lang w:val="tr-TR"/>
              </w:rPr>
            </w:pPr>
            <w:r w:rsidRPr="000343EB">
              <w:rPr>
                <w:noProof/>
                <w:lang w:val="tr-TR"/>
              </w:rPr>
              <w:lastRenderedPageBreak/>
              <w:drawing>
                <wp:inline distT="0" distB="0" distL="0" distR="0" wp14:anchorId="7CE0DC8E" wp14:editId="597A2660">
                  <wp:extent cx="684000" cy="6855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316E17DD"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Norm Kadro Planlaması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6796426A"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A7EC124" w14:textId="77777777" w:rsidR="006164F7" w:rsidRPr="000343EB" w:rsidRDefault="006164F7" w:rsidP="00E8130D">
            <w:pPr>
              <w:rPr>
                <w:lang w:val="tr-TR"/>
              </w:rPr>
            </w:pPr>
            <w:r w:rsidRPr="000343EB">
              <w:rPr>
                <w:sz w:val="13"/>
                <w:lang w:val="tr-TR"/>
              </w:rPr>
              <w:t>UNİKA-İAS-C2-020</w:t>
            </w:r>
          </w:p>
        </w:tc>
      </w:tr>
      <w:tr w:rsidR="006164F7" w:rsidRPr="000343EB" w14:paraId="0A443D2F"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0F3FE01"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B647089"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73E217F"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597C3ED" w14:textId="77777777" w:rsidR="006164F7" w:rsidRPr="000343EB" w:rsidRDefault="006164F7" w:rsidP="00E8130D">
            <w:pPr>
              <w:rPr>
                <w:lang w:val="tr-TR"/>
              </w:rPr>
            </w:pPr>
            <w:r w:rsidRPr="000343EB">
              <w:rPr>
                <w:sz w:val="13"/>
                <w:lang w:val="tr-TR"/>
              </w:rPr>
              <w:t>11.05.2023</w:t>
            </w:r>
          </w:p>
        </w:tc>
      </w:tr>
      <w:tr w:rsidR="006164F7" w:rsidRPr="000343EB" w14:paraId="6AB860CA"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6EBDEA1"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1C8CD49"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F783AAB"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26F8118" w14:textId="77777777" w:rsidR="006164F7" w:rsidRPr="000343EB" w:rsidRDefault="006164F7" w:rsidP="00E8130D">
            <w:pPr>
              <w:rPr>
                <w:lang w:val="tr-TR"/>
              </w:rPr>
            </w:pPr>
            <w:r w:rsidRPr="000343EB">
              <w:rPr>
                <w:sz w:val="13"/>
                <w:lang w:val="tr-TR"/>
              </w:rPr>
              <w:t>-</w:t>
            </w:r>
          </w:p>
        </w:tc>
      </w:tr>
      <w:tr w:rsidR="006164F7" w:rsidRPr="000343EB" w14:paraId="72827C9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E6614E0"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D3BBA00"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75B9008"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EB14A76" w14:textId="77777777" w:rsidR="006164F7" w:rsidRPr="000343EB" w:rsidRDefault="006164F7" w:rsidP="00E8130D">
            <w:pPr>
              <w:rPr>
                <w:lang w:val="tr-TR"/>
              </w:rPr>
            </w:pPr>
            <w:r w:rsidRPr="000343EB">
              <w:rPr>
                <w:sz w:val="13"/>
                <w:lang w:val="tr-TR"/>
              </w:rPr>
              <w:t>0</w:t>
            </w:r>
          </w:p>
        </w:tc>
      </w:tr>
    </w:tbl>
    <w:p w14:paraId="12F374AB" w14:textId="77777777" w:rsidR="006164F7" w:rsidRPr="000343EB" w:rsidRDefault="006164F7" w:rsidP="006164F7">
      <w:pPr>
        <w:spacing w:after="0"/>
        <w:rPr>
          <w:lang w:val="tr-TR"/>
        </w:rPr>
      </w:pPr>
    </w:p>
    <w:p w14:paraId="20CF91AD"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63E45AF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6144D3F" w14:textId="77777777" w:rsidR="006164F7" w:rsidRPr="000343EB" w:rsidRDefault="006164F7" w:rsidP="00E8130D">
            <w:pPr>
              <w:spacing w:before="30" w:after="30"/>
              <w:jc w:val="center"/>
              <w:rPr>
                <w:lang w:val="tr-TR"/>
              </w:rPr>
            </w:pPr>
            <w:r w:rsidRPr="000343EB">
              <w:rPr>
                <w:rFonts w:ascii="Arial" w:hAnsi="Arial"/>
                <w:sz w:val="13"/>
                <w:lang w:val="tr-TR"/>
              </w:rPr>
              <w:t>Akademik birimlerden norm kadro ve yıllık kadro kullanım planına ilişkin ihtiyaç ve tekliflerin resmî yazıyla istenmesi.</w:t>
            </w:r>
          </w:p>
        </w:tc>
      </w:tr>
    </w:tbl>
    <w:p w14:paraId="4A822027"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742FD18"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D184604" w14:textId="77777777" w:rsidR="006164F7" w:rsidRPr="000343EB" w:rsidRDefault="006164F7" w:rsidP="00E8130D">
            <w:pPr>
              <w:spacing w:before="30" w:after="30"/>
              <w:jc w:val="center"/>
              <w:rPr>
                <w:lang w:val="tr-TR"/>
              </w:rPr>
            </w:pPr>
            <w:r w:rsidRPr="000343EB">
              <w:rPr>
                <w:rFonts w:ascii="Arial" w:hAnsi="Arial"/>
                <w:sz w:val="13"/>
                <w:lang w:val="tr-TR"/>
              </w:rPr>
              <w:t>Birimlerden gelen taleplerin unvan, anabilim/bilim dalı, mevcut kadro ve norm kadro durumlarıyla birlikte Personel Daire Başkanlığınca bir çizelgede toplanması.</w:t>
            </w:r>
          </w:p>
        </w:tc>
      </w:tr>
    </w:tbl>
    <w:p w14:paraId="4FF43C1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33744913"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7B204F0" w14:textId="77777777" w:rsidR="006164F7" w:rsidRPr="000343EB" w:rsidRDefault="006164F7" w:rsidP="00E8130D">
            <w:pPr>
              <w:spacing w:before="30" w:after="30"/>
              <w:jc w:val="center"/>
              <w:rPr>
                <w:lang w:val="tr-TR"/>
              </w:rPr>
            </w:pPr>
            <w:r w:rsidRPr="000343EB">
              <w:rPr>
                <w:rFonts w:ascii="Arial" w:hAnsi="Arial"/>
                <w:sz w:val="13"/>
                <w:lang w:val="tr-TR"/>
              </w:rPr>
              <w:t>Taleplerin Devlet Yükseköğretim Kurumlarında Öğretim Elemanı Norm Kadrolarının Belirlenmesine ve Kullanılmasına İlişkin Yönetmelik çerçevesinde değerlendirilmesi.</w:t>
            </w:r>
          </w:p>
        </w:tc>
      </w:tr>
    </w:tbl>
    <w:p w14:paraId="0F24283C"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83DF7B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9284076" w14:textId="77777777" w:rsidR="006164F7" w:rsidRPr="000343EB" w:rsidRDefault="006164F7" w:rsidP="00E8130D">
            <w:pPr>
              <w:spacing w:before="30" w:after="30"/>
              <w:jc w:val="center"/>
              <w:rPr>
                <w:lang w:val="tr-TR"/>
              </w:rPr>
            </w:pPr>
            <w:r w:rsidRPr="000343EB">
              <w:rPr>
                <w:rFonts w:ascii="Arial" w:hAnsi="Arial"/>
                <w:sz w:val="13"/>
                <w:lang w:val="tr-TR"/>
              </w:rPr>
              <w:t>Düzenlenen yıllık kadro planının Rektörlük makamının değerlendirme/onayına sunulması.</w:t>
            </w:r>
          </w:p>
        </w:tc>
      </w:tr>
    </w:tbl>
    <w:p w14:paraId="1C53E87E"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DD3D20C"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A0ADD2C" w14:textId="77777777" w:rsidR="006164F7" w:rsidRPr="000343EB" w:rsidRDefault="006164F7" w:rsidP="00E8130D">
            <w:pPr>
              <w:spacing w:before="30" w:after="30"/>
              <w:jc w:val="center"/>
              <w:rPr>
                <w:lang w:val="tr-TR"/>
              </w:rPr>
            </w:pPr>
            <w:r w:rsidRPr="000343EB">
              <w:rPr>
                <w:rFonts w:ascii="Arial" w:hAnsi="Arial"/>
                <w:sz w:val="13"/>
                <w:lang w:val="tr-TR"/>
              </w:rPr>
              <w:t>Kullanılması planlanan kadroların YÖKSİS ve ilgili kadro sistemlerine işlenmesi; yıl içindeki değişikliklerin güncellenmesi.</w:t>
            </w:r>
          </w:p>
        </w:tc>
      </w:tr>
    </w:tbl>
    <w:p w14:paraId="722E1A3B"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396D8A7"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DB13DA5" w14:textId="77777777" w:rsidR="006164F7" w:rsidRPr="000343EB" w:rsidRDefault="006164F7" w:rsidP="00E8130D">
            <w:pPr>
              <w:spacing w:before="30" w:after="30"/>
              <w:jc w:val="center"/>
              <w:rPr>
                <w:lang w:val="tr-TR"/>
              </w:rPr>
            </w:pPr>
            <w:r w:rsidRPr="000343EB">
              <w:rPr>
                <w:rFonts w:ascii="Arial" w:hAnsi="Arial"/>
                <w:sz w:val="13"/>
                <w:lang w:val="tr-TR"/>
              </w:rPr>
              <w:t>Planlama ve onay belgelerinin kadro dosyasında muhafaza edilmesi.</w:t>
            </w:r>
          </w:p>
        </w:tc>
      </w:tr>
    </w:tbl>
    <w:p w14:paraId="0D02664C" w14:textId="77777777" w:rsidR="006164F7" w:rsidRPr="000343EB" w:rsidRDefault="006164F7" w:rsidP="006164F7">
      <w:pPr>
        <w:spacing w:after="20"/>
        <w:jc w:val="center"/>
        <w:rPr>
          <w:lang w:val="tr-TR"/>
        </w:rPr>
      </w:pPr>
      <w:r w:rsidRPr="000343EB">
        <w:rPr>
          <w:b/>
          <w:color w:val="B97000"/>
          <w:sz w:val="15"/>
          <w:lang w:val="tr-TR"/>
        </w:rPr>
        <w:t>BİTİŞ</w:t>
      </w:r>
    </w:p>
    <w:p w14:paraId="301B2D1B"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Devlet Yükseköğretim Kurumlarında Öğretim Elemanı Norm Kadrolarının Belirlenmesine ve Kullanılmasına İlişkin Yönetmelik; SBÜ Akademik Personel Birimi görevleri.</w:t>
      </w:r>
    </w:p>
    <w:p w14:paraId="1D9E20D4"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2ABB97AA"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65E2B72" w14:textId="77777777" w:rsidR="006164F7" w:rsidRPr="000343EB" w:rsidRDefault="006164F7" w:rsidP="00E8130D">
            <w:pPr>
              <w:jc w:val="center"/>
              <w:rPr>
                <w:lang w:val="tr-TR"/>
              </w:rPr>
            </w:pPr>
            <w:r w:rsidRPr="000343EB">
              <w:rPr>
                <w:noProof/>
                <w:lang w:val="tr-TR"/>
              </w:rPr>
              <w:lastRenderedPageBreak/>
              <w:drawing>
                <wp:inline distT="0" distB="0" distL="0" distR="0" wp14:anchorId="3E1F1534" wp14:editId="497D4E0C">
                  <wp:extent cx="684000" cy="6855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75B5AAB9"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Asalet Tasdik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55637424"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36B6982" w14:textId="77777777" w:rsidR="006164F7" w:rsidRPr="000343EB" w:rsidRDefault="006164F7" w:rsidP="00E8130D">
            <w:pPr>
              <w:rPr>
                <w:lang w:val="tr-TR"/>
              </w:rPr>
            </w:pPr>
            <w:r w:rsidRPr="000343EB">
              <w:rPr>
                <w:sz w:val="13"/>
                <w:lang w:val="tr-TR"/>
              </w:rPr>
              <w:t>UNİKA-İAS-C2-023</w:t>
            </w:r>
          </w:p>
        </w:tc>
      </w:tr>
      <w:tr w:rsidR="006164F7" w:rsidRPr="000343EB" w14:paraId="18E7AECA"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9B61CC3"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A7A5408"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1F6A607"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E4C1C55" w14:textId="77777777" w:rsidR="006164F7" w:rsidRPr="000343EB" w:rsidRDefault="006164F7" w:rsidP="00E8130D">
            <w:pPr>
              <w:rPr>
                <w:lang w:val="tr-TR"/>
              </w:rPr>
            </w:pPr>
            <w:r w:rsidRPr="000343EB">
              <w:rPr>
                <w:sz w:val="13"/>
                <w:lang w:val="tr-TR"/>
              </w:rPr>
              <w:t>11.05.2023</w:t>
            </w:r>
          </w:p>
        </w:tc>
      </w:tr>
      <w:tr w:rsidR="006164F7" w:rsidRPr="000343EB" w14:paraId="75B8D43B"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B2940EB"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48AC406D"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3307343"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4C286C4" w14:textId="77777777" w:rsidR="006164F7" w:rsidRPr="000343EB" w:rsidRDefault="006164F7" w:rsidP="00E8130D">
            <w:pPr>
              <w:rPr>
                <w:lang w:val="tr-TR"/>
              </w:rPr>
            </w:pPr>
            <w:r w:rsidRPr="000343EB">
              <w:rPr>
                <w:sz w:val="13"/>
                <w:lang w:val="tr-TR"/>
              </w:rPr>
              <w:t>-</w:t>
            </w:r>
          </w:p>
        </w:tc>
      </w:tr>
      <w:tr w:rsidR="006164F7" w:rsidRPr="000343EB" w14:paraId="7EB8A4DF"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EB2E321"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3FC04108"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D8B93CA"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EB19BF3" w14:textId="77777777" w:rsidR="006164F7" w:rsidRPr="000343EB" w:rsidRDefault="006164F7" w:rsidP="00E8130D">
            <w:pPr>
              <w:rPr>
                <w:lang w:val="tr-TR"/>
              </w:rPr>
            </w:pPr>
            <w:r w:rsidRPr="000343EB">
              <w:rPr>
                <w:sz w:val="13"/>
                <w:lang w:val="tr-TR"/>
              </w:rPr>
              <w:t>0</w:t>
            </w:r>
          </w:p>
        </w:tc>
      </w:tr>
    </w:tbl>
    <w:p w14:paraId="0C99F8EC" w14:textId="77777777" w:rsidR="006164F7" w:rsidRPr="000343EB" w:rsidRDefault="006164F7" w:rsidP="006164F7">
      <w:pPr>
        <w:spacing w:after="0"/>
        <w:rPr>
          <w:lang w:val="tr-TR"/>
        </w:rPr>
      </w:pPr>
    </w:p>
    <w:p w14:paraId="09EF3D98"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2C234889"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A1AAB1D" w14:textId="77777777" w:rsidR="006164F7" w:rsidRPr="000343EB" w:rsidRDefault="006164F7" w:rsidP="00E8130D">
            <w:pPr>
              <w:spacing w:before="30" w:after="30"/>
              <w:jc w:val="center"/>
              <w:rPr>
                <w:lang w:val="tr-TR"/>
              </w:rPr>
            </w:pPr>
            <w:r w:rsidRPr="000343EB">
              <w:rPr>
                <w:rFonts w:ascii="Arial" w:hAnsi="Arial"/>
                <w:sz w:val="13"/>
                <w:lang w:val="tr-TR"/>
              </w:rPr>
              <w:t>Aday memurluk süresi ve temel/hazırlayıcı eğitim durumu takip edilerek asalet tasdiki yapılacak personel listesinin hazırlanması.</w:t>
            </w:r>
          </w:p>
        </w:tc>
      </w:tr>
    </w:tbl>
    <w:p w14:paraId="60A270CE"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763DA8C"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2CE8226" w14:textId="77777777" w:rsidR="006164F7" w:rsidRPr="000343EB" w:rsidRDefault="006164F7" w:rsidP="00E8130D">
            <w:pPr>
              <w:spacing w:before="30" w:after="30"/>
              <w:jc w:val="center"/>
              <w:rPr>
                <w:lang w:val="tr-TR"/>
              </w:rPr>
            </w:pPr>
            <w:r w:rsidRPr="000343EB">
              <w:rPr>
                <w:rFonts w:ascii="Arial" w:hAnsi="Arial"/>
                <w:sz w:val="13"/>
                <w:lang w:val="tr-TR"/>
              </w:rPr>
              <w:t>Aday memurun eğitim ve sınav sonuçları ile adaylık süresindeki hizmet ve disiplin durumunun ilgili mevzuat yönünden kontrol edilmesi.</w:t>
            </w:r>
          </w:p>
        </w:tc>
      </w:tr>
    </w:tbl>
    <w:p w14:paraId="2CC41888"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38B36865"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9EDF3EB" w14:textId="77777777" w:rsidR="006164F7" w:rsidRPr="000343EB" w:rsidRDefault="006164F7" w:rsidP="00E8130D">
            <w:pPr>
              <w:spacing w:before="30" w:after="30"/>
              <w:jc w:val="center"/>
              <w:rPr>
                <w:lang w:val="tr-TR"/>
              </w:rPr>
            </w:pPr>
            <w:r w:rsidRPr="000343EB">
              <w:rPr>
                <w:rFonts w:ascii="Arial" w:hAnsi="Arial"/>
                <w:sz w:val="13"/>
                <w:lang w:val="tr-TR"/>
              </w:rPr>
              <w:t>Asalet tasdik teklif/onayının hazırlanarak SBÜ imza yetkileri çerçevesinde yetkili makamın onayına sunulması.</w:t>
            </w:r>
          </w:p>
        </w:tc>
      </w:tr>
    </w:tbl>
    <w:p w14:paraId="55B8C56E"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1C43A59"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C7AE587" w14:textId="77777777" w:rsidR="006164F7" w:rsidRPr="000343EB" w:rsidRDefault="006164F7" w:rsidP="00E8130D">
            <w:pPr>
              <w:spacing w:before="30" w:after="30"/>
              <w:jc w:val="center"/>
              <w:rPr>
                <w:lang w:val="tr-TR"/>
              </w:rPr>
            </w:pPr>
            <w:r w:rsidRPr="000343EB">
              <w:rPr>
                <w:rFonts w:ascii="Arial" w:hAnsi="Arial"/>
                <w:sz w:val="13"/>
                <w:lang w:val="tr-TR"/>
              </w:rPr>
              <w:t>Onaylanan asalet tasdik ve buna bağlı derece/kademe işlemlerinin personel sistemi ve HİTAP kayıtlarına işlenmesi.</w:t>
            </w:r>
          </w:p>
        </w:tc>
      </w:tr>
    </w:tbl>
    <w:p w14:paraId="5FFF14B0"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AF900CA"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7C99229" w14:textId="77777777" w:rsidR="006164F7" w:rsidRPr="000343EB" w:rsidRDefault="006164F7" w:rsidP="00E8130D">
            <w:pPr>
              <w:spacing w:before="30" w:after="30"/>
              <w:jc w:val="center"/>
              <w:rPr>
                <w:lang w:val="tr-TR"/>
              </w:rPr>
            </w:pPr>
            <w:r w:rsidRPr="000343EB">
              <w:rPr>
                <w:rFonts w:ascii="Arial" w:hAnsi="Arial"/>
                <w:sz w:val="13"/>
                <w:lang w:val="tr-TR"/>
              </w:rPr>
              <w:t>Asalet tasdik kararının personele tebliğ edilmek üzere görev yaptığı birime gönderilmesi.</w:t>
            </w:r>
          </w:p>
        </w:tc>
      </w:tr>
    </w:tbl>
    <w:p w14:paraId="6DA033A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13811DB"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5EB5C13" w14:textId="77777777" w:rsidR="006164F7" w:rsidRPr="000343EB" w:rsidRDefault="006164F7" w:rsidP="00E8130D">
            <w:pPr>
              <w:spacing w:before="30" w:after="30"/>
              <w:jc w:val="center"/>
              <w:rPr>
                <w:lang w:val="tr-TR"/>
              </w:rPr>
            </w:pPr>
            <w:r w:rsidRPr="000343EB">
              <w:rPr>
                <w:rFonts w:ascii="Arial" w:hAnsi="Arial"/>
                <w:sz w:val="13"/>
                <w:lang w:val="tr-TR"/>
              </w:rPr>
              <w:t>İşlem evrakının personel özlük dosyasında muhafaza edilmesi.</w:t>
            </w:r>
          </w:p>
        </w:tc>
      </w:tr>
    </w:tbl>
    <w:p w14:paraId="7F11C6F0" w14:textId="77777777" w:rsidR="006164F7" w:rsidRPr="000343EB" w:rsidRDefault="006164F7" w:rsidP="006164F7">
      <w:pPr>
        <w:spacing w:after="20"/>
        <w:jc w:val="center"/>
        <w:rPr>
          <w:lang w:val="tr-TR"/>
        </w:rPr>
      </w:pPr>
      <w:r w:rsidRPr="000343EB">
        <w:rPr>
          <w:b/>
          <w:color w:val="B97000"/>
          <w:sz w:val="15"/>
          <w:lang w:val="tr-TR"/>
        </w:rPr>
        <w:t>BİTİŞ</w:t>
      </w:r>
    </w:p>
    <w:p w14:paraId="6809D0DB"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 xml:space="preserve">657 sayılı </w:t>
      </w:r>
      <w:proofErr w:type="gramStart"/>
      <w:r w:rsidRPr="000343EB">
        <w:rPr>
          <w:sz w:val="11"/>
          <w:lang w:val="tr-TR"/>
        </w:rPr>
        <w:t>Devlet Memurları Kanununun</w:t>
      </w:r>
      <w:proofErr w:type="gramEnd"/>
      <w:r w:rsidRPr="000343EB">
        <w:rPr>
          <w:sz w:val="11"/>
          <w:lang w:val="tr-TR"/>
        </w:rPr>
        <w:t xml:space="preserve"> aday memurluğa ilişkin hükümleri; Aday Memurların Yetiştirilmelerine İlişkin Genel </w:t>
      </w:r>
      <w:proofErr w:type="gramStart"/>
      <w:r w:rsidRPr="000343EB">
        <w:rPr>
          <w:sz w:val="11"/>
          <w:lang w:val="tr-TR"/>
        </w:rPr>
        <w:t>Yönetmelik;</w:t>
      </w:r>
      <w:proofErr w:type="gramEnd"/>
      <w:r w:rsidRPr="000343EB">
        <w:rPr>
          <w:sz w:val="11"/>
          <w:lang w:val="tr-TR"/>
        </w:rPr>
        <w:t xml:space="preserve"> SBÜ İdari Personel Birimi görevleri.</w:t>
      </w:r>
    </w:p>
    <w:p w14:paraId="5B9E6282"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48504799"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66360637" w14:textId="77777777" w:rsidR="006164F7" w:rsidRPr="000343EB" w:rsidRDefault="006164F7" w:rsidP="00E8130D">
            <w:pPr>
              <w:jc w:val="center"/>
              <w:rPr>
                <w:lang w:val="tr-TR"/>
              </w:rPr>
            </w:pPr>
            <w:r w:rsidRPr="000343EB">
              <w:rPr>
                <w:noProof/>
                <w:lang w:val="tr-TR"/>
              </w:rPr>
              <w:lastRenderedPageBreak/>
              <w:drawing>
                <wp:inline distT="0" distB="0" distL="0" distR="0" wp14:anchorId="6727FA40" wp14:editId="03B84591">
                  <wp:extent cx="684000" cy="6855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419968E3"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İdari Personel Naklen Atama</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35599E70"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A1FFD96" w14:textId="77777777" w:rsidR="006164F7" w:rsidRPr="000343EB" w:rsidRDefault="006164F7" w:rsidP="00E8130D">
            <w:pPr>
              <w:rPr>
                <w:lang w:val="tr-TR"/>
              </w:rPr>
            </w:pPr>
            <w:r w:rsidRPr="000343EB">
              <w:rPr>
                <w:sz w:val="13"/>
                <w:lang w:val="tr-TR"/>
              </w:rPr>
              <w:t>UNİKA-İAS-C2-021</w:t>
            </w:r>
          </w:p>
        </w:tc>
      </w:tr>
      <w:tr w:rsidR="006164F7" w:rsidRPr="000343EB" w14:paraId="402EF6E1"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AD785D5"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493620A2"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C8EC20A"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BB6D5A5" w14:textId="77777777" w:rsidR="006164F7" w:rsidRPr="000343EB" w:rsidRDefault="006164F7" w:rsidP="00E8130D">
            <w:pPr>
              <w:rPr>
                <w:lang w:val="tr-TR"/>
              </w:rPr>
            </w:pPr>
            <w:r w:rsidRPr="000343EB">
              <w:rPr>
                <w:sz w:val="13"/>
                <w:lang w:val="tr-TR"/>
              </w:rPr>
              <w:t>11.05.2023</w:t>
            </w:r>
          </w:p>
        </w:tc>
      </w:tr>
      <w:tr w:rsidR="006164F7" w:rsidRPr="000343EB" w14:paraId="57B6C38A"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4C1EAB4"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7E55FAD7"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385092F"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1BE2C4F" w14:textId="77777777" w:rsidR="006164F7" w:rsidRPr="000343EB" w:rsidRDefault="006164F7" w:rsidP="00E8130D">
            <w:pPr>
              <w:rPr>
                <w:lang w:val="tr-TR"/>
              </w:rPr>
            </w:pPr>
            <w:r w:rsidRPr="000343EB">
              <w:rPr>
                <w:sz w:val="13"/>
                <w:lang w:val="tr-TR"/>
              </w:rPr>
              <w:t>-</w:t>
            </w:r>
          </w:p>
        </w:tc>
      </w:tr>
      <w:tr w:rsidR="006164F7" w:rsidRPr="000343EB" w14:paraId="5A9D450A"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978741B"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3D0AE3A9"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5CC988B"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504F7A4" w14:textId="77777777" w:rsidR="006164F7" w:rsidRPr="000343EB" w:rsidRDefault="006164F7" w:rsidP="00E8130D">
            <w:pPr>
              <w:rPr>
                <w:lang w:val="tr-TR"/>
              </w:rPr>
            </w:pPr>
            <w:r w:rsidRPr="000343EB">
              <w:rPr>
                <w:sz w:val="13"/>
                <w:lang w:val="tr-TR"/>
              </w:rPr>
              <w:t>0</w:t>
            </w:r>
          </w:p>
        </w:tc>
      </w:tr>
    </w:tbl>
    <w:p w14:paraId="5E6E7137" w14:textId="77777777" w:rsidR="006164F7" w:rsidRPr="000343EB" w:rsidRDefault="006164F7" w:rsidP="006164F7">
      <w:pPr>
        <w:spacing w:after="0"/>
        <w:rPr>
          <w:lang w:val="tr-TR"/>
        </w:rPr>
      </w:pPr>
    </w:p>
    <w:p w14:paraId="4DFA29FD"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08130A37"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129B50A" w14:textId="77777777" w:rsidR="006164F7" w:rsidRPr="000343EB" w:rsidRDefault="006164F7" w:rsidP="00E8130D">
            <w:pPr>
              <w:spacing w:before="30" w:after="30"/>
              <w:jc w:val="center"/>
              <w:rPr>
                <w:lang w:val="tr-TR"/>
              </w:rPr>
            </w:pPr>
            <w:r w:rsidRPr="000343EB">
              <w:rPr>
                <w:rFonts w:ascii="Arial" w:hAnsi="Arial"/>
                <w:sz w:val="12"/>
                <w:lang w:val="tr-TR"/>
              </w:rPr>
              <w:t>Naklen atanmak isteyen personelin dilekçe ve gerekli belgelerle Sağlık Bilimleri Üniversitesine başvurması veya kurumlar arası nakil sürecinin başlatılması.</w:t>
            </w:r>
          </w:p>
        </w:tc>
      </w:tr>
    </w:tbl>
    <w:p w14:paraId="5D7BA1B1"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D464BF7"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AF6E89A" w14:textId="77777777" w:rsidR="006164F7" w:rsidRPr="000343EB" w:rsidRDefault="006164F7" w:rsidP="00E8130D">
            <w:pPr>
              <w:spacing w:before="30" w:after="30"/>
              <w:jc w:val="center"/>
              <w:rPr>
                <w:lang w:val="tr-TR"/>
              </w:rPr>
            </w:pPr>
            <w:r w:rsidRPr="000343EB">
              <w:rPr>
                <w:rFonts w:ascii="Arial" w:hAnsi="Arial"/>
                <w:sz w:val="12"/>
                <w:lang w:val="tr-TR"/>
              </w:rPr>
              <w:t xml:space="preserve">Başvurunun kadro, unvan, derece, hizmet ve 657 sayılı Kanunun </w:t>
            </w:r>
            <w:proofErr w:type="gramStart"/>
            <w:r w:rsidRPr="000343EB">
              <w:rPr>
                <w:rFonts w:ascii="Arial" w:hAnsi="Arial"/>
                <w:sz w:val="12"/>
                <w:lang w:val="tr-TR"/>
              </w:rPr>
              <w:t>74 üncü</w:t>
            </w:r>
            <w:proofErr w:type="gramEnd"/>
            <w:r w:rsidRPr="000343EB">
              <w:rPr>
                <w:rFonts w:ascii="Arial" w:hAnsi="Arial"/>
                <w:sz w:val="12"/>
                <w:lang w:val="tr-TR"/>
              </w:rPr>
              <w:t xml:space="preserve"> maddesi şartları yönünden Personel Daire Başkanlığınca incelenmesi.</w:t>
            </w:r>
          </w:p>
        </w:tc>
      </w:tr>
    </w:tbl>
    <w:p w14:paraId="2CDD0B7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1BF767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70E7C33" w14:textId="77777777" w:rsidR="006164F7" w:rsidRPr="000343EB" w:rsidRDefault="006164F7" w:rsidP="00E8130D">
            <w:pPr>
              <w:spacing w:before="30" w:after="30"/>
              <w:jc w:val="center"/>
              <w:rPr>
                <w:lang w:val="tr-TR"/>
              </w:rPr>
            </w:pPr>
            <w:r w:rsidRPr="000343EB">
              <w:rPr>
                <w:rFonts w:ascii="Arial" w:hAnsi="Arial"/>
                <w:sz w:val="12"/>
                <w:lang w:val="tr-TR"/>
              </w:rPr>
              <w:t>Atanması uygun görülen personelin kurumundan muvafakat ve özlük/hizmet bilgilerinin resmî yazıyla istenmesi.</w:t>
            </w:r>
          </w:p>
        </w:tc>
      </w:tr>
    </w:tbl>
    <w:p w14:paraId="692F6C38"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933098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B578FC3" w14:textId="77777777" w:rsidR="006164F7" w:rsidRPr="000343EB" w:rsidRDefault="006164F7" w:rsidP="00E8130D">
            <w:pPr>
              <w:spacing w:before="30" w:after="30"/>
              <w:jc w:val="center"/>
              <w:rPr>
                <w:lang w:val="tr-TR"/>
              </w:rPr>
            </w:pPr>
            <w:r w:rsidRPr="000343EB">
              <w:rPr>
                <w:rFonts w:ascii="Arial" w:hAnsi="Arial"/>
                <w:sz w:val="12"/>
                <w:lang w:val="tr-TR"/>
              </w:rPr>
              <w:t>Muvafakat verilmemesi hâlinde başvuru sahibine bilgi verilerek dosyanın sonuçlandırılması; muvafakat verilmesi hâlinde atama onayının hazırlanması.</w:t>
            </w:r>
          </w:p>
        </w:tc>
      </w:tr>
    </w:tbl>
    <w:p w14:paraId="46004F4A"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F3A4258"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4EE90EB" w14:textId="77777777" w:rsidR="006164F7" w:rsidRPr="000343EB" w:rsidRDefault="006164F7" w:rsidP="00E8130D">
            <w:pPr>
              <w:spacing w:before="30" w:after="30"/>
              <w:jc w:val="center"/>
              <w:rPr>
                <w:lang w:val="tr-TR"/>
              </w:rPr>
            </w:pPr>
            <w:r w:rsidRPr="000343EB">
              <w:rPr>
                <w:rFonts w:ascii="Arial" w:hAnsi="Arial"/>
                <w:sz w:val="12"/>
                <w:lang w:val="tr-TR"/>
              </w:rPr>
              <w:t>Atama onayının ilgiliye, görev yapacağı SBÜ birimine ve geldiği kuruma bildirilmesi; ayrılış ve göreve başlama belgelerinin temin edilmesi.</w:t>
            </w:r>
          </w:p>
        </w:tc>
      </w:tr>
    </w:tbl>
    <w:p w14:paraId="190FDB93"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6F43E1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0675353" w14:textId="77777777" w:rsidR="006164F7" w:rsidRPr="000343EB" w:rsidRDefault="006164F7" w:rsidP="00E8130D">
            <w:pPr>
              <w:spacing w:before="30" w:after="30"/>
              <w:jc w:val="center"/>
              <w:rPr>
                <w:lang w:val="tr-TR"/>
              </w:rPr>
            </w:pPr>
            <w:r w:rsidRPr="000343EB">
              <w:rPr>
                <w:rFonts w:ascii="Arial" w:hAnsi="Arial"/>
                <w:sz w:val="12"/>
                <w:lang w:val="tr-TR"/>
              </w:rPr>
              <w:t>Göreve başlayan personelin personel sistemi, HİTAP ve gerekli diğer özlük/kadro kayıtlarının yapılması.</w:t>
            </w:r>
          </w:p>
        </w:tc>
      </w:tr>
    </w:tbl>
    <w:p w14:paraId="42FFC9C2"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B2B26E3"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9EBEE8A" w14:textId="77777777" w:rsidR="006164F7" w:rsidRPr="000343EB" w:rsidRDefault="006164F7" w:rsidP="00E8130D">
            <w:pPr>
              <w:spacing w:before="30" w:after="30"/>
              <w:jc w:val="center"/>
              <w:rPr>
                <w:lang w:val="tr-TR"/>
              </w:rPr>
            </w:pPr>
            <w:r w:rsidRPr="000343EB">
              <w:rPr>
                <w:rFonts w:ascii="Arial" w:hAnsi="Arial"/>
                <w:sz w:val="12"/>
                <w:lang w:val="tr-TR"/>
              </w:rPr>
              <w:t>İşlem evrakının personel özlük dosyasında muhafaza edilmesi.</w:t>
            </w:r>
          </w:p>
        </w:tc>
      </w:tr>
    </w:tbl>
    <w:p w14:paraId="617F8484" w14:textId="77777777" w:rsidR="006164F7" w:rsidRPr="000343EB" w:rsidRDefault="006164F7" w:rsidP="006164F7">
      <w:pPr>
        <w:spacing w:after="20"/>
        <w:jc w:val="center"/>
        <w:rPr>
          <w:lang w:val="tr-TR"/>
        </w:rPr>
      </w:pPr>
      <w:r w:rsidRPr="000343EB">
        <w:rPr>
          <w:b/>
          <w:color w:val="B97000"/>
          <w:sz w:val="15"/>
          <w:lang w:val="tr-TR"/>
        </w:rPr>
        <w:t>BİTİŞ</w:t>
      </w:r>
    </w:p>
    <w:p w14:paraId="740BA2AD"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657 sayılı Devlet Memurları Kanunu m.74; SBÜ Personel Daire Başkanlığı Atama İşlemleri ve İdari Personel Birimi görevleri.</w:t>
      </w:r>
    </w:p>
    <w:p w14:paraId="7D6CC82C"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439FB2A7"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1482D9B" w14:textId="77777777" w:rsidR="006164F7" w:rsidRPr="000343EB" w:rsidRDefault="006164F7" w:rsidP="00E8130D">
            <w:pPr>
              <w:jc w:val="center"/>
              <w:rPr>
                <w:lang w:val="tr-TR"/>
              </w:rPr>
            </w:pPr>
            <w:r w:rsidRPr="000343EB">
              <w:rPr>
                <w:noProof/>
                <w:lang w:val="tr-TR"/>
              </w:rPr>
              <w:lastRenderedPageBreak/>
              <w:drawing>
                <wp:inline distT="0" distB="0" distL="0" distR="0" wp14:anchorId="4F5176C2" wp14:editId="0345DB54">
                  <wp:extent cx="684000" cy="6855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590A6342"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İdari Personel Açıktan Atama</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7E8EAD8B"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2A4B424" w14:textId="77777777" w:rsidR="006164F7" w:rsidRPr="000343EB" w:rsidRDefault="006164F7" w:rsidP="00E8130D">
            <w:pPr>
              <w:rPr>
                <w:lang w:val="tr-TR"/>
              </w:rPr>
            </w:pPr>
            <w:r w:rsidRPr="000343EB">
              <w:rPr>
                <w:sz w:val="13"/>
                <w:lang w:val="tr-TR"/>
              </w:rPr>
              <w:t>UNİKA-İAS-C2-022</w:t>
            </w:r>
          </w:p>
        </w:tc>
      </w:tr>
      <w:tr w:rsidR="006164F7" w:rsidRPr="000343EB" w14:paraId="7E673EEA"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09587E2"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38AD36C"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FDDCCC5"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B05890B" w14:textId="77777777" w:rsidR="006164F7" w:rsidRPr="000343EB" w:rsidRDefault="006164F7" w:rsidP="00E8130D">
            <w:pPr>
              <w:rPr>
                <w:lang w:val="tr-TR"/>
              </w:rPr>
            </w:pPr>
            <w:r w:rsidRPr="000343EB">
              <w:rPr>
                <w:sz w:val="13"/>
                <w:lang w:val="tr-TR"/>
              </w:rPr>
              <w:t>11.05.2023</w:t>
            </w:r>
          </w:p>
        </w:tc>
      </w:tr>
      <w:tr w:rsidR="006164F7" w:rsidRPr="000343EB" w14:paraId="04B581B8"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9E581A1"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4AAE99C"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BD0E3A2"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7B98F26" w14:textId="77777777" w:rsidR="006164F7" w:rsidRPr="000343EB" w:rsidRDefault="006164F7" w:rsidP="00E8130D">
            <w:pPr>
              <w:rPr>
                <w:lang w:val="tr-TR"/>
              </w:rPr>
            </w:pPr>
            <w:r w:rsidRPr="000343EB">
              <w:rPr>
                <w:sz w:val="13"/>
                <w:lang w:val="tr-TR"/>
              </w:rPr>
              <w:t>-</w:t>
            </w:r>
          </w:p>
        </w:tc>
      </w:tr>
      <w:tr w:rsidR="006164F7" w:rsidRPr="000343EB" w14:paraId="13EA16ED"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23E2C50"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636C2F1"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DE17522"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D579489" w14:textId="77777777" w:rsidR="006164F7" w:rsidRPr="000343EB" w:rsidRDefault="006164F7" w:rsidP="00E8130D">
            <w:pPr>
              <w:rPr>
                <w:lang w:val="tr-TR"/>
              </w:rPr>
            </w:pPr>
            <w:r w:rsidRPr="000343EB">
              <w:rPr>
                <w:sz w:val="13"/>
                <w:lang w:val="tr-TR"/>
              </w:rPr>
              <w:t>0</w:t>
            </w:r>
          </w:p>
        </w:tc>
      </w:tr>
    </w:tbl>
    <w:p w14:paraId="167E3CB2" w14:textId="77777777" w:rsidR="006164F7" w:rsidRPr="000343EB" w:rsidRDefault="006164F7" w:rsidP="006164F7">
      <w:pPr>
        <w:spacing w:after="0"/>
        <w:rPr>
          <w:lang w:val="tr-TR"/>
        </w:rPr>
      </w:pPr>
    </w:p>
    <w:p w14:paraId="03EB2DCB"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25F9E2BC"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0486FE7" w14:textId="77777777" w:rsidR="006164F7" w:rsidRPr="000343EB" w:rsidRDefault="006164F7" w:rsidP="00E8130D">
            <w:pPr>
              <w:spacing w:before="30" w:after="30"/>
              <w:jc w:val="center"/>
              <w:rPr>
                <w:lang w:val="tr-TR"/>
              </w:rPr>
            </w:pPr>
            <w:r w:rsidRPr="000343EB">
              <w:rPr>
                <w:rFonts w:ascii="Arial" w:hAnsi="Arial"/>
                <w:sz w:val="12"/>
                <w:lang w:val="tr-TR"/>
              </w:rPr>
              <w:t>Üniversitenin idari personel ihtiyacı, kadro durumu ve ilgili yıl için verilen atama/kullanım izinleri çerçevesinde alınacak personel sayısı ve niteliklerinin belirlenmesi.</w:t>
            </w:r>
          </w:p>
        </w:tc>
      </w:tr>
    </w:tbl>
    <w:p w14:paraId="7E7C1CD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E066C5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A6B3613" w14:textId="77777777" w:rsidR="006164F7" w:rsidRPr="000343EB" w:rsidRDefault="006164F7" w:rsidP="00E8130D">
            <w:pPr>
              <w:spacing w:before="30" w:after="30"/>
              <w:jc w:val="center"/>
              <w:rPr>
                <w:lang w:val="tr-TR"/>
              </w:rPr>
            </w:pPr>
            <w:r w:rsidRPr="000343EB">
              <w:rPr>
                <w:rFonts w:ascii="Arial" w:hAnsi="Arial"/>
                <w:sz w:val="12"/>
                <w:lang w:val="tr-TR"/>
              </w:rPr>
              <w:t>Merkezi yerleştirme veya ilgili atama usulü kapsamında kadro ve nitelik bilgilerinin yetkili kamu sistemlerine girilmesi; yerleştirme/atama sonuçlarının takip edilmesi.</w:t>
            </w:r>
          </w:p>
        </w:tc>
      </w:tr>
    </w:tbl>
    <w:p w14:paraId="57762B2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BF7D3B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B634FC3" w14:textId="77777777" w:rsidR="006164F7" w:rsidRPr="000343EB" w:rsidRDefault="006164F7" w:rsidP="00E8130D">
            <w:pPr>
              <w:spacing w:before="30" w:after="30"/>
              <w:jc w:val="center"/>
              <w:rPr>
                <w:lang w:val="tr-TR"/>
              </w:rPr>
            </w:pPr>
            <w:r w:rsidRPr="000343EB">
              <w:rPr>
                <w:rFonts w:ascii="Arial" w:hAnsi="Arial"/>
                <w:sz w:val="12"/>
                <w:lang w:val="tr-TR"/>
              </w:rPr>
              <w:t>Yerleşen/atanacak adaylardan mevzuatta öngörülen başvuru ve atama belgelerinin alınması ve Personel Daire Başkanlığınca kontrol edilmesi.</w:t>
            </w:r>
          </w:p>
        </w:tc>
      </w:tr>
    </w:tbl>
    <w:p w14:paraId="4D80FDD9"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02971B3"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89751C9" w14:textId="77777777" w:rsidR="006164F7" w:rsidRPr="000343EB" w:rsidRDefault="006164F7" w:rsidP="00E8130D">
            <w:pPr>
              <w:spacing w:before="30" w:after="30"/>
              <w:jc w:val="center"/>
              <w:rPr>
                <w:lang w:val="tr-TR"/>
              </w:rPr>
            </w:pPr>
            <w:r w:rsidRPr="000343EB">
              <w:rPr>
                <w:rFonts w:ascii="Arial" w:hAnsi="Arial"/>
                <w:sz w:val="12"/>
                <w:lang w:val="tr-TR"/>
              </w:rPr>
              <w:t>Atamaya esas şartların ve gerektiğinde 7315 sayılı Kanun kapsamındaki arşiv araştırması/güvenlik işlemlerinin tamamlanması.</w:t>
            </w:r>
          </w:p>
        </w:tc>
      </w:tr>
    </w:tbl>
    <w:p w14:paraId="20FBA62A"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BFD98EF"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1224D55" w14:textId="77777777" w:rsidR="006164F7" w:rsidRPr="000343EB" w:rsidRDefault="006164F7" w:rsidP="00E8130D">
            <w:pPr>
              <w:spacing w:before="30" w:after="30"/>
              <w:jc w:val="center"/>
              <w:rPr>
                <w:lang w:val="tr-TR"/>
              </w:rPr>
            </w:pPr>
            <w:r w:rsidRPr="000343EB">
              <w:rPr>
                <w:rFonts w:ascii="Arial" w:hAnsi="Arial"/>
                <w:sz w:val="12"/>
                <w:lang w:val="tr-TR"/>
              </w:rPr>
              <w:t>Atamaya engel bulunmayan aday için atama onayının hazırlanması; uygun olmayan adayın durumunun mevzuata uygun biçimde sonuçlandırılması ve bildirilmesi.</w:t>
            </w:r>
          </w:p>
        </w:tc>
      </w:tr>
    </w:tbl>
    <w:p w14:paraId="5AE0E7C2"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14826EA"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0127DCA4" w14:textId="77777777" w:rsidR="006164F7" w:rsidRPr="000343EB" w:rsidRDefault="006164F7" w:rsidP="00E8130D">
            <w:pPr>
              <w:spacing w:before="30" w:after="30"/>
              <w:jc w:val="center"/>
              <w:rPr>
                <w:lang w:val="tr-TR"/>
              </w:rPr>
            </w:pPr>
            <w:r w:rsidRPr="000343EB">
              <w:rPr>
                <w:rFonts w:ascii="Arial" w:hAnsi="Arial"/>
                <w:sz w:val="12"/>
                <w:lang w:val="tr-TR"/>
              </w:rPr>
              <w:t>Atama kararının ilgiliye ve görev yapacağı birime tebliğ edilmesi; göreve başlama yazısının alınması.</w:t>
            </w:r>
          </w:p>
        </w:tc>
      </w:tr>
    </w:tbl>
    <w:p w14:paraId="7809C6B5"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C73163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A19021F" w14:textId="77777777" w:rsidR="006164F7" w:rsidRPr="000343EB" w:rsidRDefault="006164F7" w:rsidP="00E8130D">
            <w:pPr>
              <w:spacing w:before="30" w:after="30"/>
              <w:jc w:val="center"/>
              <w:rPr>
                <w:lang w:val="tr-TR"/>
              </w:rPr>
            </w:pPr>
            <w:r w:rsidRPr="000343EB">
              <w:rPr>
                <w:rFonts w:ascii="Arial" w:hAnsi="Arial"/>
                <w:sz w:val="12"/>
                <w:lang w:val="tr-TR"/>
              </w:rPr>
              <w:t>Personel sistemi, HİTAP ve gerekli kamu personel/kadro kayıtlarının yapılması; evrakın özlük dosyasında muhafaza edilmesi.</w:t>
            </w:r>
          </w:p>
        </w:tc>
      </w:tr>
    </w:tbl>
    <w:p w14:paraId="0626E863" w14:textId="77777777" w:rsidR="006164F7" w:rsidRPr="000343EB" w:rsidRDefault="006164F7" w:rsidP="006164F7">
      <w:pPr>
        <w:spacing w:after="20"/>
        <w:jc w:val="center"/>
        <w:rPr>
          <w:lang w:val="tr-TR"/>
        </w:rPr>
      </w:pPr>
      <w:r w:rsidRPr="000343EB">
        <w:rPr>
          <w:b/>
          <w:color w:val="B97000"/>
          <w:sz w:val="15"/>
          <w:lang w:val="tr-TR"/>
        </w:rPr>
        <w:t>BİTİŞ</w:t>
      </w:r>
    </w:p>
    <w:p w14:paraId="1DADD33E"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657 sayılı Kanun ve ilgili merkezi yerleştirme/atama mevzuatı; 7315 sayılı Kanun; SBÜ Atama İşlemleri ve İdari Personel Birimi görevleri.</w:t>
      </w:r>
    </w:p>
    <w:p w14:paraId="308DAA9F"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31A22FDC"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5D758F9" w14:textId="77777777" w:rsidR="006164F7" w:rsidRPr="000343EB" w:rsidRDefault="006164F7" w:rsidP="00E8130D">
            <w:pPr>
              <w:jc w:val="center"/>
              <w:rPr>
                <w:lang w:val="tr-TR"/>
              </w:rPr>
            </w:pPr>
            <w:r w:rsidRPr="000343EB">
              <w:rPr>
                <w:noProof/>
                <w:lang w:val="tr-TR"/>
              </w:rPr>
              <w:lastRenderedPageBreak/>
              <w:drawing>
                <wp:inline distT="0" distB="0" distL="0" distR="0" wp14:anchorId="29FBD9BE" wp14:editId="3DDD18A8">
                  <wp:extent cx="684000" cy="6855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717D1FAC"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Görevde Yükselme ve Unvan Değişikliği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6834F3CE"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527A1C72" w14:textId="77777777" w:rsidR="006164F7" w:rsidRPr="000343EB" w:rsidRDefault="006164F7" w:rsidP="00E8130D">
            <w:pPr>
              <w:rPr>
                <w:lang w:val="tr-TR"/>
              </w:rPr>
            </w:pPr>
            <w:r w:rsidRPr="000343EB">
              <w:rPr>
                <w:sz w:val="13"/>
                <w:lang w:val="tr-TR"/>
              </w:rPr>
              <w:t>UNİKA-İAS-C2-024</w:t>
            </w:r>
          </w:p>
        </w:tc>
      </w:tr>
      <w:tr w:rsidR="006164F7" w:rsidRPr="000343EB" w14:paraId="297ACB74"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612DAB9"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0C5DAFD8"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12FB3A2"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E0B103E" w14:textId="77777777" w:rsidR="006164F7" w:rsidRPr="000343EB" w:rsidRDefault="006164F7" w:rsidP="00E8130D">
            <w:pPr>
              <w:rPr>
                <w:lang w:val="tr-TR"/>
              </w:rPr>
            </w:pPr>
            <w:r w:rsidRPr="000343EB">
              <w:rPr>
                <w:sz w:val="13"/>
                <w:lang w:val="tr-TR"/>
              </w:rPr>
              <w:t>11.05.2023</w:t>
            </w:r>
          </w:p>
        </w:tc>
      </w:tr>
      <w:tr w:rsidR="006164F7" w:rsidRPr="000343EB" w14:paraId="0A542047"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6DBF792"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1FB576BE"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F9918F7"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F5F6935" w14:textId="77777777" w:rsidR="006164F7" w:rsidRPr="000343EB" w:rsidRDefault="006164F7" w:rsidP="00E8130D">
            <w:pPr>
              <w:rPr>
                <w:lang w:val="tr-TR"/>
              </w:rPr>
            </w:pPr>
            <w:r w:rsidRPr="000343EB">
              <w:rPr>
                <w:sz w:val="13"/>
                <w:lang w:val="tr-TR"/>
              </w:rPr>
              <w:t>-</w:t>
            </w:r>
          </w:p>
        </w:tc>
      </w:tr>
      <w:tr w:rsidR="006164F7" w:rsidRPr="000343EB" w14:paraId="3FD176A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866E762"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7EC77F27"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665F23B"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500A8D09" w14:textId="77777777" w:rsidR="006164F7" w:rsidRPr="000343EB" w:rsidRDefault="006164F7" w:rsidP="00E8130D">
            <w:pPr>
              <w:rPr>
                <w:lang w:val="tr-TR"/>
              </w:rPr>
            </w:pPr>
            <w:r w:rsidRPr="000343EB">
              <w:rPr>
                <w:sz w:val="13"/>
                <w:lang w:val="tr-TR"/>
              </w:rPr>
              <w:t>0</w:t>
            </w:r>
          </w:p>
        </w:tc>
      </w:tr>
    </w:tbl>
    <w:p w14:paraId="61C28D9B" w14:textId="77777777" w:rsidR="006164F7" w:rsidRPr="000343EB" w:rsidRDefault="006164F7" w:rsidP="006164F7">
      <w:pPr>
        <w:spacing w:after="0"/>
        <w:rPr>
          <w:lang w:val="tr-TR"/>
        </w:rPr>
      </w:pPr>
    </w:p>
    <w:p w14:paraId="7FBF6D70"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54E374A9"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DD664BC" w14:textId="77777777" w:rsidR="006164F7" w:rsidRPr="000343EB" w:rsidRDefault="006164F7" w:rsidP="00E8130D">
            <w:pPr>
              <w:spacing w:before="30" w:after="30"/>
              <w:jc w:val="center"/>
              <w:rPr>
                <w:lang w:val="tr-TR"/>
              </w:rPr>
            </w:pPr>
            <w:r w:rsidRPr="000343EB">
              <w:rPr>
                <w:rFonts w:ascii="Arial" w:hAnsi="Arial"/>
                <w:sz w:val="12"/>
                <w:lang w:val="tr-TR"/>
              </w:rPr>
              <w:t>Görevde yükselme veya unvan değişikliği suretiyle atama yapılacak kadroların, boş kadro ve personel ihtiyacı dikkate alınarak belirlenmesi ve ilan edilmesi.</w:t>
            </w:r>
          </w:p>
        </w:tc>
      </w:tr>
    </w:tbl>
    <w:p w14:paraId="34FF54AE"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9AFA7F5"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2607685" w14:textId="77777777" w:rsidR="006164F7" w:rsidRPr="000343EB" w:rsidRDefault="006164F7" w:rsidP="00E8130D">
            <w:pPr>
              <w:spacing w:before="30" w:after="30"/>
              <w:jc w:val="center"/>
              <w:rPr>
                <w:lang w:val="tr-TR"/>
              </w:rPr>
            </w:pPr>
            <w:r w:rsidRPr="000343EB">
              <w:rPr>
                <w:rFonts w:ascii="Arial" w:hAnsi="Arial"/>
                <w:sz w:val="12"/>
                <w:lang w:val="tr-TR"/>
              </w:rPr>
              <w:t>Başvuruların Personel Daire Başkanlığınca alınması ve Yönetmelikteki genel/özel şartlar yönünden ön incelemeye tabi tutulması.</w:t>
            </w:r>
          </w:p>
        </w:tc>
      </w:tr>
    </w:tbl>
    <w:p w14:paraId="32CB1B1A"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28A3F3F"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4DB77A8" w14:textId="77777777" w:rsidR="006164F7" w:rsidRPr="000343EB" w:rsidRDefault="006164F7" w:rsidP="00E8130D">
            <w:pPr>
              <w:spacing w:before="30" w:after="30"/>
              <w:jc w:val="center"/>
              <w:rPr>
                <w:lang w:val="tr-TR"/>
              </w:rPr>
            </w:pPr>
            <w:r w:rsidRPr="000343EB">
              <w:rPr>
                <w:rFonts w:ascii="Arial" w:hAnsi="Arial"/>
                <w:sz w:val="12"/>
                <w:lang w:val="tr-TR"/>
              </w:rPr>
              <w:t>Başvuru ve sınav süreçlerini yürütmek üzere ilgili kurul/komisyonların oluşturulması; uygun ve uygun olmayan başvuruların ilan edilmesi.</w:t>
            </w:r>
          </w:p>
        </w:tc>
      </w:tr>
    </w:tbl>
    <w:p w14:paraId="6CA93E35"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1B4C603"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3C46DCB" w14:textId="77777777" w:rsidR="006164F7" w:rsidRPr="000343EB" w:rsidRDefault="006164F7" w:rsidP="00E8130D">
            <w:pPr>
              <w:spacing w:before="30" w:after="30"/>
              <w:jc w:val="center"/>
              <w:rPr>
                <w:lang w:val="tr-TR"/>
              </w:rPr>
            </w:pPr>
            <w:r w:rsidRPr="000343EB">
              <w:rPr>
                <w:rFonts w:ascii="Arial" w:hAnsi="Arial"/>
                <w:sz w:val="12"/>
                <w:lang w:val="tr-TR"/>
              </w:rPr>
              <w:t>Görevde yükselme yazılı sınavı ile unvan değişikliği sınavının yürürlükteki Yönetmelik hükümlerine göre gerçekleştirilmesi; gerekli hâllerde sözlü sınav sürecinin uygulanması.</w:t>
            </w:r>
          </w:p>
        </w:tc>
      </w:tr>
    </w:tbl>
    <w:p w14:paraId="5F1D1C95"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0760206"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ADE6282" w14:textId="77777777" w:rsidR="006164F7" w:rsidRPr="000343EB" w:rsidRDefault="006164F7" w:rsidP="00E8130D">
            <w:pPr>
              <w:spacing w:before="30" w:after="30"/>
              <w:jc w:val="center"/>
              <w:rPr>
                <w:lang w:val="tr-TR"/>
              </w:rPr>
            </w:pPr>
            <w:r w:rsidRPr="000343EB">
              <w:rPr>
                <w:rFonts w:ascii="Arial" w:hAnsi="Arial"/>
                <w:sz w:val="12"/>
                <w:lang w:val="tr-TR"/>
              </w:rPr>
              <w:t>Sınav sonuçlarının ve başarı sıralamasının ilan edilmesi; itiraz süreçlerinin sonuçlandırılması.</w:t>
            </w:r>
          </w:p>
        </w:tc>
      </w:tr>
    </w:tbl>
    <w:p w14:paraId="0A387022"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4AE723B"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232748F" w14:textId="77777777" w:rsidR="006164F7" w:rsidRPr="000343EB" w:rsidRDefault="006164F7" w:rsidP="00E8130D">
            <w:pPr>
              <w:spacing w:before="30" w:after="30"/>
              <w:jc w:val="center"/>
              <w:rPr>
                <w:lang w:val="tr-TR"/>
              </w:rPr>
            </w:pPr>
            <w:r w:rsidRPr="000343EB">
              <w:rPr>
                <w:rFonts w:ascii="Arial" w:hAnsi="Arial"/>
                <w:sz w:val="12"/>
                <w:lang w:val="tr-TR"/>
              </w:rPr>
              <w:t>Başarı sırasına ve boş kadro durumuna göre atama onaylarının hazırlanarak ilgili personele ve birimlere bildirilmesi.</w:t>
            </w:r>
          </w:p>
        </w:tc>
      </w:tr>
    </w:tbl>
    <w:p w14:paraId="43612AEF"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CEC17FC"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01B8E314" w14:textId="77777777" w:rsidR="006164F7" w:rsidRPr="000343EB" w:rsidRDefault="006164F7" w:rsidP="00E8130D">
            <w:pPr>
              <w:spacing w:before="30" w:after="30"/>
              <w:jc w:val="center"/>
              <w:rPr>
                <w:lang w:val="tr-TR"/>
              </w:rPr>
            </w:pPr>
            <w:r w:rsidRPr="000343EB">
              <w:rPr>
                <w:rFonts w:ascii="Arial" w:hAnsi="Arial"/>
                <w:sz w:val="12"/>
                <w:lang w:val="tr-TR"/>
              </w:rPr>
              <w:t>Atamaların personel sistemi ve HİTAP kayıtlarına işlenmesi; işlem evrakının özlük dosyasında muhafaza edilmesi.</w:t>
            </w:r>
          </w:p>
        </w:tc>
      </w:tr>
    </w:tbl>
    <w:p w14:paraId="7860EE58" w14:textId="77777777" w:rsidR="006164F7" w:rsidRPr="000343EB" w:rsidRDefault="006164F7" w:rsidP="006164F7">
      <w:pPr>
        <w:spacing w:after="20"/>
        <w:jc w:val="center"/>
        <w:rPr>
          <w:lang w:val="tr-TR"/>
        </w:rPr>
      </w:pPr>
      <w:r w:rsidRPr="000343EB">
        <w:rPr>
          <w:b/>
          <w:color w:val="B97000"/>
          <w:sz w:val="15"/>
          <w:lang w:val="tr-TR"/>
        </w:rPr>
        <w:t>BİTİŞ</w:t>
      </w:r>
    </w:p>
    <w:p w14:paraId="39A4A7F8"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Yükseköğretim Üst Kuruluşları ile Yükseköğretim Kurumları Personeli Görevde Yükselme ve Unvan Değişikliği Yönetmeliği; SBÜ İdari Personel Birimi görevleri.</w:t>
      </w:r>
    </w:p>
    <w:p w14:paraId="7CCCB4A0"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51B7E990"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43A4EAB" w14:textId="77777777" w:rsidR="006164F7" w:rsidRPr="000343EB" w:rsidRDefault="006164F7" w:rsidP="00E8130D">
            <w:pPr>
              <w:jc w:val="center"/>
              <w:rPr>
                <w:lang w:val="tr-TR"/>
              </w:rPr>
            </w:pPr>
            <w:r w:rsidRPr="000343EB">
              <w:rPr>
                <w:noProof/>
                <w:lang w:val="tr-TR"/>
              </w:rPr>
              <w:lastRenderedPageBreak/>
              <w:drawing>
                <wp:inline distT="0" distB="0" distL="0" distR="0" wp14:anchorId="6607AC36" wp14:editId="4F6682E3">
                  <wp:extent cx="684000" cy="6855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5BE8C95D"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Aday Memurların Temel ve Hazırlayıcı Eğitimine</w:t>
            </w:r>
            <w:r w:rsidRPr="000343EB">
              <w:rPr>
                <w:rFonts w:ascii="Arial" w:hAnsi="Arial"/>
                <w:b/>
                <w:color w:val="14375F"/>
                <w:sz w:val="18"/>
                <w:lang w:val="tr-TR"/>
              </w:rPr>
              <w:br/>
              <w:t>İlişkin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0C81ED6C"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F7E0CA4" w14:textId="77777777" w:rsidR="006164F7" w:rsidRPr="000343EB" w:rsidRDefault="006164F7" w:rsidP="00E8130D">
            <w:pPr>
              <w:rPr>
                <w:lang w:val="tr-TR"/>
              </w:rPr>
            </w:pPr>
            <w:r w:rsidRPr="000343EB">
              <w:rPr>
                <w:sz w:val="13"/>
                <w:lang w:val="tr-TR"/>
              </w:rPr>
              <w:t>UNİKA-İAS-C2-027</w:t>
            </w:r>
          </w:p>
        </w:tc>
      </w:tr>
      <w:tr w:rsidR="006164F7" w:rsidRPr="000343EB" w14:paraId="61841FED"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7880811"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8AA23FB"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23329AE"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FD2B55A" w14:textId="77777777" w:rsidR="006164F7" w:rsidRPr="000343EB" w:rsidRDefault="006164F7" w:rsidP="00E8130D">
            <w:pPr>
              <w:rPr>
                <w:lang w:val="tr-TR"/>
              </w:rPr>
            </w:pPr>
            <w:r w:rsidRPr="000343EB">
              <w:rPr>
                <w:sz w:val="13"/>
                <w:lang w:val="tr-TR"/>
              </w:rPr>
              <w:t>11.05.2023</w:t>
            </w:r>
          </w:p>
        </w:tc>
      </w:tr>
      <w:tr w:rsidR="006164F7" w:rsidRPr="000343EB" w14:paraId="1AC9A05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4C9A5F5"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6F08031"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372CFFD"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6A1DDDF" w14:textId="77777777" w:rsidR="006164F7" w:rsidRPr="000343EB" w:rsidRDefault="006164F7" w:rsidP="00E8130D">
            <w:pPr>
              <w:rPr>
                <w:lang w:val="tr-TR"/>
              </w:rPr>
            </w:pPr>
            <w:r w:rsidRPr="000343EB">
              <w:rPr>
                <w:sz w:val="13"/>
                <w:lang w:val="tr-TR"/>
              </w:rPr>
              <w:t>-</w:t>
            </w:r>
          </w:p>
        </w:tc>
      </w:tr>
      <w:tr w:rsidR="006164F7" w:rsidRPr="000343EB" w14:paraId="4CF6EDB7"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419B5EC"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29650A09"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43EB2F1"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4639FD2" w14:textId="77777777" w:rsidR="006164F7" w:rsidRPr="000343EB" w:rsidRDefault="006164F7" w:rsidP="00E8130D">
            <w:pPr>
              <w:rPr>
                <w:lang w:val="tr-TR"/>
              </w:rPr>
            </w:pPr>
            <w:r w:rsidRPr="000343EB">
              <w:rPr>
                <w:sz w:val="13"/>
                <w:lang w:val="tr-TR"/>
              </w:rPr>
              <w:t>0</w:t>
            </w:r>
          </w:p>
        </w:tc>
      </w:tr>
    </w:tbl>
    <w:p w14:paraId="380A68B0" w14:textId="77777777" w:rsidR="006164F7" w:rsidRPr="000343EB" w:rsidRDefault="006164F7" w:rsidP="006164F7">
      <w:pPr>
        <w:spacing w:after="0"/>
        <w:rPr>
          <w:lang w:val="tr-TR"/>
        </w:rPr>
      </w:pPr>
    </w:p>
    <w:p w14:paraId="025EEE4D"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0DB2518E"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0EE8A298" w14:textId="77777777" w:rsidR="006164F7" w:rsidRPr="000343EB" w:rsidRDefault="006164F7" w:rsidP="00E8130D">
            <w:pPr>
              <w:spacing w:before="30" w:after="30"/>
              <w:jc w:val="center"/>
              <w:rPr>
                <w:lang w:val="tr-TR"/>
              </w:rPr>
            </w:pPr>
            <w:r w:rsidRPr="000343EB">
              <w:rPr>
                <w:rFonts w:ascii="Arial" w:hAnsi="Arial"/>
                <w:sz w:val="13"/>
                <w:lang w:val="tr-TR"/>
              </w:rPr>
              <w:t>Aday memurların temel ve hazırlayıcı eğitim ihtiyacı ve katılımcı listesinin belirlenmesi; eğitim programı ve takviminin hazırlanması.</w:t>
            </w:r>
          </w:p>
        </w:tc>
      </w:tr>
    </w:tbl>
    <w:p w14:paraId="0CEF5EC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775C6FE"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6138F85" w14:textId="77777777" w:rsidR="006164F7" w:rsidRPr="000343EB" w:rsidRDefault="006164F7" w:rsidP="00E8130D">
            <w:pPr>
              <w:spacing w:before="30" w:after="30"/>
              <w:jc w:val="center"/>
              <w:rPr>
                <w:lang w:val="tr-TR"/>
              </w:rPr>
            </w:pPr>
            <w:r w:rsidRPr="000343EB">
              <w:rPr>
                <w:rFonts w:ascii="Arial" w:hAnsi="Arial"/>
                <w:sz w:val="13"/>
                <w:lang w:val="tr-TR"/>
              </w:rPr>
              <w:t>Eğitimcilerin görevlendirilmesi ve programın aday memurların görev yaptığı birimlere duyurulması.</w:t>
            </w:r>
          </w:p>
        </w:tc>
      </w:tr>
    </w:tbl>
    <w:p w14:paraId="0C5FEAC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0C2A36B"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6BE6201" w14:textId="77777777" w:rsidR="006164F7" w:rsidRPr="000343EB" w:rsidRDefault="006164F7" w:rsidP="00E8130D">
            <w:pPr>
              <w:spacing w:before="30" w:after="30"/>
              <w:jc w:val="center"/>
              <w:rPr>
                <w:lang w:val="tr-TR"/>
              </w:rPr>
            </w:pPr>
            <w:r w:rsidRPr="000343EB">
              <w:rPr>
                <w:rFonts w:ascii="Arial" w:hAnsi="Arial"/>
                <w:sz w:val="13"/>
                <w:lang w:val="tr-TR"/>
              </w:rPr>
              <w:t xml:space="preserve">Eğitim </w:t>
            </w:r>
            <w:proofErr w:type="gramStart"/>
            <w:r w:rsidRPr="000343EB">
              <w:rPr>
                <w:rFonts w:ascii="Arial" w:hAnsi="Arial"/>
                <w:sz w:val="13"/>
                <w:lang w:val="tr-TR"/>
              </w:rPr>
              <w:t>dokümanlarının</w:t>
            </w:r>
            <w:proofErr w:type="gramEnd"/>
            <w:r w:rsidRPr="000343EB">
              <w:rPr>
                <w:rFonts w:ascii="Arial" w:hAnsi="Arial"/>
                <w:sz w:val="13"/>
                <w:lang w:val="tr-TR"/>
              </w:rPr>
              <w:t xml:space="preserve"> hazırlanması/temin edilmesi ve eğitimlerin mevzuatta öngörülen esaslara göre yürütülmesi.</w:t>
            </w:r>
          </w:p>
        </w:tc>
      </w:tr>
    </w:tbl>
    <w:p w14:paraId="26041EA8"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0F9678E"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0718E442" w14:textId="77777777" w:rsidR="006164F7" w:rsidRPr="000343EB" w:rsidRDefault="006164F7" w:rsidP="00E8130D">
            <w:pPr>
              <w:spacing w:before="30" w:after="30"/>
              <w:jc w:val="center"/>
              <w:rPr>
                <w:lang w:val="tr-TR"/>
              </w:rPr>
            </w:pPr>
            <w:r w:rsidRPr="000343EB">
              <w:rPr>
                <w:rFonts w:ascii="Arial" w:hAnsi="Arial"/>
                <w:sz w:val="13"/>
                <w:lang w:val="tr-TR"/>
              </w:rPr>
              <w:t>Sınav kurulunun/komisyonunun oluşturulması ve temel/hazırlayıcı eğitim sınavlarının gerçekleştirilmesi.</w:t>
            </w:r>
          </w:p>
        </w:tc>
      </w:tr>
    </w:tbl>
    <w:p w14:paraId="5B069989"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C1AAA52"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73D0CA4" w14:textId="77777777" w:rsidR="006164F7" w:rsidRPr="000343EB" w:rsidRDefault="006164F7" w:rsidP="00E8130D">
            <w:pPr>
              <w:spacing w:before="30" w:after="30"/>
              <w:jc w:val="center"/>
              <w:rPr>
                <w:lang w:val="tr-TR"/>
              </w:rPr>
            </w:pPr>
            <w:r w:rsidRPr="000343EB">
              <w:rPr>
                <w:rFonts w:ascii="Arial" w:hAnsi="Arial"/>
                <w:sz w:val="13"/>
                <w:lang w:val="tr-TR"/>
              </w:rPr>
              <w:t>Sınav sonuçlarının değerlendirilerek ilan/tebliğ edilmesi; sonuçların aday memur/asalet süreçlerinde kullanılmak üzere kayda alınması.</w:t>
            </w:r>
          </w:p>
        </w:tc>
      </w:tr>
    </w:tbl>
    <w:p w14:paraId="5604F53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E8C9E6A"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7400857" w14:textId="77777777" w:rsidR="006164F7" w:rsidRPr="000343EB" w:rsidRDefault="006164F7" w:rsidP="00E8130D">
            <w:pPr>
              <w:spacing w:before="30" w:after="30"/>
              <w:jc w:val="center"/>
              <w:rPr>
                <w:lang w:val="tr-TR"/>
              </w:rPr>
            </w:pPr>
            <w:r w:rsidRPr="000343EB">
              <w:rPr>
                <w:rFonts w:ascii="Arial" w:hAnsi="Arial"/>
                <w:sz w:val="13"/>
                <w:lang w:val="tr-TR"/>
              </w:rPr>
              <w:t>Eğitim ve sınav bilgilerinin personel yönetim sistemine işlenmesi; belgelerin ilgili dosyalarda muhafaza edilmesi.</w:t>
            </w:r>
          </w:p>
        </w:tc>
      </w:tr>
    </w:tbl>
    <w:p w14:paraId="43A613D0" w14:textId="77777777" w:rsidR="006164F7" w:rsidRPr="000343EB" w:rsidRDefault="006164F7" w:rsidP="006164F7">
      <w:pPr>
        <w:spacing w:after="20"/>
        <w:jc w:val="center"/>
        <w:rPr>
          <w:lang w:val="tr-TR"/>
        </w:rPr>
      </w:pPr>
      <w:r w:rsidRPr="000343EB">
        <w:rPr>
          <w:b/>
          <w:color w:val="B97000"/>
          <w:sz w:val="15"/>
          <w:lang w:val="tr-TR"/>
        </w:rPr>
        <w:t>BİTİŞ</w:t>
      </w:r>
    </w:p>
    <w:p w14:paraId="5552DB18"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Aday Memurların Yetiştirilmelerine İlişkin Genel Yönetmelik; SBÜ İstatistik ve Eğitim İşleri Birimi görevleri.</w:t>
      </w:r>
    </w:p>
    <w:p w14:paraId="66ABFAF6"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2512B463"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6EC7A800" w14:textId="77777777" w:rsidR="006164F7" w:rsidRPr="000343EB" w:rsidRDefault="006164F7" w:rsidP="00E8130D">
            <w:pPr>
              <w:jc w:val="center"/>
              <w:rPr>
                <w:lang w:val="tr-TR"/>
              </w:rPr>
            </w:pPr>
            <w:r w:rsidRPr="000343EB">
              <w:rPr>
                <w:noProof/>
                <w:lang w:val="tr-TR"/>
              </w:rPr>
              <w:lastRenderedPageBreak/>
              <w:drawing>
                <wp:inline distT="0" distB="0" distL="0" distR="0" wp14:anchorId="2AB80E31" wp14:editId="72052B77">
                  <wp:extent cx="684000" cy="6855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7C84F2C5"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Yıllık Eğitim Planlama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136269A1"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17AF4EB" w14:textId="77777777" w:rsidR="006164F7" w:rsidRPr="000343EB" w:rsidRDefault="006164F7" w:rsidP="00E8130D">
            <w:pPr>
              <w:rPr>
                <w:lang w:val="tr-TR"/>
              </w:rPr>
            </w:pPr>
            <w:r w:rsidRPr="000343EB">
              <w:rPr>
                <w:sz w:val="13"/>
                <w:lang w:val="tr-TR"/>
              </w:rPr>
              <w:t>UNİKA-İAS-C2-028</w:t>
            </w:r>
          </w:p>
        </w:tc>
      </w:tr>
      <w:tr w:rsidR="006164F7" w:rsidRPr="000343EB" w14:paraId="31108007"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99F0BB6"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4591257A"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C57836C"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459B8B9" w14:textId="77777777" w:rsidR="006164F7" w:rsidRPr="000343EB" w:rsidRDefault="006164F7" w:rsidP="00E8130D">
            <w:pPr>
              <w:rPr>
                <w:lang w:val="tr-TR"/>
              </w:rPr>
            </w:pPr>
            <w:r w:rsidRPr="000343EB">
              <w:rPr>
                <w:sz w:val="13"/>
                <w:lang w:val="tr-TR"/>
              </w:rPr>
              <w:t>11.05.2023</w:t>
            </w:r>
          </w:p>
        </w:tc>
      </w:tr>
      <w:tr w:rsidR="006164F7" w:rsidRPr="000343EB" w14:paraId="5CCDE449"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10C58E5"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31BB268E"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3C2D57F"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4856705" w14:textId="77777777" w:rsidR="006164F7" w:rsidRPr="000343EB" w:rsidRDefault="006164F7" w:rsidP="00E8130D">
            <w:pPr>
              <w:rPr>
                <w:lang w:val="tr-TR"/>
              </w:rPr>
            </w:pPr>
            <w:r w:rsidRPr="000343EB">
              <w:rPr>
                <w:sz w:val="13"/>
                <w:lang w:val="tr-TR"/>
              </w:rPr>
              <w:t>-</w:t>
            </w:r>
          </w:p>
        </w:tc>
      </w:tr>
      <w:tr w:rsidR="006164F7" w:rsidRPr="000343EB" w14:paraId="3920BCF4"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1BBAA92"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778B8C03"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F873B49"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1FA4473" w14:textId="77777777" w:rsidR="006164F7" w:rsidRPr="000343EB" w:rsidRDefault="006164F7" w:rsidP="00E8130D">
            <w:pPr>
              <w:rPr>
                <w:lang w:val="tr-TR"/>
              </w:rPr>
            </w:pPr>
            <w:r w:rsidRPr="000343EB">
              <w:rPr>
                <w:sz w:val="13"/>
                <w:lang w:val="tr-TR"/>
              </w:rPr>
              <w:t>0</w:t>
            </w:r>
          </w:p>
        </w:tc>
      </w:tr>
    </w:tbl>
    <w:p w14:paraId="37FDB9ED" w14:textId="77777777" w:rsidR="006164F7" w:rsidRPr="000343EB" w:rsidRDefault="006164F7" w:rsidP="006164F7">
      <w:pPr>
        <w:spacing w:after="0"/>
        <w:rPr>
          <w:lang w:val="tr-TR"/>
        </w:rPr>
      </w:pPr>
    </w:p>
    <w:p w14:paraId="1BD29869"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67C94D5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92DA96A" w14:textId="77777777" w:rsidR="006164F7" w:rsidRPr="000343EB" w:rsidRDefault="006164F7" w:rsidP="00E8130D">
            <w:pPr>
              <w:spacing w:before="30" w:after="30"/>
              <w:jc w:val="center"/>
              <w:rPr>
                <w:lang w:val="tr-TR"/>
              </w:rPr>
            </w:pPr>
            <w:r w:rsidRPr="000343EB">
              <w:rPr>
                <w:rFonts w:ascii="Arial" w:hAnsi="Arial"/>
                <w:sz w:val="13"/>
                <w:lang w:val="tr-TR"/>
              </w:rPr>
              <w:t>Birimlerin hizmet içi eğitim ihtiyaçlarının, personel taleplerinin ve önceki eğitim sonuçlarının değerlendirilmesi.</w:t>
            </w:r>
          </w:p>
        </w:tc>
      </w:tr>
    </w:tbl>
    <w:p w14:paraId="30A8793E"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40C2526"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A3FFE50" w14:textId="77777777" w:rsidR="006164F7" w:rsidRPr="000343EB" w:rsidRDefault="006164F7" w:rsidP="00E8130D">
            <w:pPr>
              <w:spacing w:before="30" w:after="30"/>
              <w:jc w:val="center"/>
              <w:rPr>
                <w:lang w:val="tr-TR"/>
              </w:rPr>
            </w:pPr>
            <w:r w:rsidRPr="000343EB">
              <w:rPr>
                <w:rFonts w:ascii="Arial" w:hAnsi="Arial"/>
                <w:sz w:val="13"/>
                <w:lang w:val="tr-TR"/>
              </w:rPr>
              <w:t>Yıllık Hizmet İçi Eğitim Planının konu, hedef kitle, eğitici ve takvim bilgileriyle Personel Daire Başkanlığınca hazırlanması.</w:t>
            </w:r>
          </w:p>
        </w:tc>
      </w:tr>
    </w:tbl>
    <w:p w14:paraId="30F9CD5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22DBA6B"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A484937" w14:textId="77777777" w:rsidR="006164F7" w:rsidRPr="000343EB" w:rsidRDefault="006164F7" w:rsidP="00E8130D">
            <w:pPr>
              <w:spacing w:before="30" w:after="30"/>
              <w:jc w:val="center"/>
              <w:rPr>
                <w:lang w:val="tr-TR"/>
              </w:rPr>
            </w:pPr>
            <w:r w:rsidRPr="000343EB">
              <w:rPr>
                <w:rFonts w:ascii="Arial" w:hAnsi="Arial"/>
                <w:sz w:val="13"/>
                <w:lang w:val="tr-TR"/>
              </w:rPr>
              <w:t>Planın SBÜ imza yetkileri çerçevesinde yetkili makamın onayına sunulması ve onaylanan programın birimlere duyurulması.</w:t>
            </w:r>
          </w:p>
        </w:tc>
      </w:tr>
    </w:tbl>
    <w:p w14:paraId="6F55630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FF7EFBA"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9C4DA50" w14:textId="77777777" w:rsidR="006164F7" w:rsidRPr="000343EB" w:rsidRDefault="006164F7" w:rsidP="00E8130D">
            <w:pPr>
              <w:spacing w:before="30" w:after="30"/>
              <w:jc w:val="center"/>
              <w:rPr>
                <w:lang w:val="tr-TR"/>
              </w:rPr>
            </w:pPr>
            <w:r w:rsidRPr="000343EB">
              <w:rPr>
                <w:rFonts w:ascii="Arial" w:hAnsi="Arial"/>
                <w:sz w:val="13"/>
                <w:lang w:val="tr-TR"/>
              </w:rPr>
              <w:t>Eğitimlerin plan doğrultusunda gerçekleştirilmesi; katılım çizelgelerinin ve eğitim kayıtlarının tutulması.</w:t>
            </w:r>
          </w:p>
        </w:tc>
      </w:tr>
    </w:tbl>
    <w:p w14:paraId="75B4830A"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3359C1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91419FC" w14:textId="77777777" w:rsidR="006164F7" w:rsidRPr="000343EB" w:rsidRDefault="006164F7" w:rsidP="00E8130D">
            <w:pPr>
              <w:spacing w:before="30" w:after="30"/>
              <w:jc w:val="center"/>
              <w:rPr>
                <w:lang w:val="tr-TR"/>
              </w:rPr>
            </w:pPr>
            <w:r w:rsidRPr="000343EB">
              <w:rPr>
                <w:rFonts w:ascii="Arial" w:hAnsi="Arial"/>
                <w:sz w:val="13"/>
                <w:lang w:val="tr-TR"/>
              </w:rPr>
              <w:t>Eğitim sonunda değerlendirme/anket uygulanması ve sonuçların analiz edilmesi.</w:t>
            </w:r>
          </w:p>
        </w:tc>
      </w:tr>
    </w:tbl>
    <w:p w14:paraId="3AB0B82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E5ACA1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8967031" w14:textId="77777777" w:rsidR="006164F7" w:rsidRPr="000343EB" w:rsidRDefault="006164F7" w:rsidP="00E8130D">
            <w:pPr>
              <w:spacing w:before="30" w:after="30"/>
              <w:jc w:val="center"/>
              <w:rPr>
                <w:lang w:val="tr-TR"/>
              </w:rPr>
            </w:pPr>
            <w:r w:rsidRPr="000343EB">
              <w:rPr>
                <w:rFonts w:ascii="Arial" w:hAnsi="Arial"/>
                <w:sz w:val="13"/>
                <w:lang w:val="tr-TR"/>
              </w:rPr>
              <w:t>Katılım ve eğitim bilgilerinin personel yönetim sistemine işlenmesi; sonuçların sonraki eğitim planlamasında kullanılması.</w:t>
            </w:r>
          </w:p>
        </w:tc>
      </w:tr>
    </w:tbl>
    <w:p w14:paraId="6C088ADB" w14:textId="77777777" w:rsidR="006164F7" w:rsidRPr="000343EB" w:rsidRDefault="006164F7" w:rsidP="006164F7">
      <w:pPr>
        <w:spacing w:after="20"/>
        <w:jc w:val="center"/>
        <w:rPr>
          <w:lang w:val="tr-TR"/>
        </w:rPr>
      </w:pPr>
      <w:r w:rsidRPr="000343EB">
        <w:rPr>
          <w:b/>
          <w:color w:val="B97000"/>
          <w:sz w:val="15"/>
          <w:lang w:val="tr-TR"/>
        </w:rPr>
        <w:t>BİTİŞ</w:t>
      </w:r>
    </w:p>
    <w:p w14:paraId="1EC3E8F9"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SBÜ İstatistik ve Eğitim İşleri Birimi görevleri; Kamu İç Kontrol Standartları KOS 3.5; kurumun hizmet içi eğitim mevzuatı.</w:t>
      </w:r>
    </w:p>
    <w:p w14:paraId="5CCD6435"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780D72F4"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E8A3798" w14:textId="77777777" w:rsidR="006164F7" w:rsidRPr="000343EB" w:rsidRDefault="006164F7" w:rsidP="00E8130D">
            <w:pPr>
              <w:jc w:val="center"/>
              <w:rPr>
                <w:lang w:val="tr-TR"/>
              </w:rPr>
            </w:pPr>
            <w:r w:rsidRPr="000343EB">
              <w:rPr>
                <w:noProof/>
                <w:lang w:val="tr-TR"/>
              </w:rPr>
              <w:lastRenderedPageBreak/>
              <w:drawing>
                <wp:inline distT="0" distB="0" distL="0" distR="0" wp14:anchorId="4B6160E0" wp14:editId="71CE59E6">
                  <wp:extent cx="684000" cy="68554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2783A31A"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Yıllık Terfi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0014F0F8"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3E6D0960" w14:textId="77777777" w:rsidR="006164F7" w:rsidRPr="000343EB" w:rsidRDefault="006164F7" w:rsidP="00E8130D">
            <w:pPr>
              <w:rPr>
                <w:lang w:val="tr-TR"/>
              </w:rPr>
            </w:pPr>
            <w:r w:rsidRPr="000343EB">
              <w:rPr>
                <w:sz w:val="13"/>
                <w:lang w:val="tr-TR"/>
              </w:rPr>
              <w:t>UNİKA-İAS-C2-029</w:t>
            </w:r>
          </w:p>
        </w:tc>
      </w:tr>
      <w:tr w:rsidR="006164F7" w:rsidRPr="000343EB" w14:paraId="11756038"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6FFE244"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11982CA3"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5F52C34"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9AD8933" w14:textId="77777777" w:rsidR="006164F7" w:rsidRPr="000343EB" w:rsidRDefault="006164F7" w:rsidP="00E8130D">
            <w:pPr>
              <w:rPr>
                <w:lang w:val="tr-TR"/>
              </w:rPr>
            </w:pPr>
            <w:r w:rsidRPr="000343EB">
              <w:rPr>
                <w:sz w:val="13"/>
                <w:lang w:val="tr-TR"/>
              </w:rPr>
              <w:t>11.05.2023</w:t>
            </w:r>
          </w:p>
        </w:tc>
      </w:tr>
      <w:tr w:rsidR="006164F7" w:rsidRPr="000343EB" w14:paraId="2E12FA02"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EF8ED07"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0EAA1796"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E579A81"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1CF0580" w14:textId="77777777" w:rsidR="006164F7" w:rsidRPr="000343EB" w:rsidRDefault="006164F7" w:rsidP="00E8130D">
            <w:pPr>
              <w:rPr>
                <w:lang w:val="tr-TR"/>
              </w:rPr>
            </w:pPr>
            <w:r w:rsidRPr="000343EB">
              <w:rPr>
                <w:sz w:val="13"/>
                <w:lang w:val="tr-TR"/>
              </w:rPr>
              <w:t>-</w:t>
            </w:r>
          </w:p>
        </w:tc>
      </w:tr>
      <w:tr w:rsidR="006164F7" w:rsidRPr="000343EB" w14:paraId="0157D921"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90DF7F8"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17EEA563"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94B7499"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EC4DCD0" w14:textId="77777777" w:rsidR="006164F7" w:rsidRPr="000343EB" w:rsidRDefault="006164F7" w:rsidP="00E8130D">
            <w:pPr>
              <w:rPr>
                <w:lang w:val="tr-TR"/>
              </w:rPr>
            </w:pPr>
            <w:r w:rsidRPr="000343EB">
              <w:rPr>
                <w:sz w:val="13"/>
                <w:lang w:val="tr-TR"/>
              </w:rPr>
              <w:t>0</w:t>
            </w:r>
          </w:p>
        </w:tc>
      </w:tr>
    </w:tbl>
    <w:p w14:paraId="223177FE" w14:textId="77777777" w:rsidR="006164F7" w:rsidRPr="000343EB" w:rsidRDefault="006164F7" w:rsidP="006164F7">
      <w:pPr>
        <w:spacing w:after="0"/>
        <w:rPr>
          <w:lang w:val="tr-TR"/>
        </w:rPr>
      </w:pPr>
    </w:p>
    <w:p w14:paraId="5ED51D2B"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41C97D58"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0CCF46B" w14:textId="77777777" w:rsidR="006164F7" w:rsidRPr="000343EB" w:rsidRDefault="006164F7" w:rsidP="00E8130D">
            <w:pPr>
              <w:spacing w:before="30" w:after="30"/>
              <w:jc w:val="center"/>
              <w:rPr>
                <w:lang w:val="tr-TR"/>
              </w:rPr>
            </w:pPr>
            <w:r w:rsidRPr="000343EB">
              <w:rPr>
                <w:rFonts w:ascii="Arial" w:hAnsi="Arial"/>
                <w:sz w:val="13"/>
                <w:lang w:val="tr-TR"/>
              </w:rPr>
              <w:t>Derece/kademe ilerlemesi zamanı gelen personelin listesinin personel sistemi ve HİTAP kayıtları üzerinden periyodik olarak oluşturulması.</w:t>
            </w:r>
          </w:p>
        </w:tc>
      </w:tr>
    </w:tbl>
    <w:p w14:paraId="69DA75F4"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419E3D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CEBFB70" w14:textId="77777777" w:rsidR="006164F7" w:rsidRPr="000343EB" w:rsidRDefault="006164F7" w:rsidP="00E8130D">
            <w:pPr>
              <w:spacing w:before="30" w:after="30"/>
              <w:jc w:val="center"/>
              <w:rPr>
                <w:lang w:val="tr-TR"/>
              </w:rPr>
            </w:pPr>
            <w:r w:rsidRPr="000343EB">
              <w:rPr>
                <w:rFonts w:ascii="Arial" w:hAnsi="Arial"/>
                <w:sz w:val="13"/>
                <w:lang w:val="tr-TR"/>
              </w:rPr>
              <w:t>Personelin hizmet süresi, öğrenim durumu, disiplin/ceza ve diğer terfi şartlarının ilgili mevzuata göre kontrol edilmesi.</w:t>
            </w:r>
          </w:p>
        </w:tc>
      </w:tr>
    </w:tbl>
    <w:p w14:paraId="70455A3B"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FA7A6C1"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FA38810" w14:textId="77777777" w:rsidR="006164F7" w:rsidRPr="000343EB" w:rsidRDefault="006164F7" w:rsidP="00E8130D">
            <w:pPr>
              <w:spacing w:before="30" w:after="30"/>
              <w:jc w:val="center"/>
              <w:rPr>
                <w:lang w:val="tr-TR"/>
              </w:rPr>
            </w:pPr>
            <w:r w:rsidRPr="000343EB">
              <w:rPr>
                <w:rFonts w:ascii="Arial" w:hAnsi="Arial"/>
                <w:sz w:val="13"/>
                <w:lang w:val="tr-TR"/>
              </w:rPr>
              <w:t>Uygun personel için derece/kademe ilerlemesi veya terfi onay/listelerinin hazırlanarak yetkili makamın onayına sunulması.</w:t>
            </w:r>
          </w:p>
        </w:tc>
      </w:tr>
    </w:tbl>
    <w:p w14:paraId="4DB504E4"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A7F376E"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489834F" w14:textId="77777777" w:rsidR="006164F7" w:rsidRPr="000343EB" w:rsidRDefault="006164F7" w:rsidP="00E8130D">
            <w:pPr>
              <w:spacing w:before="30" w:after="30"/>
              <w:jc w:val="center"/>
              <w:rPr>
                <w:lang w:val="tr-TR"/>
              </w:rPr>
            </w:pPr>
            <w:r w:rsidRPr="000343EB">
              <w:rPr>
                <w:rFonts w:ascii="Arial" w:hAnsi="Arial"/>
                <w:sz w:val="13"/>
                <w:lang w:val="tr-TR"/>
              </w:rPr>
              <w:t>Onaylanan terfi bilgilerinin personel yönetim sistemi ve HİTAP kayıtlarına işlenmesi.</w:t>
            </w:r>
          </w:p>
        </w:tc>
      </w:tr>
    </w:tbl>
    <w:p w14:paraId="1D7E469D"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43415B3"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067ABBC" w14:textId="77777777" w:rsidR="006164F7" w:rsidRPr="000343EB" w:rsidRDefault="006164F7" w:rsidP="00E8130D">
            <w:pPr>
              <w:spacing w:before="30" w:after="30"/>
              <w:jc w:val="center"/>
              <w:rPr>
                <w:lang w:val="tr-TR"/>
              </w:rPr>
            </w:pPr>
            <w:r w:rsidRPr="000343EB">
              <w:rPr>
                <w:rFonts w:ascii="Arial" w:hAnsi="Arial"/>
                <w:sz w:val="13"/>
                <w:lang w:val="tr-TR"/>
              </w:rPr>
              <w:t>Terfi onayının personelin görev yaptığı birime ve mali hakları etkiliyorsa maaş/tahakkuk birimine gönderilmesi.</w:t>
            </w:r>
          </w:p>
        </w:tc>
      </w:tr>
    </w:tbl>
    <w:p w14:paraId="0D315C08"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0A5C383"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9A456E1" w14:textId="77777777" w:rsidR="006164F7" w:rsidRPr="000343EB" w:rsidRDefault="006164F7" w:rsidP="00E8130D">
            <w:pPr>
              <w:spacing w:before="30" w:after="30"/>
              <w:jc w:val="center"/>
              <w:rPr>
                <w:lang w:val="tr-TR"/>
              </w:rPr>
            </w:pPr>
            <w:r w:rsidRPr="000343EB">
              <w:rPr>
                <w:rFonts w:ascii="Arial" w:hAnsi="Arial"/>
                <w:sz w:val="13"/>
                <w:lang w:val="tr-TR"/>
              </w:rPr>
              <w:t>İşlem evrakının personel özlük dosyasında muhafaza edilmesi.</w:t>
            </w:r>
          </w:p>
        </w:tc>
      </w:tr>
    </w:tbl>
    <w:p w14:paraId="224A6743" w14:textId="77777777" w:rsidR="006164F7" w:rsidRPr="000343EB" w:rsidRDefault="006164F7" w:rsidP="006164F7">
      <w:pPr>
        <w:spacing w:after="20"/>
        <w:jc w:val="center"/>
        <w:rPr>
          <w:lang w:val="tr-TR"/>
        </w:rPr>
      </w:pPr>
      <w:r w:rsidRPr="000343EB">
        <w:rPr>
          <w:b/>
          <w:color w:val="B97000"/>
          <w:sz w:val="15"/>
          <w:lang w:val="tr-TR"/>
        </w:rPr>
        <w:t>BİTİŞ</w:t>
      </w:r>
    </w:p>
    <w:p w14:paraId="1B6833C2"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657 sayılı Kanunun derece/kademe hükümleri; akademik personel için 2914 sayılı Kanun ve ilgili hükümler; SBÜ İdari/Akademik Personel Birimi görevleri.</w:t>
      </w:r>
    </w:p>
    <w:p w14:paraId="079658B8"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6C936B34"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2DD64A02" w14:textId="77777777" w:rsidR="006164F7" w:rsidRPr="000343EB" w:rsidRDefault="006164F7" w:rsidP="00E8130D">
            <w:pPr>
              <w:jc w:val="center"/>
              <w:rPr>
                <w:lang w:val="tr-TR"/>
              </w:rPr>
            </w:pPr>
            <w:r w:rsidRPr="000343EB">
              <w:rPr>
                <w:noProof/>
                <w:lang w:val="tr-TR"/>
              </w:rPr>
              <w:lastRenderedPageBreak/>
              <w:drawing>
                <wp:inline distT="0" distB="0" distL="0" distR="0" wp14:anchorId="145BB54F" wp14:editId="1D4748C8">
                  <wp:extent cx="684000" cy="6855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10E20D4A"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Kadro İptal-İhdas İşlemleri (İdari Personel)</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B248C33"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542362D5" w14:textId="77777777" w:rsidR="006164F7" w:rsidRPr="000343EB" w:rsidRDefault="006164F7" w:rsidP="00E8130D">
            <w:pPr>
              <w:rPr>
                <w:lang w:val="tr-TR"/>
              </w:rPr>
            </w:pPr>
            <w:r w:rsidRPr="000343EB">
              <w:rPr>
                <w:sz w:val="13"/>
                <w:lang w:val="tr-TR"/>
              </w:rPr>
              <w:t>UNİKA-İAS-C2-030</w:t>
            </w:r>
          </w:p>
        </w:tc>
      </w:tr>
      <w:tr w:rsidR="006164F7" w:rsidRPr="000343EB" w14:paraId="4093F70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E84A452"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71A0D67F"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251B7F4"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40AE22F" w14:textId="77777777" w:rsidR="006164F7" w:rsidRPr="000343EB" w:rsidRDefault="006164F7" w:rsidP="00E8130D">
            <w:pPr>
              <w:rPr>
                <w:lang w:val="tr-TR"/>
              </w:rPr>
            </w:pPr>
            <w:r w:rsidRPr="000343EB">
              <w:rPr>
                <w:sz w:val="13"/>
                <w:lang w:val="tr-TR"/>
              </w:rPr>
              <w:t>11.05.2023</w:t>
            </w:r>
          </w:p>
        </w:tc>
      </w:tr>
      <w:tr w:rsidR="006164F7" w:rsidRPr="000343EB" w14:paraId="50AD5A9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7795643"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4EF0614"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0C920E1"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EFF3BFD" w14:textId="77777777" w:rsidR="006164F7" w:rsidRPr="000343EB" w:rsidRDefault="006164F7" w:rsidP="00E8130D">
            <w:pPr>
              <w:rPr>
                <w:lang w:val="tr-TR"/>
              </w:rPr>
            </w:pPr>
            <w:r w:rsidRPr="000343EB">
              <w:rPr>
                <w:sz w:val="13"/>
                <w:lang w:val="tr-TR"/>
              </w:rPr>
              <w:t>-</w:t>
            </w:r>
          </w:p>
        </w:tc>
      </w:tr>
      <w:tr w:rsidR="006164F7" w:rsidRPr="000343EB" w14:paraId="789CD259"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579FCB3"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3E01354"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6524F1D"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EB1DDF5" w14:textId="77777777" w:rsidR="006164F7" w:rsidRPr="000343EB" w:rsidRDefault="006164F7" w:rsidP="00E8130D">
            <w:pPr>
              <w:rPr>
                <w:lang w:val="tr-TR"/>
              </w:rPr>
            </w:pPr>
            <w:r w:rsidRPr="000343EB">
              <w:rPr>
                <w:sz w:val="13"/>
                <w:lang w:val="tr-TR"/>
              </w:rPr>
              <w:t>0</w:t>
            </w:r>
          </w:p>
        </w:tc>
      </w:tr>
    </w:tbl>
    <w:p w14:paraId="333E9213" w14:textId="77777777" w:rsidR="006164F7" w:rsidRPr="000343EB" w:rsidRDefault="006164F7" w:rsidP="006164F7">
      <w:pPr>
        <w:spacing w:after="0"/>
        <w:rPr>
          <w:lang w:val="tr-TR"/>
        </w:rPr>
      </w:pPr>
    </w:p>
    <w:p w14:paraId="0276B28E"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60C0C2E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EACA849" w14:textId="77777777" w:rsidR="006164F7" w:rsidRPr="000343EB" w:rsidRDefault="006164F7" w:rsidP="00E8130D">
            <w:pPr>
              <w:spacing w:before="30" w:after="30"/>
              <w:jc w:val="center"/>
              <w:rPr>
                <w:lang w:val="tr-TR"/>
              </w:rPr>
            </w:pPr>
            <w:r w:rsidRPr="000343EB">
              <w:rPr>
                <w:rFonts w:ascii="Arial" w:hAnsi="Arial"/>
                <w:sz w:val="13"/>
                <w:lang w:val="tr-TR"/>
              </w:rPr>
              <w:t>Üniversitenin idari personel stratejisi ve birim ihtiyaçları doğrultusunda idari kadro değişiklik taleplerinin belirlenmesi ve kadro cetvellerinin hazırlanması.</w:t>
            </w:r>
          </w:p>
        </w:tc>
      </w:tr>
    </w:tbl>
    <w:p w14:paraId="5E02D6BC"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725AA1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DF4E5EE" w14:textId="77777777" w:rsidR="006164F7" w:rsidRPr="000343EB" w:rsidRDefault="006164F7" w:rsidP="00E8130D">
            <w:pPr>
              <w:spacing w:before="30" w:after="30"/>
              <w:jc w:val="center"/>
              <w:rPr>
                <w:lang w:val="tr-TR"/>
              </w:rPr>
            </w:pPr>
            <w:r w:rsidRPr="000343EB">
              <w:rPr>
                <w:rFonts w:ascii="Arial" w:hAnsi="Arial"/>
                <w:sz w:val="13"/>
                <w:lang w:val="tr-TR"/>
              </w:rPr>
              <w:t>İptal/ihdas, derece veya dolu-boş kadro değişikliği tekliflerinin yürürlükteki kadro mevzuatına göre Personel Daire Başkanlığınca düzenlenmesi.</w:t>
            </w:r>
          </w:p>
        </w:tc>
      </w:tr>
    </w:tbl>
    <w:p w14:paraId="6AF9F00B"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B4DEFC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17AB3BC" w14:textId="77777777" w:rsidR="006164F7" w:rsidRPr="000343EB" w:rsidRDefault="006164F7" w:rsidP="00E8130D">
            <w:pPr>
              <w:spacing w:before="30" w:after="30"/>
              <w:jc w:val="center"/>
              <w:rPr>
                <w:lang w:val="tr-TR"/>
              </w:rPr>
            </w:pPr>
            <w:r w:rsidRPr="000343EB">
              <w:rPr>
                <w:rFonts w:ascii="Arial" w:hAnsi="Arial"/>
                <w:sz w:val="13"/>
                <w:lang w:val="tr-TR"/>
              </w:rPr>
              <w:t>Gerekli tekliflerin yetkili kamu sistemleri ve merciler üzerinden iletilmesi; onay/karar sürecinin takip edilmesi.</w:t>
            </w:r>
          </w:p>
        </w:tc>
      </w:tr>
    </w:tbl>
    <w:p w14:paraId="67F3FC15"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3F505C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61A8F38" w14:textId="77777777" w:rsidR="006164F7" w:rsidRPr="000343EB" w:rsidRDefault="006164F7" w:rsidP="00E8130D">
            <w:pPr>
              <w:spacing w:before="30" w:after="30"/>
              <w:jc w:val="center"/>
              <w:rPr>
                <w:lang w:val="tr-TR"/>
              </w:rPr>
            </w:pPr>
            <w:r w:rsidRPr="000343EB">
              <w:rPr>
                <w:rFonts w:ascii="Arial" w:hAnsi="Arial"/>
                <w:sz w:val="13"/>
                <w:lang w:val="tr-TR"/>
              </w:rPr>
              <w:t>Kesinleşen kadro değişikliklerinin ilgili birimlere bildirilmesi; dolu kadro değişikliğinde gerekli atama/kararname işlemlerinin hazırlanması.</w:t>
            </w:r>
          </w:p>
        </w:tc>
      </w:tr>
    </w:tbl>
    <w:p w14:paraId="39EC54A0"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087841F"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A775F15" w14:textId="77777777" w:rsidR="006164F7" w:rsidRPr="000343EB" w:rsidRDefault="006164F7" w:rsidP="00E8130D">
            <w:pPr>
              <w:spacing w:before="30" w:after="30"/>
              <w:jc w:val="center"/>
              <w:rPr>
                <w:lang w:val="tr-TR"/>
              </w:rPr>
            </w:pPr>
            <w:r w:rsidRPr="000343EB">
              <w:rPr>
                <w:rFonts w:ascii="Arial" w:hAnsi="Arial"/>
                <w:sz w:val="13"/>
                <w:lang w:val="tr-TR"/>
              </w:rPr>
              <w:t>Kadro ve personel kayıtlarının ilgili sistemlerde güncellenmesi.</w:t>
            </w:r>
          </w:p>
        </w:tc>
      </w:tr>
    </w:tbl>
    <w:p w14:paraId="39E4446C"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8376C67"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0521AEB1" w14:textId="77777777" w:rsidR="006164F7" w:rsidRPr="000343EB" w:rsidRDefault="006164F7" w:rsidP="00E8130D">
            <w:pPr>
              <w:spacing w:before="30" w:after="30"/>
              <w:jc w:val="center"/>
              <w:rPr>
                <w:lang w:val="tr-TR"/>
              </w:rPr>
            </w:pPr>
            <w:r w:rsidRPr="000343EB">
              <w:rPr>
                <w:rFonts w:ascii="Arial" w:hAnsi="Arial"/>
                <w:sz w:val="13"/>
                <w:lang w:val="tr-TR"/>
              </w:rPr>
              <w:t>Onay, kararname ve kadro belgelerinin ilgili personel/kadro dosyalarında muhafaza edilmesi.</w:t>
            </w:r>
          </w:p>
        </w:tc>
      </w:tr>
    </w:tbl>
    <w:p w14:paraId="01469CCA" w14:textId="77777777" w:rsidR="006164F7" w:rsidRPr="000343EB" w:rsidRDefault="006164F7" w:rsidP="006164F7">
      <w:pPr>
        <w:spacing w:after="20"/>
        <w:jc w:val="center"/>
        <w:rPr>
          <w:lang w:val="tr-TR"/>
        </w:rPr>
      </w:pPr>
      <w:r w:rsidRPr="000343EB">
        <w:rPr>
          <w:b/>
          <w:color w:val="B97000"/>
          <w:sz w:val="15"/>
          <w:lang w:val="tr-TR"/>
        </w:rPr>
        <w:t>BİTİŞ</w:t>
      </w:r>
    </w:p>
    <w:p w14:paraId="0CF99E1E"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2 sayılı Genel Kadro ve Usulü Hakkında Cumhurbaşkanlığı Kararnamesi ve ilgili kadro mevzuatı; SBÜ İdari Personel Birimi tenkis/tahsis ve kadro değişikliği görevleri.</w:t>
      </w:r>
    </w:p>
    <w:p w14:paraId="5F33A93C"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323E9F12"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BF03AF3" w14:textId="77777777" w:rsidR="006164F7" w:rsidRPr="000343EB" w:rsidRDefault="006164F7" w:rsidP="00E8130D">
            <w:pPr>
              <w:jc w:val="center"/>
              <w:rPr>
                <w:lang w:val="tr-TR"/>
              </w:rPr>
            </w:pPr>
            <w:r w:rsidRPr="000343EB">
              <w:rPr>
                <w:noProof/>
                <w:lang w:val="tr-TR"/>
              </w:rPr>
              <w:lastRenderedPageBreak/>
              <w:drawing>
                <wp:inline distT="0" distB="0" distL="0" distR="0" wp14:anchorId="52BFD328" wp14:editId="24148FB5">
                  <wp:extent cx="684000" cy="6855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2A125DD6"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Kullanma İzinleri Bulunan Kadroların Takibi</w:t>
            </w:r>
            <w:r w:rsidRPr="000343EB">
              <w:rPr>
                <w:rFonts w:ascii="Arial" w:hAnsi="Arial"/>
                <w:b/>
                <w:color w:val="14375F"/>
                <w:sz w:val="18"/>
                <w:lang w:val="tr-TR"/>
              </w:rPr>
              <w:br/>
              <w:t>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1DA6A141"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C84EB2B" w14:textId="77777777" w:rsidR="006164F7" w:rsidRPr="000343EB" w:rsidRDefault="006164F7" w:rsidP="00E8130D">
            <w:pPr>
              <w:rPr>
                <w:lang w:val="tr-TR"/>
              </w:rPr>
            </w:pPr>
            <w:r w:rsidRPr="000343EB">
              <w:rPr>
                <w:sz w:val="13"/>
                <w:lang w:val="tr-TR"/>
              </w:rPr>
              <w:t>UNİKA-İAS-C2-031</w:t>
            </w:r>
          </w:p>
        </w:tc>
      </w:tr>
      <w:tr w:rsidR="006164F7" w:rsidRPr="000343EB" w14:paraId="3C0AB278"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7695633"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0F1CA225"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8852115"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65312F3" w14:textId="77777777" w:rsidR="006164F7" w:rsidRPr="000343EB" w:rsidRDefault="006164F7" w:rsidP="00E8130D">
            <w:pPr>
              <w:rPr>
                <w:lang w:val="tr-TR"/>
              </w:rPr>
            </w:pPr>
            <w:r w:rsidRPr="000343EB">
              <w:rPr>
                <w:sz w:val="13"/>
                <w:lang w:val="tr-TR"/>
              </w:rPr>
              <w:t>11.05.2023</w:t>
            </w:r>
          </w:p>
        </w:tc>
      </w:tr>
      <w:tr w:rsidR="006164F7" w:rsidRPr="000343EB" w14:paraId="3F702A97"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16D764C"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F5FE6C6"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D25175D"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2FE437F" w14:textId="77777777" w:rsidR="006164F7" w:rsidRPr="000343EB" w:rsidRDefault="006164F7" w:rsidP="00E8130D">
            <w:pPr>
              <w:rPr>
                <w:lang w:val="tr-TR"/>
              </w:rPr>
            </w:pPr>
            <w:r w:rsidRPr="000343EB">
              <w:rPr>
                <w:sz w:val="13"/>
                <w:lang w:val="tr-TR"/>
              </w:rPr>
              <w:t>-</w:t>
            </w:r>
          </w:p>
        </w:tc>
      </w:tr>
      <w:tr w:rsidR="006164F7" w:rsidRPr="000343EB" w14:paraId="69521E7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D1EB952"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2EB87028"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4B3818D"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57DE1F4" w14:textId="77777777" w:rsidR="006164F7" w:rsidRPr="000343EB" w:rsidRDefault="006164F7" w:rsidP="00E8130D">
            <w:pPr>
              <w:rPr>
                <w:lang w:val="tr-TR"/>
              </w:rPr>
            </w:pPr>
            <w:r w:rsidRPr="000343EB">
              <w:rPr>
                <w:sz w:val="13"/>
                <w:lang w:val="tr-TR"/>
              </w:rPr>
              <w:t>0</w:t>
            </w:r>
          </w:p>
        </w:tc>
      </w:tr>
    </w:tbl>
    <w:p w14:paraId="0E687AE1" w14:textId="77777777" w:rsidR="006164F7" w:rsidRPr="000343EB" w:rsidRDefault="006164F7" w:rsidP="006164F7">
      <w:pPr>
        <w:spacing w:after="0"/>
        <w:rPr>
          <w:lang w:val="tr-TR"/>
        </w:rPr>
      </w:pPr>
    </w:p>
    <w:p w14:paraId="593EB891"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43C412D6"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63B80AB" w14:textId="77777777" w:rsidR="006164F7" w:rsidRPr="000343EB" w:rsidRDefault="006164F7" w:rsidP="00E8130D">
            <w:pPr>
              <w:spacing w:before="30" w:after="30"/>
              <w:jc w:val="center"/>
              <w:rPr>
                <w:lang w:val="tr-TR"/>
              </w:rPr>
            </w:pPr>
            <w:r w:rsidRPr="000343EB">
              <w:rPr>
                <w:rFonts w:ascii="Arial" w:hAnsi="Arial"/>
                <w:sz w:val="13"/>
                <w:lang w:val="tr-TR"/>
              </w:rPr>
              <w:t>Yıl içinde kullanım izni alınan akademik kadroların unvan, birim, izin tarihi ve ilan/atama durumlarını gösteren takip çizelgesinin oluşturulması.</w:t>
            </w:r>
          </w:p>
        </w:tc>
      </w:tr>
    </w:tbl>
    <w:p w14:paraId="5413791A"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90350BA"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0A19C0BA" w14:textId="77777777" w:rsidR="006164F7" w:rsidRPr="000343EB" w:rsidRDefault="006164F7" w:rsidP="00E8130D">
            <w:pPr>
              <w:spacing w:before="30" w:after="30"/>
              <w:jc w:val="center"/>
              <w:rPr>
                <w:lang w:val="tr-TR"/>
              </w:rPr>
            </w:pPr>
            <w:r w:rsidRPr="000343EB">
              <w:rPr>
                <w:rFonts w:ascii="Arial" w:hAnsi="Arial"/>
                <w:sz w:val="13"/>
                <w:lang w:val="tr-TR"/>
              </w:rPr>
              <w:t>İzin verilen kadroların ilan ve atama süreçlerinin YÖKSİS/kadro kayıtları üzerinden düzenli olarak takip edilmesi.</w:t>
            </w:r>
          </w:p>
        </w:tc>
      </w:tr>
    </w:tbl>
    <w:p w14:paraId="2F3CA90B"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8C5848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52DCAAF" w14:textId="77777777" w:rsidR="006164F7" w:rsidRPr="000343EB" w:rsidRDefault="006164F7" w:rsidP="00E8130D">
            <w:pPr>
              <w:spacing w:before="30" w:after="30"/>
              <w:jc w:val="center"/>
              <w:rPr>
                <w:lang w:val="tr-TR"/>
              </w:rPr>
            </w:pPr>
            <w:r w:rsidRPr="000343EB">
              <w:rPr>
                <w:rFonts w:ascii="Arial" w:hAnsi="Arial"/>
                <w:sz w:val="13"/>
                <w:lang w:val="tr-TR"/>
              </w:rPr>
              <w:t>Yıl sonu veya YÖK tarafından belirlenen dönemlerde kullanılmayan kadroların tespit edilerek ilgili birimlerle karşılaştırılması.</w:t>
            </w:r>
          </w:p>
        </w:tc>
      </w:tr>
    </w:tbl>
    <w:p w14:paraId="1C7ADB0F"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E589FA2"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0328D04" w14:textId="77777777" w:rsidR="006164F7" w:rsidRPr="000343EB" w:rsidRDefault="006164F7" w:rsidP="00E8130D">
            <w:pPr>
              <w:spacing w:before="30" w:after="30"/>
              <w:jc w:val="center"/>
              <w:rPr>
                <w:lang w:val="tr-TR"/>
              </w:rPr>
            </w:pPr>
            <w:r w:rsidRPr="000343EB">
              <w:rPr>
                <w:rFonts w:ascii="Arial" w:hAnsi="Arial"/>
                <w:sz w:val="13"/>
                <w:lang w:val="tr-TR"/>
              </w:rPr>
              <w:t>Kullanılmayan veya süresi/izni sona erecek kadrolar için YÖKSİS ve ilgili merciler nezdinde gerekli iptal/iade/güncelleme işlemlerinin yürütülmesi.</w:t>
            </w:r>
          </w:p>
        </w:tc>
      </w:tr>
    </w:tbl>
    <w:p w14:paraId="48F0C0C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CF33EC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7204B3D" w14:textId="77777777" w:rsidR="006164F7" w:rsidRPr="000343EB" w:rsidRDefault="006164F7" w:rsidP="00E8130D">
            <w:pPr>
              <w:spacing w:before="30" w:after="30"/>
              <w:jc w:val="center"/>
              <w:rPr>
                <w:lang w:val="tr-TR"/>
              </w:rPr>
            </w:pPr>
            <w:r w:rsidRPr="000343EB">
              <w:rPr>
                <w:rFonts w:ascii="Arial" w:hAnsi="Arial"/>
                <w:sz w:val="13"/>
                <w:lang w:val="tr-TR"/>
              </w:rPr>
              <w:t>Sonuçların kadro takip çizelgesine işlenmesi ve belgelerin kadro dosyasında muhafaza edilmesi.</w:t>
            </w:r>
          </w:p>
        </w:tc>
      </w:tr>
    </w:tbl>
    <w:p w14:paraId="6ABCF791" w14:textId="77777777" w:rsidR="006164F7" w:rsidRPr="000343EB" w:rsidRDefault="006164F7" w:rsidP="006164F7">
      <w:pPr>
        <w:spacing w:after="20"/>
        <w:jc w:val="center"/>
        <w:rPr>
          <w:lang w:val="tr-TR"/>
        </w:rPr>
      </w:pPr>
      <w:r w:rsidRPr="000343EB">
        <w:rPr>
          <w:b/>
          <w:color w:val="B97000"/>
          <w:sz w:val="15"/>
          <w:lang w:val="tr-TR"/>
        </w:rPr>
        <w:t>BİTİŞ</w:t>
      </w:r>
    </w:p>
    <w:p w14:paraId="6E725F3F"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 xml:space="preserve">Devlet Yükseköğretim Kurumlarında Öğretim Elemanı Norm Kadroları Yönetmeliği; YÖK kadro kullanım </w:t>
      </w:r>
      <w:proofErr w:type="gramStart"/>
      <w:r w:rsidRPr="000343EB">
        <w:rPr>
          <w:sz w:val="11"/>
          <w:lang w:val="tr-TR"/>
        </w:rPr>
        <w:t>düzenlemeleri;</w:t>
      </w:r>
      <w:proofErr w:type="gramEnd"/>
      <w:r w:rsidRPr="000343EB">
        <w:rPr>
          <w:sz w:val="11"/>
          <w:lang w:val="tr-TR"/>
        </w:rPr>
        <w:t xml:space="preserve"> SBÜ Akademik Personel Birimi görevleri.</w:t>
      </w:r>
    </w:p>
    <w:p w14:paraId="34BCF178"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4C31AC92"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F884C8E" w14:textId="77777777" w:rsidR="006164F7" w:rsidRPr="000343EB" w:rsidRDefault="006164F7" w:rsidP="00E8130D">
            <w:pPr>
              <w:jc w:val="center"/>
              <w:rPr>
                <w:lang w:val="tr-TR"/>
              </w:rPr>
            </w:pPr>
            <w:r w:rsidRPr="000343EB">
              <w:rPr>
                <w:noProof/>
                <w:lang w:val="tr-TR"/>
              </w:rPr>
              <w:lastRenderedPageBreak/>
              <w:drawing>
                <wp:inline distT="0" distB="0" distL="0" distR="0" wp14:anchorId="43D9D4FE" wp14:editId="16CCDDA2">
                  <wp:extent cx="684000" cy="6855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3AEDB3C3"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Öğrenim Durumu İntibak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C1600F4"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32F6490" w14:textId="77777777" w:rsidR="006164F7" w:rsidRPr="000343EB" w:rsidRDefault="006164F7" w:rsidP="00E8130D">
            <w:pPr>
              <w:rPr>
                <w:lang w:val="tr-TR"/>
              </w:rPr>
            </w:pPr>
            <w:r w:rsidRPr="000343EB">
              <w:rPr>
                <w:sz w:val="13"/>
                <w:lang w:val="tr-TR"/>
              </w:rPr>
              <w:t>UNİKA-İAS-C2-032</w:t>
            </w:r>
          </w:p>
        </w:tc>
      </w:tr>
      <w:tr w:rsidR="006164F7" w:rsidRPr="000343EB" w14:paraId="50FF202D"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8B64917"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741EBEFC"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A91BC43"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23F033C7" w14:textId="77777777" w:rsidR="006164F7" w:rsidRPr="000343EB" w:rsidRDefault="006164F7" w:rsidP="00E8130D">
            <w:pPr>
              <w:rPr>
                <w:lang w:val="tr-TR"/>
              </w:rPr>
            </w:pPr>
            <w:r w:rsidRPr="000343EB">
              <w:rPr>
                <w:sz w:val="13"/>
                <w:lang w:val="tr-TR"/>
              </w:rPr>
              <w:t>11.05.2023</w:t>
            </w:r>
          </w:p>
        </w:tc>
      </w:tr>
      <w:tr w:rsidR="006164F7" w:rsidRPr="000343EB" w14:paraId="19372428"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68231BE"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2BBB263C"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5B687F7"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68AE31B" w14:textId="77777777" w:rsidR="006164F7" w:rsidRPr="000343EB" w:rsidRDefault="006164F7" w:rsidP="00E8130D">
            <w:pPr>
              <w:rPr>
                <w:lang w:val="tr-TR"/>
              </w:rPr>
            </w:pPr>
            <w:r w:rsidRPr="000343EB">
              <w:rPr>
                <w:sz w:val="13"/>
                <w:lang w:val="tr-TR"/>
              </w:rPr>
              <w:t>-</w:t>
            </w:r>
          </w:p>
        </w:tc>
      </w:tr>
      <w:tr w:rsidR="006164F7" w:rsidRPr="000343EB" w14:paraId="2D8FFD1F"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372BF7C"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1428F7A7"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2B18209"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ED647DE" w14:textId="77777777" w:rsidR="006164F7" w:rsidRPr="000343EB" w:rsidRDefault="006164F7" w:rsidP="00E8130D">
            <w:pPr>
              <w:rPr>
                <w:lang w:val="tr-TR"/>
              </w:rPr>
            </w:pPr>
            <w:r w:rsidRPr="000343EB">
              <w:rPr>
                <w:sz w:val="13"/>
                <w:lang w:val="tr-TR"/>
              </w:rPr>
              <w:t>0</w:t>
            </w:r>
          </w:p>
        </w:tc>
      </w:tr>
    </w:tbl>
    <w:p w14:paraId="07EE6735" w14:textId="77777777" w:rsidR="006164F7" w:rsidRPr="000343EB" w:rsidRDefault="006164F7" w:rsidP="006164F7">
      <w:pPr>
        <w:spacing w:after="0"/>
        <w:rPr>
          <w:lang w:val="tr-TR"/>
        </w:rPr>
      </w:pPr>
    </w:p>
    <w:p w14:paraId="5FFA00AB"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1D03D1A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4F8849A" w14:textId="77777777" w:rsidR="006164F7" w:rsidRPr="000343EB" w:rsidRDefault="006164F7" w:rsidP="00E8130D">
            <w:pPr>
              <w:spacing w:before="30" w:after="30"/>
              <w:jc w:val="center"/>
              <w:rPr>
                <w:lang w:val="tr-TR"/>
              </w:rPr>
            </w:pPr>
            <w:r w:rsidRPr="000343EB">
              <w:rPr>
                <w:rFonts w:ascii="Arial" w:hAnsi="Arial"/>
                <w:sz w:val="13"/>
                <w:lang w:val="tr-TR"/>
              </w:rPr>
              <w:t>Personelin üst öğrenim mezuniyetine ilişkin diploma/mezuniyet belgesi ve dilekçesini görev yaptığı birim aracılığıyla Personel Daire Başkanlığına sunması.</w:t>
            </w:r>
          </w:p>
        </w:tc>
      </w:tr>
    </w:tbl>
    <w:p w14:paraId="368FA97F"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F3950EF"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0664A33" w14:textId="77777777" w:rsidR="006164F7" w:rsidRPr="000343EB" w:rsidRDefault="006164F7" w:rsidP="00E8130D">
            <w:pPr>
              <w:spacing w:before="30" w:after="30"/>
              <w:jc w:val="center"/>
              <w:rPr>
                <w:lang w:val="tr-TR"/>
              </w:rPr>
            </w:pPr>
            <w:r w:rsidRPr="000343EB">
              <w:rPr>
                <w:rFonts w:ascii="Arial" w:hAnsi="Arial"/>
                <w:sz w:val="13"/>
                <w:lang w:val="tr-TR"/>
              </w:rPr>
              <w:t>Öğrenim durumunun, personelin statüsü ve ilgili mevzuat bakımından derece/kademe ve intibaka etkisinin incelenmesi.</w:t>
            </w:r>
          </w:p>
        </w:tc>
      </w:tr>
    </w:tbl>
    <w:p w14:paraId="44E2A27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3A703AB"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57F6734" w14:textId="77777777" w:rsidR="006164F7" w:rsidRPr="000343EB" w:rsidRDefault="006164F7" w:rsidP="00E8130D">
            <w:pPr>
              <w:spacing w:before="30" w:after="30"/>
              <w:jc w:val="center"/>
              <w:rPr>
                <w:lang w:val="tr-TR"/>
              </w:rPr>
            </w:pPr>
            <w:r w:rsidRPr="000343EB">
              <w:rPr>
                <w:rFonts w:ascii="Arial" w:hAnsi="Arial"/>
                <w:sz w:val="13"/>
                <w:lang w:val="tr-TR"/>
              </w:rPr>
              <w:t xml:space="preserve">657 sayılı Kanuna tabi idari personel için </w:t>
            </w:r>
            <w:proofErr w:type="gramStart"/>
            <w:r w:rsidRPr="000343EB">
              <w:rPr>
                <w:rFonts w:ascii="Arial" w:hAnsi="Arial"/>
                <w:sz w:val="13"/>
                <w:lang w:val="tr-TR"/>
              </w:rPr>
              <w:t xml:space="preserve">36 </w:t>
            </w:r>
            <w:proofErr w:type="spellStart"/>
            <w:r w:rsidRPr="000343EB">
              <w:rPr>
                <w:rFonts w:ascii="Arial" w:hAnsi="Arial"/>
                <w:sz w:val="13"/>
                <w:lang w:val="tr-TR"/>
              </w:rPr>
              <w:t>ncı</w:t>
            </w:r>
            <w:proofErr w:type="spellEnd"/>
            <w:proofErr w:type="gramEnd"/>
            <w:r w:rsidRPr="000343EB">
              <w:rPr>
                <w:rFonts w:ascii="Arial" w:hAnsi="Arial"/>
                <w:sz w:val="13"/>
                <w:lang w:val="tr-TR"/>
              </w:rPr>
              <w:t xml:space="preserve"> madde ve ilgili hükümler; akademik personel için 2914 ve 657 sayılı Kanunların ilgili hükümleri çerçevesinde intibak hesabının yapılması.</w:t>
            </w:r>
          </w:p>
        </w:tc>
      </w:tr>
    </w:tbl>
    <w:p w14:paraId="79447F6C"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4DD319B"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3D95D4D" w14:textId="77777777" w:rsidR="006164F7" w:rsidRPr="000343EB" w:rsidRDefault="006164F7" w:rsidP="00E8130D">
            <w:pPr>
              <w:spacing w:before="30" w:after="30"/>
              <w:jc w:val="center"/>
              <w:rPr>
                <w:lang w:val="tr-TR"/>
              </w:rPr>
            </w:pPr>
            <w:r w:rsidRPr="000343EB">
              <w:rPr>
                <w:rFonts w:ascii="Arial" w:hAnsi="Arial"/>
                <w:sz w:val="13"/>
                <w:lang w:val="tr-TR"/>
              </w:rPr>
              <w:t>İntibak/terfi onayının hazırlanarak yetkili makamın onayına sunulması.</w:t>
            </w:r>
          </w:p>
        </w:tc>
      </w:tr>
    </w:tbl>
    <w:p w14:paraId="44C4F0F5"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C05A8A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25CC530" w14:textId="77777777" w:rsidR="006164F7" w:rsidRPr="000343EB" w:rsidRDefault="006164F7" w:rsidP="00E8130D">
            <w:pPr>
              <w:spacing w:before="30" w:after="30"/>
              <w:jc w:val="center"/>
              <w:rPr>
                <w:lang w:val="tr-TR"/>
              </w:rPr>
            </w:pPr>
            <w:r w:rsidRPr="000343EB">
              <w:rPr>
                <w:rFonts w:ascii="Arial" w:hAnsi="Arial"/>
                <w:sz w:val="13"/>
                <w:lang w:val="tr-TR"/>
              </w:rPr>
              <w:t>Onaylanan bilgilerin personel sistemi ve HİTAP kayıtlarına işlenmesi; ilgili birime ve maaş/tahakkuk birimine bildirilmesi.</w:t>
            </w:r>
          </w:p>
        </w:tc>
      </w:tr>
    </w:tbl>
    <w:p w14:paraId="10236C21"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7157271"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9F7EB94" w14:textId="77777777" w:rsidR="006164F7" w:rsidRPr="000343EB" w:rsidRDefault="006164F7" w:rsidP="00E8130D">
            <w:pPr>
              <w:spacing w:before="30" w:after="30"/>
              <w:jc w:val="center"/>
              <w:rPr>
                <w:lang w:val="tr-TR"/>
              </w:rPr>
            </w:pPr>
            <w:r w:rsidRPr="000343EB">
              <w:rPr>
                <w:rFonts w:ascii="Arial" w:hAnsi="Arial"/>
                <w:sz w:val="13"/>
                <w:lang w:val="tr-TR"/>
              </w:rPr>
              <w:t>İşlem evrakının personel özlük dosyasında muhafaza edilmesi.</w:t>
            </w:r>
          </w:p>
        </w:tc>
      </w:tr>
    </w:tbl>
    <w:p w14:paraId="0CD4458D" w14:textId="77777777" w:rsidR="006164F7" w:rsidRPr="000343EB" w:rsidRDefault="006164F7" w:rsidP="006164F7">
      <w:pPr>
        <w:spacing w:after="20"/>
        <w:jc w:val="center"/>
        <w:rPr>
          <w:lang w:val="tr-TR"/>
        </w:rPr>
      </w:pPr>
      <w:r w:rsidRPr="000343EB">
        <w:rPr>
          <w:b/>
          <w:color w:val="B97000"/>
          <w:sz w:val="15"/>
          <w:lang w:val="tr-TR"/>
        </w:rPr>
        <w:t>BİTİŞ</w:t>
      </w:r>
    </w:p>
    <w:p w14:paraId="467CE64C"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657 sayılı Kanun m.36 ve ilgili hükümler; akademik personel için 2914 sayılı Kanun; SBÜ İntibak İşlemleri ve Personel Daire Başkanlığı görevleri.</w:t>
      </w:r>
    </w:p>
    <w:p w14:paraId="409BD4AA"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5B4BE81C"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353A5C8B" w14:textId="77777777" w:rsidR="006164F7" w:rsidRPr="000343EB" w:rsidRDefault="006164F7" w:rsidP="00E8130D">
            <w:pPr>
              <w:jc w:val="center"/>
              <w:rPr>
                <w:lang w:val="tr-TR"/>
              </w:rPr>
            </w:pPr>
            <w:r w:rsidRPr="000343EB">
              <w:rPr>
                <w:noProof/>
                <w:lang w:val="tr-TR"/>
              </w:rPr>
              <w:lastRenderedPageBreak/>
              <w:drawing>
                <wp:inline distT="0" distB="0" distL="0" distR="0" wp14:anchorId="4C5F3CA9" wp14:editId="7CA6EAB2">
                  <wp:extent cx="684000" cy="68554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1AFD11B9"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Nakil İle Görevden Ayrılma</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799D95C9"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D8826F9" w14:textId="77777777" w:rsidR="006164F7" w:rsidRPr="000343EB" w:rsidRDefault="006164F7" w:rsidP="00E8130D">
            <w:pPr>
              <w:rPr>
                <w:lang w:val="tr-TR"/>
              </w:rPr>
            </w:pPr>
            <w:r w:rsidRPr="000343EB">
              <w:rPr>
                <w:sz w:val="13"/>
                <w:lang w:val="tr-TR"/>
              </w:rPr>
              <w:t>UNİKA-İAS-C2-033</w:t>
            </w:r>
          </w:p>
        </w:tc>
      </w:tr>
      <w:tr w:rsidR="006164F7" w:rsidRPr="000343EB" w14:paraId="26682F93"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A146938"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4C154429"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6E4C949"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20AE10A" w14:textId="77777777" w:rsidR="006164F7" w:rsidRPr="000343EB" w:rsidRDefault="006164F7" w:rsidP="00E8130D">
            <w:pPr>
              <w:rPr>
                <w:lang w:val="tr-TR"/>
              </w:rPr>
            </w:pPr>
            <w:r w:rsidRPr="000343EB">
              <w:rPr>
                <w:sz w:val="13"/>
                <w:lang w:val="tr-TR"/>
              </w:rPr>
              <w:t>11.05.2023</w:t>
            </w:r>
          </w:p>
        </w:tc>
      </w:tr>
      <w:tr w:rsidR="006164F7" w:rsidRPr="000343EB" w14:paraId="268ADB6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5F5E675"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4596D7FE"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6E8FBAC"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30BCB80" w14:textId="77777777" w:rsidR="006164F7" w:rsidRPr="000343EB" w:rsidRDefault="006164F7" w:rsidP="00E8130D">
            <w:pPr>
              <w:rPr>
                <w:lang w:val="tr-TR"/>
              </w:rPr>
            </w:pPr>
            <w:r w:rsidRPr="000343EB">
              <w:rPr>
                <w:sz w:val="13"/>
                <w:lang w:val="tr-TR"/>
              </w:rPr>
              <w:t>-</w:t>
            </w:r>
          </w:p>
        </w:tc>
      </w:tr>
      <w:tr w:rsidR="006164F7" w:rsidRPr="000343EB" w14:paraId="5C0E26B6"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81083B2"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6C9905C0"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57E7888"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FE2D4E5" w14:textId="77777777" w:rsidR="006164F7" w:rsidRPr="000343EB" w:rsidRDefault="006164F7" w:rsidP="00E8130D">
            <w:pPr>
              <w:rPr>
                <w:lang w:val="tr-TR"/>
              </w:rPr>
            </w:pPr>
            <w:r w:rsidRPr="000343EB">
              <w:rPr>
                <w:sz w:val="13"/>
                <w:lang w:val="tr-TR"/>
              </w:rPr>
              <w:t>0</w:t>
            </w:r>
          </w:p>
        </w:tc>
      </w:tr>
    </w:tbl>
    <w:p w14:paraId="25F005EF" w14:textId="77777777" w:rsidR="006164F7" w:rsidRPr="000343EB" w:rsidRDefault="006164F7" w:rsidP="006164F7">
      <w:pPr>
        <w:spacing w:after="0"/>
        <w:rPr>
          <w:lang w:val="tr-TR"/>
        </w:rPr>
      </w:pPr>
    </w:p>
    <w:p w14:paraId="0420784C"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42178A45"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6CB3A03F" w14:textId="77777777" w:rsidR="006164F7" w:rsidRPr="000343EB" w:rsidRDefault="006164F7" w:rsidP="00E8130D">
            <w:pPr>
              <w:spacing w:before="30" w:after="30"/>
              <w:jc w:val="center"/>
              <w:rPr>
                <w:lang w:val="tr-TR"/>
              </w:rPr>
            </w:pPr>
            <w:r w:rsidRPr="000343EB">
              <w:rPr>
                <w:rFonts w:ascii="Arial" w:hAnsi="Arial"/>
                <w:sz w:val="13"/>
                <w:lang w:val="tr-TR"/>
              </w:rPr>
              <w:t>Başka bir kamu kurumuna naklen atanmak isteyen personelin talebi veya karşı kurumun muvafakat isteme yazısının Personel Daire Başkanlığına ulaşması.</w:t>
            </w:r>
          </w:p>
        </w:tc>
      </w:tr>
    </w:tbl>
    <w:p w14:paraId="1C205CCC"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7D1869A"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094CEE2" w14:textId="77777777" w:rsidR="006164F7" w:rsidRPr="000343EB" w:rsidRDefault="006164F7" w:rsidP="00E8130D">
            <w:pPr>
              <w:spacing w:before="30" w:after="30"/>
              <w:jc w:val="center"/>
              <w:rPr>
                <w:lang w:val="tr-TR"/>
              </w:rPr>
            </w:pPr>
            <w:r w:rsidRPr="000343EB">
              <w:rPr>
                <w:rFonts w:ascii="Arial" w:hAnsi="Arial"/>
                <w:sz w:val="13"/>
                <w:lang w:val="tr-TR"/>
              </w:rPr>
              <w:t>Talebin personelin statüsü, hizmet gerekleri, kadro durumu ve ilgili mevzuat yönünden değerlendirilmesi; gerekli birim görüşünün alınması.</w:t>
            </w:r>
          </w:p>
        </w:tc>
      </w:tr>
    </w:tbl>
    <w:p w14:paraId="0C2574E6"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3A959570"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40262D1" w14:textId="77777777" w:rsidR="006164F7" w:rsidRPr="000343EB" w:rsidRDefault="006164F7" w:rsidP="00E8130D">
            <w:pPr>
              <w:spacing w:before="30" w:after="30"/>
              <w:jc w:val="center"/>
              <w:rPr>
                <w:lang w:val="tr-TR"/>
              </w:rPr>
            </w:pPr>
            <w:r w:rsidRPr="000343EB">
              <w:rPr>
                <w:rFonts w:ascii="Arial" w:hAnsi="Arial"/>
                <w:sz w:val="13"/>
                <w:lang w:val="tr-TR"/>
              </w:rPr>
              <w:t>Muvafakat verilmesi uygun bulunursa karşı kuruma muvafakat yazısı ve gerekli özlük/hizmet bilgilerinin gönderilmesi; uygun bulunmazsa gerekçeli bildirim yapılması.</w:t>
            </w:r>
          </w:p>
        </w:tc>
      </w:tr>
    </w:tbl>
    <w:p w14:paraId="1792B54B"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EE125A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241BC49" w14:textId="77777777" w:rsidR="006164F7" w:rsidRPr="000343EB" w:rsidRDefault="006164F7" w:rsidP="00E8130D">
            <w:pPr>
              <w:spacing w:before="30" w:after="30"/>
              <w:jc w:val="center"/>
              <w:rPr>
                <w:lang w:val="tr-TR"/>
              </w:rPr>
            </w:pPr>
            <w:r w:rsidRPr="000343EB">
              <w:rPr>
                <w:rFonts w:ascii="Arial" w:hAnsi="Arial"/>
                <w:sz w:val="13"/>
                <w:lang w:val="tr-TR"/>
              </w:rPr>
              <w:t>Karşı kurumdan atama/ayrılış talep yazısının gelmesi üzerine personelin görev yaptığı birimde ilişik kesme işlemlerinin tamamlanması.</w:t>
            </w:r>
          </w:p>
        </w:tc>
      </w:tr>
    </w:tbl>
    <w:p w14:paraId="7E6DFEC8"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6F4DECD"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5CD448AC" w14:textId="77777777" w:rsidR="006164F7" w:rsidRPr="000343EB" w:rsidRDefault="006164F7" w:rsidP="00E8130D">
            <w:pPr>
              <w:spacing w:before="30" w:after="30"/>
              <w:jc w:val="center"/>
              <w:rPr>
                <w:lang w:val="tr-TR"/>
              </w:rPr>
            </w:pPr>
            <w:r w:rsidRPr="000343EB">
              <w:rPr>
                <w:rFonts w:ascii="Arial" w:hAnsi="Arial"/>
                <w:sz w:val="13"/>
                <w:lang w:val="tr-TR"/>
              </w:rPr>
              <w:t>Ayrılış tarihinin Personel Daire Başkanlığına bildirilmesi; personel sistemi, HİTAP ve gerekli özlük kayıtlarında ayrılış işlemlerinin yapılması.</w:t>
            </w:r>
          </w:p>
        </w:tc>
      </w:tr>
    </w:tbl>
    <w:p w14:paraId="0B144308"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234CFA0E"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35C343E" w14:textId="77777777" w:rsidR="006164F7" w:rsidRPr="000343EB" w:rsidRDefault="006164F7" w:rsidP="00E8130D">
            <w:pPr>
              <w:spacing w:before="30" w:after="30"/>
              <w:jc w:val="center"/>
              <w:rPr>
                <w:lang w:val="tr-TR"/>
              </w:rPr>
            </w:pPr>
            <w:r w:rsidRPr="000343EB">
              <w:rPr>
                <w:rFonts w:ascii="Arial" w:hAnsi="Arial"/>
                <w:sz w:val="13"/>
                <w:lang w:val="tr-TR"/>
              </w:rPr>
              <w:t>Özlük dosyasının mevzuata uygun şekilde yeni kuruma gönderilmesi; Üniversitede kalması gereken evrakın arşivlenmesi.</w:t>
            </w:r>
          </w:p>
        </w:tc>
      </w:tr>
    </w:tbl>
    <w:p w14:paraId="5B21A228" w14:textId="77777777" w:rsidR="006164F7" w:rsidRPr="000343EB" w:rsidRDefault="006164F7" w:rsidP="006164F7">
      <w:pPr>
        <w:spacing w:after="20"/>
        <w:jc w:val="center"/>
        <w:rPr>
          <w:lang w:val="tr-TR"/>
        </w:rPr>
      </w:pPr>
      <w:r w:rsidRPr="000343EB">
        <w:rPr>
          <w:b/>
          <w:color w:val="B97000"/>
          <w:sz w:val="15"/>
          <w:lang w:val="tr-TR"/>
        </w:rPr>
        <w:t>BİTİŞ</w:t>
      </w:r>
    </w:p>
    <w:p w14:paraId="3456C5C7"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657 sayılı Kanun m.74 ve ilgili nakil hükümleri; SBÜ İdari/Akademik Personel Birimi muvafakat ve nakil işlemleri.</w:t>
      </w:r>
    </w:p>
    <w:p w14:paraId="7FEE36AF"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0CD7756C"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70B4DE25" w14:textId="77777777" w:rsidR="006164F7" w:rsidRPr="000343EB" w:rsidRDefault="006164F7" w:rsidP="00E8130D">
            <w:pPr>
              <w:jc w:val="center"/>
              <w:rPr>
                <w:lang w:val="tr-TR"/>
              </w:rPr>
            </w:pPr>
            <w:r w:rsidRPr="000343EB">
              <w:rPr>
                <w:noProof/>
                <w:lang w:val="tr-TR"/>
              </w:rPr>
              <w:lastRenderedPageBreak/>
              <w:drawing>
                <wp:inline distT="0" distB="0" distL="0" distR="0" wp14:anchorId="2A869D8F" wp14:editId="09574A33">
                  <wp:extent cx="684000" cy="68554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65BB13F8"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İstifa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54FA0BE6"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7A76B98" w14:textId="77777777" w:rsidR="006164F7" w:rsidRPr="000343EB" w:rsidRDefault="006164F7" w:rsidP="00E8130D">
            <w:pPr>
              <w:rPr>
                <w:lang w:val="tr-TR"/>
              </w:rPr>
            </w:pPr>
            <w:r w:rsidRPr="000343EB">
              <w:rPr>
                <w:sz w:val="13"/>
                <w:lang w:val="tr-TR"/>
              </w:rPr>
              <w:t>UNİKA-İAS-C2-035</w:t>
            </w:r>
          </w:p>
        </w:tc>
      </w:tr>
      <w:tr w:rsidR="006164F7" w:rsidRPr="000343EB" w14:paraId="33616A2E"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0C0637C"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2FB56F2E"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E76F719"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4F26D8D" w14:textId="77777777" w:rsidR="006164F7" w:rsidRPr="000343EB" w:rsidRDefault="006164F7" w:rsidP="00E8130D">
            <w:pPr>
              <w:rPr>
                <w:lang w:val="tr-TR"/>
              </w:rPr>
            </w:pPr>
            <w:r w:rsidRPr="000343EB">
              <w:rPr>
                <w:sz w:val="13"/>
                <w:lang w:val="tr-TR"/>
              </w:rPr>
              <w:t>11.05.2023</w:t>
            </w:r>
          </w:p>
        </w:tc>
      </w:tr>
      <w:tr w:rsidR="006164F7" w:rsidRPr="000343EB" w14:paraId="3301AF1E"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B3323C7"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33F0648F"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84E7E91"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65A587D" w14:textId="77777777" w:rsidR="006164F7" w:rsidRPr="000343EB" w:rsidRDefault="006164F7" w:rsidP="00E8130D">
            <w:pPr>
              <w:rPr>
                <w:lang w:val="tr-TR"/>
              </w:rPr>
            </w:pPr>
            <w:r w:rsidRPr="000343EB">
              <w:rPr>
                <w:sz w:val="13"/>
                <w:lang w:val="tr-TR"/>
              </w:rPr>
              <w:t>-</w:t>
            </w:r>
          </w:p>
        </w:tc>
      </w:tr>
      <w:tr w:rsidR="006164F7" w:rsidRPr="000343EB" w14:paraId="4F94DAF7"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2A7E777"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E67AAB4"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A0C9980"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069A2BB" w14:textId="77777777" w:rsidR="006164F7" w:rsidRPr="000343EB" w:rsidRDefault="006164F7" w:rsidP="00E8130D">
            <w:pPr>
              <w:rPr>
                <w:lang w:val="tr-TR"/>
              </w:rPr>
            </w:pPr>
            <w:r w:rsidRPr="000343EB">
              <w:rPr>
                <w:sz w:val="13"/>
                <w:lang w:val="tr-TR"/>
              </w:rPr>
              <w:t>0</w:t>
            </w:r>
          </w:p>
        </w:tc>
      </w:tr>
    </w:tbl>
    <w:p w14:paraId="1CA11950" w14:textId="77777777" w:rsidR="006164F7" w:rsidRPr="000343EB" w:rsidRDefault="006164F7" w:rsidP="006164F7">
      <w:pPr>
        <w:spacing w:after="0"/>
        <w:rPr>
          <w:lang w:val="tr-TR"/>
        </w:rPr>
      </w:pPr>
    </w:p>
    <w:p w14:paraId="6B54D4E5"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139353E4"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3078564B" w14:textId="77777777" w:rsidR="006164F7" w:rsidRPr="000343EB" w:rsidRDefault="006164F7" w:rsidP="00E8130D">
            <w:pPr>
              <w:spacing w:before="30" w:after="30"/>
              <w:jc w:val="center"/>
              <w:rPr>
                <w:lang w:val="tr-TR"/>
              </w:rPr>
            </w:pPr>
            <w:r w:rsidRPr="000343EB">
              <w:rPr>
                <w:rFonts w:ascii="Arial" w:hAnsi="Arial"/>
                <w:sz w:val="13"/>
                <w:lang w:val="tr-TR"/>
              </w:rPr>
              <w:t>Personelin görevden çekilme (istifa) dilekçesini görev yaptığı birime sunması ve birimce EBYS üzerinden Personel Daire Başkanlığına iletilmesi.</w:t>
            </w:r>
          </w:p>
        </w:tc>
      </w:tr>
    </w:tbl>
    <w:p w14:paraId="160600BC"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46E411C9"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F56FAE5" w14:textId="77777777" w:rsidR="006164F7" w:rsidRPr="000343EB" w:rsidRDefault="006164F7" w:rsidP="00E8130D">
            <w:pPr>
              <w:spacing w:before="30" w:after="30"/>
              <w:jc w:val="center"/>
              <w:rPr>
                <w:lang w:val="tr-TR"/>
              </w:rPr>
            </w:pPr>
            <w:r w:rsidRPr="000343EB">
              <w:rPr>
                <w:rFonts w:ascii="Arial" w:hAnsi="Arial"/>
                <w:sz w:val="13"/>
                <w:lang w:val="tr-TR"/>
              </w:rPr>
              <w:t>İstifa talebinin 657 sayılı Kanunun 94-</w:t>
            </w:r>
            <w:proofErr w:type="gramStart"/>
            <w:r w:rsidRPr="000343EB">
              <w:rPr>
                <w:rFonts w:ascii="Arial" w:hAnsi="Arial"/>
                <w:sz w:val="13"/>
                <w:lang w:val="tr-TR"/>
              </w:rPr>
              <w:t xml:space="preserve">97 </w:t>
            </w:r>
            <w:proofErr w:type="spellStart"/>
            <w:r w:rsidRPr="000343EB">
              <w:rPr>
                <w:rFonts w:ascii="Arial" w:hAnsi="Arial"/>
                <w:sz w:val="13"/>
                <w:lang w:val="tr-TR"/>
              </w:rPr>
              <w:t>nci</w:t>
            </w:r>
            <w:proofErr w:type="spellEnd"/>
            <w:proofErr w:type="gramEnd"/>
            <w:r w:rsidRPr="000343EB">
              <w:rPr>
                <w:rFonts w:ascii="Arial" w:hAnsi="Arial"/>
                <w:sz w:val="13"/>
                <w:lang w:val="tr-TR"/>
              </w:rPr>
              <w:t xml:space="preserve"> maddeleri ve personelin statüsüne ilişkin özel mevzuat bakımından incelenmesi.</w:t>
            </w:r>
          </w:p>
        </w:tc>
      </w:tr>
    </w:tbl>
    <w:p w14:paraId="368B29C1"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57A34EC"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3CDB3DF" w14:textId="77777777" w:rsidR="006164F7" w:rsidRPr="000343EB" w:rsidRDefault="006164F7" w:rsidP="00E8130D">
            <w:pPr>
              <w:spacing w:before="30" w:after="30"/>
              <w:jc w:val="center"/>
              <w:rPr>
                <w:lang w:val="tr-TR"/>
              </w:rPr>
            </w:pPr>
            <w:r w:rsidRPr="000343EB">
              <w:rPr>
                <w:rFonts w:ascii="Arial" w:hAnsi="Arial"/>
                <w:sz w:val="13"/>
                <w:lang w:val="tr-TR"/>
              </w:rPr>
              <w:t>Gerekli görevden ayrılma/onay işlemlerinin hazırlanarak SBÜ imza yetkileri çerçevesinde yetkili makamın onayına sunulması.</w:t>
            </w:r>
          </w:p>
        </w:tc>
      </w:tr>
    </w:tbl>
    <w:p w14:paraId="4C4D2371"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84928CF"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46557A7F" w14:textId="77777777" w:rsidR="006164F7" w:rsidRPr="000343EB" w:rsidRDefault="006164F7" w:rsidP="00E8130D">
            <w:pPr>
              <w:spacing w:before="30" w:after="30"/>
              <w:jc w:val="center"/>
              <w:rPr>
                <w:lang w:val="tr-TR"/>
              </w:rPr>
            </w:pPr>
            <w:r w:rsidRPr="000343EB">
              <w:rPr>
                <w:rFonts w:ascii="Arial" w:hAnsi="Arial"/>
                <w:sz w:val="13"/>
                <w:lang w:val="tr-TR"/>
              </w:rPr>
              <w:t>Onay/ayrılış bilgisinin ilgili birime bildirilmesi; birimce ilişik kesme işlemlerinin tamamlanması ve ayrılış tarihinin Personel Daire Başkanlığına bildirilmesi.</w:t>
            </w:r>
          </w:p>
        </w:tc>
      </w:tr>
    </w:tbl>
    <w:p w14:paraId="09AF82C4"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63D9E145"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D384C75" w14:textId="77777777" w:rsidR="006164F7" w:rsidRPr="000343EB" w:rsidRDefault="006164F7" w:rsidP="00E8130D">
            <w:pPr>
              <w:spacing w:before="30" w:after="30"/>
              <w:jc w:val="center"/>
              <w:rPr>
                <w:lang w:val="tr-TR"/>
              </w:rPr>
            </w:pPr>
            <w:r w:rsidRPr="000343EB">
              <w:rPr>
                <w:rFonts w:ascii="Arial" w:hAnsi="Arial"/>
                <w:sz w:val="13"/>
                <w:lang w:val="tr-TR"/>
              </w:rPr>
              <w:t>Personel sistemi, HİTAP/YÖKSİS ve gerekli SGK/özlük kayıtlarında çıkış işlemlerinin tamamlanması.</w:t>
            </w:r>
          </w:p>
        </w:tc>
      </w:tr>
    </w:tbl>
    <w:p w14:paraId="38A3F9D2"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B0264A5"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05B3BA65" w14:textId="77777777" w:rsidR="006164F7" w:rsidRPr="000343EB" w:rsidRDefault="006164F7" w:rsidP="00E8130D">
            <w:pPr>
              <w:spacing w:before="30" w:after="30"/>
              <w:jc w:val="center"/>
              <w:rPr>
                <w:lang w:val="tr-TR"/>
              </w:rPr>
            </w:pPr>
            <w:r w:rsidRPr="000343EB">
              <w:rPr>
                <w:rFonts w:ascii="Arial" w:hAnsi="Arial"/>
                <w:sz w:val="13"/>
                <w:lang w:val="tr-TR"/>
              </w:rPr>
              <w:t>İşlem evrakının personel özlük dosyasında muhafaza edilmesi.</w:t>
            </w:r>
          </w:p>
        </w:tc>
      </w:tr>
    </w:tbl>
    <w:p w14:paraId="05DBF160" w14:textId="77777777" w:rsidR="006164F7" w:rsidRPr="000343EB" w:rsidRDefault="006164F7" w:rsidP="006164F7">
      <w:pPr>
        <w:spacing w:after="20"/>
        <w:jc w:val="center"/>
        <w:rPr>
          <w:lang w:val="tr-TR"/>
        </w:rPr>
      </w:pPr>
      <w:r w:rsidRPr="000343EB">
        <w:rPr>
          <w:b/>
          <w:color w:val="B97000"/>
          <w:sz w:val="15"/>
          <w:lang w:val="tr-TR"/>
        </w:rPr>
        <w:t>BİTİŞ</w:t>
      </w:r>
    </w:p>
    <w:p w14:paraId="61C7A4C6"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657 sayılı Kanun m.94-97; akademik personel yönünden 2547 ve 2914 sayılı Kanunlar; SBÜ Personel Daire Başkanlığı istifa işlemleri.</w:t>
      </w:r>
    </w:p>
    <w:p w14:paraId="430922E9"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329"/>
        <w:gridCol w:w="1474"/>
        <w:gridCol w:w="1871"/>
      </w:tblGrid>
      <w:tr w:rsidR="006164F7" w:rsidRPr="000343EB" w14:paraId="25575EF9"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08D1C76" w14:textId="77777777" w:rsidR="006164F7" w:rsidRPr="000343EB" w:rsidRDefault="006164F7" w:rsidP="00E8130D">
            <w:pPr>
              <w:jc w:val="center"/>
              <w:rPr>
                <w:lang w:val="tr-TR"/>
              </w:rPr>
            </w:pPr>
            <w:r w:rsidRPr="000343EB">
              <w:rPr>
                <w:noProof/>
                <w:lang w:val="tr-TR"/>
              </w:rPr>
              <w:lastRenderedPageBreak/>
              <w:drawing>
                <wp:inline distT="0" distB="0" distL="0" distR="0" wp14:anchorId="74C6326F" wp14:editId="7289B718">
                  <wp:extent cx="684000" cy="68554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684000" cy="685548"/>
                          </a:xfrm>
                          <a:prstGeom prst="rect">
                            <a:avLst/>
                          </a:prstGeom>
                        </pic:spPr>
                      </pic:pic>
                    </a:graphicData>
                  </a:graphic>
                </wp:inline>
              </w:drawing>
            </w:r>
          </w:p>
        </w:tc>
        <w:tc>
          <w:tcPr>
            <w:tcW w:w="5329" w:type="dxa"/>
            <w:vMerge w:val="restart"/>
            <w:tcBorders>
              <w:top w:val="single" w:sz="7" w:space="0" w:color="777777"/>
              <w:left w:val="single" w:sz="7" w:space="0" w:color="777777"/>
              <w:bottom w:val="single" w:sz="7" w:space="0" w:color="777777"/>
              <w:right w:val="single" w:sz="7" w:space="0" w:color="777777"/>
            </w:tcBorders>
            <w:vAlign w:val="center"/>
          </w:tcPr>
          <w:p w14:paraId="5089B036"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İsteğe Bağlı Emeklilik</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4D39DD2F" w14:textId="77777777" w:rsidR="006164F7" w:rsidRPr="000343EB" w:rsidRDefault="006164F7" w:rsidP="00E8130D">
            <w:pPr>
              <w:rPr>
                <w:lang w:val="tr-TR"/>
              </w:rPr>
            </w:pPr>
            <w:r w:rsidRPr="000343EB">
              <w:rPr>
                <w:b/>
                <w:sz w:val="13"/>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3FE73E8C" w14:textId="77777777" w:rsidR="006164F7" w:rsidRPr="000343EB" w:rsidRDefault="006164F7" w:rsidP="00E8130D">
            <w:pPr>
              <w:rPr>
                <w:lang w:val="tr-TR"/>
              </w:rPr>
            </w:pPr>
            <w:r w:rsidRPr="000343EB">
              <w:rPr>
                <w:sz w:val="13"/>
                <w:lang w:val="tr-TR"/>
              </w:rPr>
              <w:t>UNİKA-İAS-C2-036</w:t>
            </w:r>
          </w:p>
        </w:tc>
      </w:tr>
      <w:tr w:rsidR="006164F7" w:rsidRPr="000343EB" w14:paraId="4D454663"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3E32F54"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D9B7E2F"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144B4A8" w14:textId="77777777" w:rsidR="006164F7" w:rsidRPr="000343EB" w:rsidRDefault="006164F7" w:rsidP="00E8130D">
            <w:pPr>
              <w:rPr>
                <w:lang w:val="tr-TR"/>
              </w:rPr>
            </w:pPr>
            <w:r w:rsidRPr="000343EB">
              <w:rPr>
                <w:b/>
                <w:sz w:val="13"/>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3D353DE" w14:textId="77777777" w:rsidR="006164F7" w:rsidRPr="000343EB" w:rsidRDefault="006164F7" w:rsidP="00E8130D">
            <w:pPr>
              <w:rPr>
                <w:lang w:val="tr-TR"/>
              </w:rPr>
            </w:pPr>
            <w:r w:rsidRPr="000343EB">
              <w:rPr>
                <w:sz w:val="13"/>
                <w:lang w:val="tr-TR"/>
              </w:rPr>
              <w:t>11.05.2023</w:t>
            </w:r>
          </w:p>
        </w:tc>
      </w:tr>
      <w:tr w:rsidR="006164F7" w:rsidRPr="000343EB" w14:paraId="108CA280"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5AA1C87"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1A155BB5"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06C018D" w14:textId="77777777" w:rsidR="006164F7" w:rsidRPr="000343EB" w:rsidRDefault="006164F7" w:rsidP="00E8130D">
            <w:pPr>
              <w:rPr>
                <w:lang w:val="tr-TR"/>
              </w:rPr>
            </w:pPr>
            <w:r w:rsidRPr="000343EB">
              <w:rPr>
                <w:b/>
                <w:sz w:val="13"/>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A844D0D" w14:textId="77777777" w:rsidR="006164F7" w:rsidRPr="000343EB" w:rsidRDefault="006164F7" w:rsidP="00E8130D">
            <w:pPr>
              <w:rPr>
                <w:lang w:val="tr-TR"/>
              </w:rPr>
            </w:pPr>
            <w:r w:rsidRPr="000343EB">
              <w:rPr>
                <w:sz w:val="13"/>
                <w:lang w:val="tr-TR"/>
              </w:rPr>
              <w:t>-</w:t>
            </w:r>
          </w:p>
        </w:tc>
      </w:tr>
      <w:tr w:rsidR="006164F7" w:rsidRPr="000343EB" w14:paraId="7BF8B4FD"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E42B381" w14:textId="77777777" w:rsidR="006164F7" w:rsidRPr="000343EB" w:rsidRDefault="006164F7" w:rsidP="00E8130D">
            <w:pPr>
              <w:rPr>
                <w:lang w:val="tr-TR"/>
              </w:rPr>
            </w:pPr>
          </w:p>
        </w:tc>
        <w:tc>
          <w:tcPr>
            <w:tcW w:w="5329" w:type="dxa"/>
            <w:vMerge/>
            <w:tcBorders>
              <w:top w:val="single" w:sz="7" w:space="0" w:color="777777"/>
              <w:left w:val="single" w:sz="7" w:space="0" w:color="777777"/>
              <w:bottom w:val="single" w:sz="7" w:space="0" w:color="777777"/>
              <w:right w:val="single" w:sz="7" w:space="0" w:color="777777"/>
            </w:tcBorders>
            <w:vAlign w:val="center"/>
          </w:tcPr>
          <w:p w14:paraId="5FED661B"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172F898" w14:textId="77777777" w:rsidR="006164F7" w:rsidRPr="000343EB" w:rsidRDefault="006164F7" w:rsidP="00E8130D">
            <w:pPr>
              <w:rPr>
                <w:lang w:val="tr-TR"/>
              </w:rPr>
            </w:pPr>
            <w:r w:rsidRPr="000343EB">
              <w:rPr>
                <w:b/>
                <w:sz w:val="13"/>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2B7B071" w14:textId="77777777" w:rsidR="006164F7" w:rsidRPr="000343EB" w:rsidRDefault="006164F7" w:rsidP="00E8130D">
            <w:pPr>
              <w:rPr>
                <w:lang w:val="tr-TR"/>
              </w:rPr>
            </w:pPr>
            <w:r w:rsidRPr="000343EB">
              <w:rPr>
                <w:sz w:val="13"/>
                <w:lang w:val="tr-TR"/>
              </w:rPr>
              <w:t>0</w:t>
            </w:r>
          </w:p>
        </w:tc>
      </w:tr>
    </w:tbl>
    <w:p w14:paraId="0F445B3A" w14:textId="77777777" w:rsidR="006164F7" w:rsidRPr="000343EB" w:rsidRDefault="006164F7" w:rsidP="006164F7">
      <w:pPr>
        <w:spacing w:after="0"/>
        <w:rPr>
          <w:lang w:val="tr-TR"/>
        </w:rPr>
      </w:pPr>
    </w:p>
    <w:p w14:paraId="4C6C89B9" w14:textId="77777777" w:rsidR="006164F7" w:rsidRPr="000343EB" w:rsidRDefault="006164F7" w:rsidP="006164F7">
      <w:pPr>
        <w:spacing w:after="20"/>
        <w:jc w:val="center"/>
        <w:rPr>
          <w:lang w:val="tr-TR"/>
        </w:rPr>
      </w:pPr>
      <w:r w:rsidRPr="000343EB">
        <w:rPr>
          <w:b/>
          <w:color w:val="B97000"/>
          <w:sz w:val="15"/>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5B28116E"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AEC6D3F" w14:textId="77777777" w:rsidR="006164F7" w:rsidRPr="000343EB" w:rsidRDefault="006164F7" w:rsidP="00E8130D">
            <w:pPr>
              <w:spacing w:before="30" w:after="30"/>
              <w:jc w:val="center"/>
              <w:rPr>
                <w:lang w:val="tr-TR"/>
              </w:rPr>
            </w:pPr>
            <w:r w:rsidRPr="000343EB">
              <w:rPr>
                <w:rFonts w:ascii="Arial" w:hAnsi="Arial"/>
                <w:sz w:val="13"/>
                <w:lang w:val="tr-TR"/>
              </w:rPr>
              <w:t>Emeklilik talebinde bulunan personelin dilekçe ve gerekli emeklilik belgelerini görev yaptığı birim aracılığıyla Personel Daire Başkanlığına iletmesi.</w:t>
            </w:r>
          </w:p>
        </w:tc>
      </w:tr>
    </w:tbl>
    <w:p w14:paraId="2B31996E"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C4983CF"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8D7DD17" w14:textId="77777777" w:rsidR="006164F7" w:rsidRPr="000343EB" w:rsidRDefault="006164F7" w:rsidP="00E8130D">
            <w:pPr>
              <w:spacing w:before="30" w:after="30"/>
              <w:jc w:val="center"/>
              <w:rPr>
                <w:lang w:val="tr-TR"/>
              </w:rPr>
            </w:pPr>
            <w:r w:rsidRPr="000343EB">
              <w:rPr>
                <w:rFonts w:ascii="Arial" w:hAnsi="Arial"/>
                <w:sz w:val="13"/>
                <w:lang w:val="tr-TR"/>
              </w:rPr>
              <w:t>Personelin hizmet süreleri, sigortalılık/statü bilgileri ve emeklilik şartlarının HİTAP/SGK kayıtları üzerinden kontrol edilmesi; eksik hizmet bilgilerinin tamamlanması.</w:t>
            </w:r>
          </w:p>
        </w:tc>
      </w:tr>
    </w:tbl>
    <w:p w14:paraId="2B528ED7"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133F4648"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193EA4A6" w14:textId="77777777" w:rsidR="006164F7" w:rsidRPr="000343EB" w:rsidRDefault="006164F7" w:rsidP="00E8130D">
            <w:pPr>
              <w:spacing w:before="30" w:after="30"/>
              <w:jc w:val="center"/>
              <w:rPr>
                <w:lang w:val="tr-TR"/>
              </w:rPr>
            </w:pPr>
            <w:r w:rsidRPr="000343EB">
              <w:rPr>
                <w:rFonts w:ascii="Arial" w:hAnsi="Arial"/>
                <w:sz w:val="13"/>
                <w:lang w:val="tr-TR"/>
              </w:rPr>
              <w:t>Emeklilik onayı ve ilişik kesme sürecine esas belgelerin hazırlanarak yetkili makamın onayına sunulması.</w:t>
            </w:r>
          </w:p>
        </w:tc>
      </w:tr>
    </w:tbl>
    <w:p w14:paraId="7D77E0B0"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75A8C508"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AF3CA67" w14:textId="77777777" w:rsidR="006164F7" w:rsidRPr="000343EB" w:rsidRDefault="006164F7" w:rsidP="00E8130D">
            <w:pPr>
              <w:spacing w:before="30" w:after="30"/>
              <w:jc w:val="center"/>
              <w:rPr>
                <w:lang w:val="tr-TR"/>
              </w:rPr>
            </w:pPr>
            <w:r w:rsidRPr="000343EB">
              <w:rPr>
                <w:rFonts w:ascii="Arial" w:hAnsi="Arial"/>
                <w:sz w:val="13"/>
                <w:lang w:val="tr-TR"/>
              </w:rPr>
              <w:t>Onaylanan emeklilik/ayrılış bilgilerinin HİTAP üzerinden SGK işlemlerine aktarılması ve gerekli emeklilik belgelerinin gönderilmesi.</w:t>
            </w:r>
          </w:p>
        </w:tc>
      </w:tr>
    </w:tbl>
    <w:p w14:paraId="669BA83C"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047F3368"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7C91E806" w14:textId="77777777" w:rsidR="006164F7" w:rsidRPr="000343EB" w:rsidRDefault="006164F7" w:rsidP="00E8130D">
            <w:pPr>
              <w:spacing w:before="30" w:after="30"/>
              <w:jc w:val="center"/>
              <w:rPr>
                <w:lang w:val="tr-TR"/>
              </w:rPr>
            </w:pPr>
            <w:r w:rsidRPr="000343EB">
              <w:rPr>
                <w:rFonts w:ascii="Arial" w:hAnsi="Arial"/>
                <w:sz w:val="13"/>
                <w:lang w:val="tr-TR"/>
              </w:rPr>
              <w:t>İlgili birimce ilişik kesme işlemlerinin tamamlanması; ayrılış tarihinin personel sistemi ve özlük kayıtlarına işlenmesi.</w:t>
            </w:r>
          </w:p>
        </w:tc>
      </w:tr>
    </w:tbl>
    <w:p w14:paraId="1EE3CEC3" w14:textId="77777777" w:rsidR="006164F7" w:rsidRPr="000343EB" w:rsidRDefault="006164F7" w:rsidP="006164F7">
      <w:pPr>
        <w:spacing w:after="0" w:line="168" w:lineRule="auto"/>
        <w:jc w:val="center"/>
        <w:rPr>
          <w:lang w:val="tr-TR"/>
        </w:rPr>
      </w:pPr>
      <w:r w:rsidRPr="000343EB">
        <w:rPr>
          <w:b/>
          <w:color w:val="B97000"/>
          <w:lang w:val="tr-TR"/>
        </w:rPr>
        <w:t>↓</w:t>
      </w:r>
    </w:p>
    <w:tbl>
      <w:tblPr>
        <w:tblW w:w="0" w:type="auto"/>
        <w:jc w:val="center"/>
        <w:tblLayout w:type="fixed"/>
        <w:tblLook w:val="04A0" w:firstRow="1" w:lastRow="0" w:firstColumn="1" w:lastColumn="0" w:noHBand="0" w:noVBand="1"/>
      </w:tblPr>
      <w:tblGrid>
        <w:gridCol w:w="7767"/>
      </w:tblGrid>
      <w:tr w:rsidR="006164F7" w:rsidRPr="000343EB" w14:paraId="553184E1" w14:textId="77777777" w:rsidTr="00E8130D">
        <w:trPr>
          <w:jc w:val="center"/>
        </w:trPr>
        <w:tc>
          <w:tcPr>
            <w:tcW w:w="7767" w:type="dxa"/>
            <w:tcBorders>
              <w:top w:val="single" w:sz="15" w:space="0" w:color="173B6C"/>
              <w:left w:val="single" w:sz="15" w:space="0" w:color="173B6C"/>
              <w:bottom w:val="single" w:sz="15" w:space="0" w:color="173B6C"/>
              <w:right w:val="single" w:sz="15" w:space="0" w:color="173B6C"/>
            </w:tcBorders>
          </w:tcPr>
          <w:p w14:paraId="247FC83D" w14:textId="77777777" w:rsidR="006164F7" w:rsidRPr="000343EB" w:rsidRDefault="006164F7" w:rsidP="00E8130D">
            <w:pPr>
              <w:spacing w:before="30" w:after="30"/>
              <w:jc w:val="center"/>
              <w:rPr>
                <w:lang w:val="tr-TR"/>
              </w:rPr>
            </w:pPr>
            <w:r w:rsidRPr="000343EB">
              <w:rPr>
                <w:rFonts w:ascii="Arial" w:hAnsi="Arial"/>
                <w:sz w:val="13"/>
                <w:lang w:val="tr-TR"/>
              </w:rPr>
              <w:t>SGK tarafından emeklilik/aylık bağlama işlemi sonuçlandığında kayıtların kontrol edilmesi; gerekli bildirimlerin yapılması ve evrakın özlük dosyasında muhafaza edilmesi.</w:t>
            </w:r>
          </w:p>
        </w:tc>
      </w:tr>
    </w:tbl>
    <w:p w14:paraId="67C398D5" w14:textId="77777777" w:rsidR="006164F7" w:rsidRPr="000343EB" w:rsidRDefault="006164F7" w:rsidP="006164F7">
      <w:pPr>
        <w:spacing w:after="20"/>
        <w:jc w:val="center"/>
        <w:rPr>
          <w:lang w:val="tr-TR"/>
        </w:rPr>
      </w:pPr>
      <w:r w:rsidRPr="000343EB">
        <w:rPr>
          <w:b/>
          <w:color w:val="B97000"/>
          <w:sz w:val="15"/>
          <w:lang w:val="tr-TR"/>
        </w:rPr>
        <w:t>BİTİŞ</w:t>
      </w:r>
    </w:p>
    <w:p w14:paraId="55CB0F33" w14:textId="77777777" w:rsidR="006164F7" w:rsidRPr="000343EB" w:rsidRDefault="006164F7" w:rsidP="006164F7">
      <w:pPr>
        <w:spacing w:before="20" w:after="0"/>
        <w:rPr>
          <w:sz w:val="11"/>
          <w:lang w:val="tr-TR"/>
        </w:rPr>
      </w:pPr>
      <w:r w:rsidRPr="000343EB">
        <w:rPr>
          <w:b/>
          <w:sz w:val="11"/>
          <w:lang w:val="tr-TR"/>
        </w:rPr>
        <w:t xml:space="preserve">Dayanak / SBÜ Kurumsal Uyum: </w:t>
      </w:r>
      <w:r w:rsidRPr="000343EB">
        <w:rPr>
          <w:sz w:val="11"/>
          <w:lang w:val="tr-TR"/>
        </w:rPr>
        <w:t>5510 sayılı Sosyal Sigortalar ve Genel Sağlık Sigortası Kanunu; ilgisine göre 5434 sayılı Kanun; SBÜ İdari Personel Birimi emeklilik ve HİTAP süreçleri.</w:t>
      </w:r>
    </w:p>
    <w:p w14:paraId="456A627B" w14:textId="77777777" w:rsidR="006164F7" w:rsidRPr="000343EB" w:rsidRDefault="006164F7" w:rsidP="006164F7">
      <w:pPr>
        <w:spacing w:before="20" w:after="0"/>
        <w:rPr>
          <w:sz w:val="11"/>
          <w:lang w:val="tr-TR"/>
        </w:rPr>
      </w:pPr>
    </w:p>
    <w:p w14:paraId="45CC60CC" w14:textId="77777777" w:rsidR="006164F7" w:rsidRPr="000343EB" w:rsidRDefault="006164F7" w:rsidP="006164F7">
      <w:pPr>
        <w:spacing w:before="20" w:after="0"/>
        <w:rPr>
          <w:sz w:val="11"/>
          <w:lang w:val="tr-TR"/>
        </w:rPr>
      </w:pPr>
    </w:p>
    <w:p w14:paraId="3AE8C9B1" w14:textId="77777777" w:rsidR="006164F7" w:rsidRPr="000343EB" w:rsidRDefault="006164F7" w:rsidP="006164F7">
      <w:pPr>
        <w:spacing w:before="20" w:after="0"/>
        <w:rPr>
          <w:sz w:val="11"/>
          <w:lang w:val="tr-TR"/>
        </w:rPr>
      </w:pPr>
    </w:p>
    <w:p w14:paraId="6623D83B" w14:textId="77777777" w:rsidR="006164F7" w:rsidRPr="000343EB" w:rsidRDefault="006164F7" w:rsidP="006164F7">
      <w:pPr>
        <w:spacing w:before="20" w:after="0"/>
        <w:rPr>
          <w:sz w:val="11"/>
          <w:lang w:val="tr-TR"/>
        </w:rPr>
      </w:pPr>
    </w:p>
    <w:p w14:paraId="7B6AEDA2" w14:textId="77777777" w:rsidR="006164F7" w:rsidRPr="000343EB" w:rsidRDefault="006164F7" w:rsidP="006164F7">
      <w:pPr>
        <w:spacing w:before="20" w:after="0"/>
        <w:rPr>
          <w:sz w:val="11"/>
          <w:lang w:val="tr-TR"/>
        </w:rPr>
      </w:pPr>
    </w:p>
    <w:p w14:paraId="28DD642F" w14:textId="77777777" w:rsidR="006164F7" w:rsidRPr="000343EB" w:rsidRDefault="006164F7" w:rsidP="006164F7">
      <w:pPr>
        <w:spacing w:before="20" w:after="0"/>
        <w:rPr>
          <w:sz w:val="11"/>
          <w:lang w:val="tr-TR"/>
        </w:rPr>
      </w:pPr>
    </w:p>
    <w:p w14:paraId="05740E07" w14:textId="77777777" w:rsidR="006164F7" w:rsidRPr="000343EB" w:rsidRDefault="006164F7" w:rsidP="006164F7">
      <w:pPr>
        <w:spacing w:before="20" w:after="0"/>
        <w:rPr>
          <w:sz w:val="11"/>
          <w:lang w:val="tr-TR"/>
        </w:rPr>
      </w:pPr>
    </w:p>
    <w:p w14:paraId="5FE7C7AC" w14:textId="77777777" w:rsidR="006164F7" w:rsidRPr="000343EB" w:rsidRDefault="006164F7" w:rsidP="006164F7">
      <w:pPr>
        <w:spacing w:before="20" w:after="0"/>
        <w:rPr>
          <w:sz w:val="11"/>
          <w:lang w:val="tr-TR"/>
        </w:rPr>
      </w:pPr>
    </w:p>
    <w:p w14:paraId="1837BBC9" w14:textId="77777777" w:rsidR="006164F7" w:rsidRPr="000343EB" w:rsidRDefault="006164F7" w:rsidP="006164F7">
      <w:pPr>
        <w:spacing w:before="20" w:after="0"/>
        <w:rPr>
          <w:sz w:val="11"/>
          <w:lang w:val="tr-TR"/>
        </w:rPr>
      </w:pPr>
    </w:p>
    <w:p w14:paraId="0182E422" w14:textId="77777777" w:rsidR="006164F7" w:rsidRPr="000343EB" w:rsidRDefault="006164F7" w:rsidP="006164F7">
      <w:pPr>
        <w:spacing w:before="20" w:after="0"/>
        <w:rPr>
          <w:sz w:val="11"/>
          <w:lang w:val="tr-TR"/>
        </w:rPr>
      </w:pPr>
    </w:p>
    <w:p w14:paraId="032BF633" w14:textId="77777777" w:rsidR="006164F7" w:rsidRPr="000343EB" w:rsidRDefault="006164F7" w:rsidP="006164F7">
      <w:pPr>
        <w:spacing w:before="20" w:after="0"/>
        <w:rPr>
          <w:sz w:val="11"/>
          <w:lang w:val="tr-TR"/>
        </w:rPr>
      </w:pPr>
    </w:p>
    <w:p w14:paraId="74DDAC5D" w14:textId="77777777" w:rsidR="006164F7" w:rsidRPr="000343EB" w:rsidRDefault="006164F7" w:rsidP="006164F7">
      <w:pPr>
        <w:spacing w:before="20" w:after="0"/>
        <w:rPr>
          <w:sz w:val="11"/>
          <w:lang w:val="tr-TR"/>
        </w:rPr>
      </w:pPr>
    </w:p>
    <w:p w14:paraId="3021CA62" w14:textId="77777777" w:rsidR="006164F7" w:rsidRPr="000343EB" w:rsidRDefault="006164F7" w:rsidP="006164F7">
      <w:pPr>
        <w:spacing w:before="20" w:after="0"/>
        <w:rPr>
          <w:sz w:val="11"/>
          <w:lang w:val="tr-TR"/>
        </w:rPr>
      </w:pPr>
    </w:p>
    <w:p w14:paraId="7963CAA8" w14:textId="77777777" w:rsidR="006164F7" w:rsidRPr="000343EB" w:rsidRDefault="006164F7" w:rsidP="006164F7">
      <w:pPr>
        <w:spacing w:before="20" w:after="0"/>
        <w:rPr>
          <w:sz w:val="11"/>
          <w:lang w:val="tr-TR"/>
        </w:rPr>
      </w:pPr>
    </w:p>
    <w:p w14:paraId="521E1990" w14:textId="77777777" w:rsidR="006164F7" w:rsidRPr="000343EB" w:rsidRDefault="006164F7" w:rsidP="006164F7">
      <w:pPr>
        <w:spacing w:before="20" w:after="0"/>
        <w:rPr>
          <w:sz w:val="11"/>
          <w:lang w:val="tr-TR"/>
        </w:rPr>
      </w:pPr>
    </w:p>
    <w:p w14:paraId="6DAB8D91" w14:textId="77777777" w:rsidR="006164F7" w:rsidRPr="000343EB" w:rsidRDefault="006164F7" w:rsidP="006164F7">
      <w:pPr>
        <w:spacing w:before="20" w:after="0"/>
        <w:rPr>
          <w:sz w:val="11"/>
          <w:lang w:val="tr-TR"/>
        </w:rPr>
      </w:pPr>
    </w:p>
    <w:p w14:paraId="1418F1BA" w14:textId="77777777" w:rsidR="006164F7" w:rsidRPr="000343EB" w:rsidRDefault="006164F7" w:rsidP="006164F7">
      <w:pPr>
        <w:spacing w:before="20" w:after="0"/>
        <w:rPr>
          <w:sz w:val="11"/>
          <w:lang w:val="tr-TR"/>
        </w:rPr>
      </w:pPr>
    </w:p>
    <w:p w14:paraId="00F4C8F5" w14:textId="77777777" w:rsidR="006164F7" w:rsidRPr="000343EB" w:rsidRDefault="006164F7" w:rsidP="006164F7">
      <w:pPr>
        <w:spacing w:before="20" w:after="0"/>
        <w:rPr>
          <w:sz w:val="11"/>
          <w:lang w:val="tr-TR"/>
        </w:rPr>
      </w:pPr>
    </w:p>
    <w:p w14:paraId="7EA84CE2" w14:textId="77777777" w:rsidR="006164F7" w:rsidRPr="000343EB" w:rsidRDefault="006164F7" w:rsidP="006164F7">
      <w:pPr>
        <w:spacing w:before="20" w:after="0"/>
        <w:rPr>
          <w:sz w:val="11"/>
          <w:lang w:val="tr-TR"/>
        </w:rPr>
      </w:pPr>
    </w:p>
    <w:p w14:paraId="5624D627" w14:textId="77777777" w:rsidR="006164F7" w:rsidRPr="000343EB" w:rsidRDefault="006164F7" w:rsidP="006164F7">
      <w:pPr>
        <w:spacing w:before="20" w:after="0"/>
        <w:rPr>
          <w:sz w:val="11"/>
          <w:lang w:val="tr-TR"/>
        </w:rPr>
      </w:pPr>
    </w:p>
    <w:p w14:paraId="3589F5C5" w14:textId="77777777" w:rsidR="006164F7" w:rsidRPr="000343EB" w:rsidRDefault="006164F7" w:rsidP="006164F7">
      <w:pPr>
        <w:spacing w:before="20" w:after="0"/>
        <w:rPr>
          <w:sz w:val="11"/>
          <w:lang w:val="tr-TR"/>
        </w:rPr>
      </w:pPr>
    </w:p>
    <w:p w14:paraId="72712014" w14:textId="77777777" w:rsidR="006164F7" w:rsidRPr="000343EB" w:rsidRDefault="006164F7" w:rsidP="006164F7">
      <w:pPr>
        <w:spacing w:before="20" w:after="0"/>
        <w:rPr>
          <w:sz w:val="11"/>
          <w:lang w:val="tr-TR"/>
        </w:rPr>
      </w:pPr>
    </w:p>
    <w:p w14:paraId="0E743958" w14:textId="77777777" w:rsidR="006164F7" w:rsidRPr="000343EB" w:rsidRDefault="006164F7" w:rsidP="006164F7">
      <w:pPr>
        <w:spacing w:before="20" w:after="0"/>
        <w:rPr>
          <w:sz w:val="11"/>
          <w:lang w:val="tr-TR"/>
        </w:rPr>
      </w:pPr>
    </w:p>
    <w:p w14:paraId="78342E9A" w14:textId="77777777" w:rsidR="006164F7" w:rsidRPr="000343EB" w:rsidRDefault="006164F7" w:rsidP="006164F7">
      <w:pPr>
        <w:spacing w:before="20" w:after="0"/>
        <w:rPr>
          <w:sz w:val="11"/>
          <w:lang w:val="tr-TR"/>
        </w:rPr>
      </w:pPr>
    </w:p>
    <w:p w14:paraId="0A61AD93" w14:textId="77777777" w:rsidR="006164F7" w:rsidRPr="000343EB" w:rsidRDefault="006164F7" w:rsidP="006164F7">
      <w:pPr>
        <w:spacing w:before="20" w:after="0"/>
        <w:rPr>
          <w:sz w:val="11"/>
          <w:lang w:val="tr-TR"/>
        </w:rPr>
      </w:pPr>
    </w:p>
    <w:p w14:paraId="4E32247D" w14:textId="77777777" w:rsidR="006164F7" w:rsidRPr="000343EB" w:rsidRDefault="006164F7" w:rsidP="006164F7">
      <w:pPr>
        <w:spacing w:before="20" w:after="0"/>
        <w:rPr>
          <w:sz w:val="11"/>
          <w:lang w:val="tr-TR"/>
        </w:rPr>
      </w:pPr>
    </w:p>
    <w:p w14:paraId="6A273EDC" w14:textId="77777777" w:rsidR="006164F7" w:rsidRPr="000343EB" w:rsidRDefault="006164F7" w:rsidP="006164F7">
      <w:pPr>
        <w:spacing w:before="20" w:after="0"/>
        <w:rPr>
          <w:sz w:val="11"/>
          <w:lang w:val="tr-TR"/>
        </w:rPr>
      </w:pPr>
    </w:p>
    <w:p w14:paraId="61865F28" w14:textId="77777777" w:rsidR="006164F7" w:rsidRPr="000343EB" w:rsidRDefault="006164F7" w:rsidP="006164F7">
      <w:pPr>
        <w:spacing w:before="20" w:after="0"/>
        <w:rPr>
          <w:sz w:val="11"/>
          <w:lang w:val="tr-TR"/>
        </w:rPr>
      </w:pPr>
    </w:p>
    <w:p w14:paraId="67D77874" w14:textId="77777777" w:rsidR="006164F7" w:rsidRPr="000343EB" w:rsidRDefault="006164F7" w:rsidP="006164F7">
      <w:pPr>
        <w:spacing w:before="20" w:after="0"/>
        <w:rPr>
          <w:sz w:val="11"/>
          <w:lang w:val="tr-TR"/>
        </w:rPr>
      </w:pPr>
    </w:p>
    <w:p w14:paraId="187DF5C9" w14:textId="77777777" w:rsidR="006164F7" w:rsidRPr="000343EB" w:rsidRDefault="006164F7" w:rsidP="006164F7">
      <w:pPr>
        <w:spacing w:before="20" w:after="0"/>
        <w:rPr>
          <w:sz w:val="11"/>
          <w:lang w:val="tr-TR"/>
        </w:rPr>
      </w:pPr>
    </w:p>
    <w:p w14:paraId="5AA029CA" w14:textId="77777777" w:rsidR="006164F7" w:rsidRPr="000343EB" w:rsidRDefault="006164F7" w:rsidP="006164F7">
      <w:pPr>
        <w:spacing w:before="20" w:after="0"/>
        <w:rPr>
          <w:sz w:val="11"/>
          <w:lang w:val="tr-TR"/>
        </w:rPr>
      </w:pPr>
    </w:p>
    <w:p w14:paraId="5C9B592C" w14:textId="77777777" w:rsidR="006164F7" w:rsidRPr="000343EB" w:rsidRDefault="006164F7" w:rsidP="006164F7">
      <w:pPr>
        <w:spacing w:before="20" w:after="0"/>
        <w:rPr>
          <w:sz w:val="11"/>
          <w:lang w:val="tr-TR"/>
        </w:rPr>
      </w:pPr>
    </w:p>
    <w:p w14:paraId="235F8AED" w14:textId="77777777" w:rsidR="006164F7" w:rsidRPr="000343EB" w:rsidRDefault="006164F7" w:rsidP="006164F7">
      <w:pPr>
        <w:spacing w:before="20" w:after="0"/>
        <w:rPr>
          <w:sz w:val="11"/>
          <w:lang w:val="tr-TR"/>
        </w:rPr>
      </w:pPr>
    </w:p>
    <w:p w14:paraId="6DBDF422" w14:textId="77777777" w:rsidR="006164F7" w:rsidRPr="000343EB" w:rsidRDefault="006164F7" w:rsidP="006164F7">
      <w:pPr>
        <w:spacing w:before="20" w:after="0"/>
        <w:rPr>
          <w:sz w:val="11"/>
          <w:lang w:val="tr-TR"/>
        </w:rPr>
      </w:pPr>
    </w:p>
    <w:p w14:paraId="12C42E63" w14:textId="77777777" w:rsidR="006164F7" w:rsidRPr="000343EB" w:rsidRDefault="006164F7" w:rsidP="006164F7">
      <w:pPr>
        <w:spacing w:before="20" w:after="0"/>
        <w:rPr>
          <w:sz w:val="11"/>
          <w:lang w:val="tr-TR"/>
        </w:rPr>
      </w:pPr>
    </w:p>
    <w:p w14:paraId="72695611" w14:textId="77777777" w:rsidR="006164F7" w:rsidRPr="000343EB" w:rsidRDefault="006164F7" w:rsidP="006164F7">
      <w:pPr>
        <w:spacing w:before="20" w:after="0"/>
        <w:rPr>
          <w:sz w:val="11"/>
          <w:lang w:val="tr-TR"/>
        </w:rPr>
      </w:pPr>
    </w:p>
    <w:p w14:paraId="0220588A" w14:textId="77777777" w:rsidR="006164F7" w:rsidRPr="000343EB" w:rsidRDefault="006164F7" w:rsidP="006164F7">
      <w:pPr>
        <w:spacing w:before="20" w:after="0"/>
        <w:rPr>
          <w:sz w:val="11"/>
          <w:lang w:val="tr-TR"/>
        </w:rPr>
      </w:pPr>
    </w:p>
    <w:p w14:paraId="1CAEC261" w14:textId="77777777" w:rsidR="006164F7" w:rsidRPr="000343EB" w:rsidRDefault="006164F7" w:rsidP="006164F7">
      <w:pPr>
        <w:spacing w:before="20" w:after="0"/>
        <w:rPr>
          <w:sz w:val="11"/>
          <w:lang w:val="tr-TR"/>
        </w:rPr>
      </w:pPr>
    </w:p>
    <w:p w14:paraId="479ED991" w14:textId="77777777" w:rsidR="006164F7" w:rsidRPr="000343EB" w:rsidRDefault="006164F7" w:rsidP="006164F7">
      <w:pPr>
        <w:spacing w:before="20" w:after="0"/>
        <w:rPr>
          <w:sz w:val="11"/>
          <w:lang w:val="tr-TR"/>
        </w:rPr>
      </w:pPr>
    </w:p>
    <w:p w14:paraId="00AFC8FA" w14:textId="77777777" w:rsidR="006164F7" w:rsidRPr="000343EB" w:rsidRDefault="006164F7" w:rsidP="006164F7">
      <w:pPr>
        <w:spacing w:before="20" w:after="0"/>
        <w:rPr>
          <w:sz w:val="11"/>
          <w:lang w:val="tr-TR"/>
        </w:rPr>
      </w:pPr>
    </w:p>
    <w:p w14:paraId="74D25AF5" w14:textId="77777777" w:rsidR="006164F7" w:rsidRPr="000343EB" w:rsidRDefault="006164F7" w:rsidP="006164F7">
      <w:pPr>
        <w:spacing w:before="20" w:after="0"/>
        <w:rPr>
          <w:sz w:val="11"/>
          <w:lang w:val="tr-TR"/>
        </w:rPr>
      </w:pPr>
    </w:p>
    <w:p w14:paraId="04C157DB" w14:textId="77777777" w:rsidR="006164F7" w:rsidRPr="000343EB" w:rsidRDefault="006164F7" w:rsidP="006164F7">
      <w:pPr>
        <w:spacing w:before="20" w:after="0"/>
        <w:rPr>
          <w:sz w:val="11"/>
          <w:lang w:val="tr-TR"/>
        </w:rPr>
      </w:pPr>
    </w:p>
    <w:p w14:paraId="1DE23081" w14:textId="77777777" w:rsidR="006164F7" w:rsidRPr="000343EB" w:rsidRDefault="006164F7" w:rsidP="006164F7">
      <w:pPr>
        <w:spacing w:before="20" w:after="0"/>
        <w:rPr>
          <w:sz w:val="11"/>
          <w:lang w:val="tr-TR"/>
        </w:rPr>
      </w:pPr>
    </w:p>
    <w:p w14:paraId="7E726B0E" w14:textId="77777777" w:rsidR="006164F7" w:rsidRPr="000343EB" w:rsidRDefault="006164F7" w:rsidP="006164F7">
      <w:pPr>
        <w:spacing w:before="20" w:after="0"/>
        <w:rPr>
          <w:sz w:val="11"/>
          <w:lang w:val="tr-TR"/>
        </w:rPr>
      </w:pPr>
    </w:p>
    <w:p w14:paraId="40B4FC5C" w14:textId="77777777" w:rsidR="006164F7" w:rsidRPr="000343EB" w:rsidRDefault="006164F7" w:rsidP="006164F7">
      <w:pPr>
        <w:spacing w:before="20" w:after="0"/>
        <w:rPr>
          <w:sz w:val="11"/>
          <w:lang w:val="tr-TR"/>
        </w:rPr>
      </w:pPr>
    </w:p>
    <w:p w14:paraId="58978973" w14:textId="77777777" w:rsidR="006164F7" w:rsidRPr="000343EB" w:rsidRDefault="006164F7" w:rsidP="006164F7">
      <w:pPr>
        <w:spacing w:before="20" w:after="0"/>
        <w:rPr>
          <w:sz w:val="11"/>
          <w:lang w:val="tr-TR"/>
        </w:rPr>
      </w:pPr>
    </w:p>
    <w:p w14:paraId="1471D880" w14:textId="77777777" w:rsidR="006164F7" w:rsidRPr="000343EB" w:rsidRDefault="006164F7" w:rsidP="006164F7">
      <w:pPr>
        <w:spacing w:before="20" w:after="0"/>
        <w:rPr>
          <w:sz w:val="11"/>
          <w:lang w:val="tr-TR"/>
        </w:rPr>
      </w:pPr>
    </w:p>
    <w:p w14:paraId="765A7735" w14:textId="77777777" w:rsidR="006164F7" w:rsidRPr="000343EB" w:rsidRDefault="006164F7" w:rsidP="006164F7">
      <w:pPr>
        <w:spacing w:before="20" w:after="0"/>
        <w:rPr>
          <w:sz w:val="11"/>
          <w:lang w:val="tr-TR"/>
        </w:rPr>
      </w:pPr>
    </w:p>
    <w:p w14:paraId="0E81C952" w14:textId="77777777" w:rsidR="006164F7" w:rsidRPr="000343EB" w:rsidRDefault="006164F7" w:rsidP="006164F7">
      <w:pPr>
        <w:spacing w:before="20" w:after="0"/>
        <w:rPr>
          <w:sz w:val="11"/>
          <w:lang w:val="tr-TR"/>
        </w:rPr>
      </w:pPr>
    </w:p>
    <w:p w14:paraId="577A400D" w14:textId="77777777" w:rsidR="006164F7" w:rsidRPr="000343EB" w:rsidRDefault="006164F7" w:rsidP="006164F7">
      <w:pPr>
        <w:spacing w:before="20" w:after="0"/>
        <w:rPr>
          <w:sz w:val="11"/>
          <w:lang w:val="tr-TR"/>
        </w:rPr>
      </w:pPr>
    </w:p>
    <w:p w14:paraId="54B00355" w14:textId="77777777" w:rsidR="006164F7" w:rsidRPr="000343EB" w:rsidRDefault="006164F7" w:rsidP="006164F7">
      <w:pPr>
        <w:spacing w:before="20" w:after="0"/>
        <w:rPr>
          <w:sz w:val="11"/>
          <w:lang w:val="tr-TR"/>
        </w:rPr>
      </w:pPr>
    </w:p>
    <w:p w14:paraId="702C3A77" w14:textId="77777777" w:rsidR="006164F7" w:rsidRPr="000343EB" w:rsidRDefault="006164F7" w:rsidP="006164F7">
      <w:pPr>
        <w:spacing w:before="20" w:after="0"/>
        <w:rPr>
          <w:sz w:val="11"/>
          <w:lang w:val="tr-TR"/>
        </w:rPr>
      </w:pPr>
    </w:p>
    <w:p w14:paraId="07C82718" w14:textId="77777777" w:rsidR="006164F7" w:rsidRPr="000343EB" w:rsidRDefault="006164F7" w:rsidP="006164F7">
      <w:pPr>
        <w:spacing w:before="20" w:after="0"/>
        <w:rPr>
          <w:sz w:val="11"/>
          <w:lang w:val="tr-TR"/>
        </w:rPr>
      </w:pPr>
    </w:p>
    <w:p w14:paraId="197227C8" w14:textId="6A4DBCC9" w:rsidR="006164F7" w:rsidRPr="000343EB" w:rsidRDefault="006164F7" w:rsidP="006164F7">
      <w:pPr>
        <w:rPr>
          <w:lang w:val="tr-TR"/>
        </w:rPr>
      </w:pPr>
    </w:p>
    <w:tbl>
      <w:tblPr>
        <w:tblW w:w="0" w:type="auto"/>
        <w:jc w:val="center"/>
        <w:tblLayout w:type="fixed"/>
        <w:tblLook w:val="04A0" w:firstRow="1" w:lastRow="0" w:firstColumn="1" w:lastColumn="0" w:noHBand="0" w:noVBand="1"/>
      </w:tblPr>
      <w:tblGrid>
        <w:gridCol w:w="1587"/>
        <w:gridCol w:w="5272"/>
        <w:gridCol w:w="1474"/>
        <w:gridCol w:w="1871"/>
      </w:tblGrid>
      <w:tr w:rsidR="006164F7" w:rsidRPr="000343EB" w14:paraId="64CBC593"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B6CF4CE" w14:textId="77777777" w:rsidR="006164F7" w:rsidRPr="000343EB" w:rsidRDefault="006164F7" w:rsidP="00E8130D">
            <w:pPr>
              <w:jc w:val="center"/>
              <w:rPr>
                <w:lang w:val="tr-TR"/>
              </w:rPr>
            </w:pPr>
            <w:r w:rsidRPr="000343EB">
              <w:rPr>
                <w:noProof/>
                <w:lang w:val="tr-TR"/>
              </w:rPr>
              <w:lastRenderedPageBreak/>
              <w:drawing>
                <wp:inline distT="0" distB="0" distL="0" distR="0" wp14:anchorId="7375B9F5" wp14:editId="066BF427">
                  <wp:extent cx="720000" cy="721629"/>
                  <wp:effectExtent l="0" t="0" r="0" b="0"/>
                  <wp:docPr id="1698555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2DF851D0"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Vefat Sonucunda Görevden Ayrılma</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2A675D46" w14:textId="77777777" w:rsidR="006164F7" w:rsidRPr="000343EB" w:rsidRDefault="006164F7" w:rsidP="00E8130D">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5A720F8F" w14:textId="77777777" w:rsidR="006164F7" w:rsidRPr="000343EB" w:rsidRDefault="006164F7" w:rsidP="00E8130D">
            <w:pPr>
              <w:rPr>
                <w:lang w:val="tr-TR"/>
              </w:rPr>
            </w:pPr>
            <w:r w:rsidRPr="000343EB">
              <w:rPr>
                <w:sz w:val="14"/>
                <w:lang w:val="tr-TR"/>
              </w:rPr>
              <w:t>UNİKA-İAS-C2-038</w:t>
            </w:r>
          </w:p>
        </w:tc>
      </w:tr>
      <w:tr w:rsidR="006164F7" w:rsidRPr="000343EB" w14:paraId="323C466F"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867966E"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3902E7BB"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F80CED2" w14:textId="77777777" w:rsidR="006164F7" w:rsidRPr="000343EB" w:rsidRDefault="006164F7" w:rsidP="00E8130D">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B8B189E" w14:textId="77777777" w:rsidR="006164F7" w:rsidRPr="000343EB" w:rsidRDefault="006164F7" w:rsidP="00E8130D">
            <w:pPr>
              <w:rPr>
                <w:lang w:val="tr-TR"/>
              </w:rPr>
            </w:pPr>
            <w:r w:rsidRPr="000343EB">
              <w:rPr>
                <w:sz w:val="14"/>
                <w:lang w:val="tr-TR"/>
              </w:rPr>
              <w:t>11.05.2023</w:t>
            </w:r>
          </w:p>
        </w:tc>
      </w:tr>
      <w:tr w:rsidR="006164F7" w:rsidRPr="000343EB" w14:paraId="3C62637F"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D66CC6B"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BBCF245"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AA73342" w14:textId="77777777" w:rsidR="006164F7" w:rsidRPr="000343EB" w:rsidRDefault="006164F7" w:rsidP="00E8130D">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B663DED" w14:textId="77777777" w:rsidR="006164F7" w:rsidRPr="000343EB" w:rsidRDefault="006164F7" w:rsidP="00E8130D">
            <w:pPr>
              <w:rPr>
                <w:lang w:val="tr-TR"/>
              </w:rPr>
            </w:pPr>
            <w:r w:rsidRPr="000343EB">
              <w:rPr>
                <w:sz w:val="14"/>
                <w:lang w:val="tr-TR"/>
              </w:rPr>
              <w:t>-</w:t>
            </w:r>
          </w:p>
        </w:tc>
      </w:tr>
      <w:tr w:rsidR="006164F7" w:rsidRPr="000343EB" w14:paraId="01D98273"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58FD408"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19C60908"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D552E61" w14:textId="77777777" w:rsidR="006164F7" w:rsidRPr="000343EB" w:rsidRDefault="006164F7" w:rsidP="00E8130D">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7E11B1A" w14:textId="77777777" w:rsidR="006164F7" w:rsidRPr="000343EB" w:rsidRDefault="006164F7" w:rsidP="00E8130D">
            <w:pPr>
              <w:rPr>
                <w:lang w:val="tr-TR"/>
              </w:rPr>
            </w:pPr>
            <w:r w:rsidRPr="000343EB">
              <w:rPr>
                <w:sz w:val="14"/>
                <w:lang w:val="tr-TR"/>
              </w:rPr>
              <w:t>0</w:t>
            </w:r>
          </w:p>
        </w:tc>
      </w:tr>
    </w:tbl>
    <w:p w14:paraId="106E2CA1" w14:textId="77777777" w:rsidR="006164F7" w:rsidRPr="000343EB" w:rsidRDefault="006164F7" w:rsidP="006164F7">
      <w:pPr>
        <w:spacing w:after="0"/>
        <w:rPr>
          <w:lang w:val="tr-TR"/>
        </w:rPr>
      </w:pPr>
    </w:p>
    <w:p w14:paraId="6DB2CE77" w14:textId="77777777" w:rsidR="006164F7" w:rsidRPr="000343EB" w:rsidRDefault="006164F7" w:rsidP="006164F7">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5CFE635D"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7FA7A1FD" w14:textId="77777777" w:rsidR="006164F7" w:rsidRPr="000343EB" w:rsidRDefault="006164F7" w:rsidP="00E8130D">
            <w:pPr>
              <w:spacing w:before="40" w:after="40"/>
              <w:jc w:val="center"/>
              <w:rPr>
                <w:lang w:val="tr-TR"/>
              </w:rPr>
            </w:pPr>
            <w:r w:rsidRPr="000343EB">
              <w:rPr>
                <w:rFonts w:ascii="Arial" w:hAnsi="Arial"/>
                <w:sz w:val="14"/>
                <w:lang w:val="tr-TR"/>
              </w:rPr>
              <w:t>Personelin vefat bilgisinin görev yaptığı birim tarafından üst yazı ve mevcut belgelerle Personel Daire Başkanlığına bildirilmesi.</w:t>
            </w:r>
          </w:p>
        </w:tc>
      </w:tr>
    </w:tbl>
    <w:p w14:paraId="2636DBC0"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09F9A6EC"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21991CFC" w14:textId="77777777" w:rsidR="006164F7" w:rsidRPr="000343EB" w:rsidRDefault="006164F7" w:rsidP="00E8130D">
            <w:pPr>
              <w:spacing w:before="40" w:after="40"/>
              <w:jc w:val="center"/>
              <w:rPr>
                <w:lang w:val="tr-TR"/>
              </w:rPr>
            </w:pPr>
            <w:r w:rsidRPr="000343EB">
              <w:rPr>
                <w:rFonts w:ascii="Arial" w:hAnsi="Arial"/>
                <w:sz w:val="14"/>
                <w:lang w:val="tr-TR"/>
              </w:rPr>
              <w:t>Vefat ve hizmet durumuna ilişkin gerekli belgelerin hazırlanması; SGK/HİTAP işlemlerinin başlatılması ve gerekli kurum bildirimlerinin yapılması.</w:t>
            </w:r>
          </w:p>
        </w:tc>
      </w:tr>
    </w:tbl>
    <w:p w14:paraId="49856820"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60DC6542"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1DF87CE7" w14:textId="77777777" w:rsidR="006164F7" w:rsidRPr="000343EB" w:rsidRDefault="006164F7" w:rsidP="00E8130D">
            <w:pPr>
              <w:spacing w:before="40" w:after="40"/>
              <w:jc w:val="center"/>
              <w:rPr>
                <w:lang w:val="tr-TR"/>
              </w:rPr>
            </w:pPr>
            <w:r w:rsidRPr="000343EB">
              <w:rPr>
                <w:rFonts w:ascii="Arial" w:hAnsi="Arial"/>
                <w:sz w:val="14"/>
                <w:lang w:val="tr-TR"/>
              </w:rPr>
              <w:t>Vefat nedeniyle görevden ayrılış bilgisinin personel bilgi sistemi, HİTAP ve özlük kayıtlarına işlenmesi; mali haklara ilişkin bilgilerin ilgili birimlere iletilmesi.</w:t>
            </w:r>
          </w:p>
        </w:tc>
      </w:tr>
    </w:tbl>
    <w:p w14:paraId="02258FCA"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73FDDBDD"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7609E0B1" w14:textId="77777777" w:rsidR="006164F7" w:rsidRPr="000343EB" w:rsidRDefault="006164F7" w:rsidP="00E8130D">
            <w:pPr>
              <w:spacing w:before="40" w:after="40"/>
              <w:jc w:val="center"/>
              <w:rPr>
                <w:lang w:val="tr-TR"/>
              </w:rPr>
            </w:pPr>
            <w:r w:rsidRPr="000343EB">
              <w:rPr>
                <w:rFonts w:ascii="Arial" w:hAnsi="Arial"/>
                <w:sz w:val="14"/>
                <w:lang w:val="tr-TR"/>
              </w:rPr>
              <w:t>İşlem evrakının personelin özlük dosyasında muhafaza edilmesi ve arşiv işlemlerinin tamamlanması.</w:t>
            </w:r>
          </w:p>
        </w:tc>
      </w:tr>
    </w:tbl>
    <w:p w14:paraId="6CE89DE6" w14:textId="77777777" w:rsidR="006164F7" w:rsidRPr="000343EB" w:rsidRDefault="006164F7" w:rsidP="006164F7">
      <w:pPr>
        <w:spacing w:after="20"/>
        <w:jc w:val="center"/>
        <w:rPr>
          <w:lang w:val="tr-TR"/>
        </w:rPr>
      </w:pPr>
      <w:r w:rsidRPr="000343EB">
        <w:rPr>
          <w:b/>
          <w:color w:val="B97000"/>
          <w:sz w:val="16"/>
          <w:lang w:val="tr-TR"/>
        </w:rPr>
        <w:t>BİTİŞ</w:t>
      </w:r>
    </w:p>
    <w:p w14:paraId="32FE810F"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5510 sayılı Kanun; ilgisine göre 5434 sayılı Kanun; 657 ve 2547 sayılı Kanunların ilgili hükümleri; SBÜ PDB görevden ayrılma, emeklilik/HİTAP ve özlük süreçleri.</w:t>
      </w:r>
    </w:p>
    <w:p w14:paraId="68A9E3B4"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0343EB" w:rsidRPr="000343EB" w14:paraId="0BCC4ECB"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53C7FAA1" w14:textId="77777777" w:rsidR="000343EB" w:rsidRPr="000343EB" w:rsidRDefault="000343EB" w:rsidP="00A52618">
            <w:pPr>
              <w:jc w:val="center"/>
              <w:rPr>
                <w:lang w:val="tr-TR"/>
              </w:rPr>
            </w:pPr>
            <w:r w:rsidRPr="000343EB">
              <w:rPr>
                <w:noProof/>
                <w:lang w:val="tr-TR"/>
              </w:rPr>
              <w:lastRenderedPageBreak/>
              <w:drawing>
                <wp:inline distT="0" distB="0" distL="0" distR="0" wp14:anchorId="2497C3B9" wp14:editId="6D3C646D">
                  <wp:extent cx="720000" cy="721629"/>
                  <wp:effectExtent l="0" t="0" r="0" b="0"/>
                  <wp:docPr id="571767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39E6E607" w14:textId="77777777" w:rsidR="000343EB" w:rsidRPr="000343EB" w:rsidRDefault="000343EB" w:rsidP="00A52618">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Yıllık İzin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6A1377D4" w14:textId="77777777" w:rsidR="000343EB" w:rsidRPr="000343EB" w:rsidRDefault="000343EB" w:rsidP="00A52618">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7E8DF54" w14:textId="77777777" w:rsidR="000343EB" w:rsidRPr="000343EB" w:rsidRDefault="000343EB" w:rsidP="00A52618">
            <w:pPr>
              <w:rPr>
                <w:lang w:val="tr-TR"/>
              </w:rPr>
            </w:pPr>
            <w:r w:rsidRPr="000343EB">
              <w:rPr>
                <w:sz w:val="14"/>
                <w:lang w:val="tr-TR"/>
              </w:rPr>
              <w:t>UNİKA-İAS-C2-039</w:t>
            </w:r>
          </w:p>
        </w:tc>
      </w:tr>
      <w:tr w:rsidR="000343EB" w:rsidRPr="000343EB" w14:paraId="6E4409E8"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7F77AD8"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2C3073AE"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9D2B16D" w14:textId="77777777" w:rsidR="000343EB" w:rsidRPr="000343EB" w:rsidRDefault="000343EB" w:rsidP="00A52618">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2ED8CED" w14:textId="77777777" w:rsidR="000343EB" w:rsidRPr="000343EB" w:rsidRDefault="000343EB" w:rsidP="00A52618">
            <w:pPr>
              <w:rPr>
                <w:lang w:val="tr-TR"/>
              </w:rPr>
            </w:pPr>
            <w:r w:rsidRPr="000343EB">
              <w:rPr>
                <w:sz w:val="14"/>
                <w:lang w:val="tr-TR"/>
              </w:rPr>
              <w:t>11.05.2023</w:t>
            </w:r>
          </w:p>
        </w:tc>
      </w:tr>
      <w:tr w:rsidR="000343EB" w:rsidRPr="000343EB" w14:paraId="0AA87F6B"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33CF0C2"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13ED2D67"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CF3839D" w14:textId="77777777" w:rsidR="000343EB" w:rsidRPr="000343EB" w:rsidRDefault="000343EB" w:rsidP="00A52618">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50CE48A" w14:textId="77777777" w:rsidR="000343EB" w:rsidRPr="000343EB" w:rsidRDefault="000343EB" w:rsidP="00A52618">
            <w:pPr>
              <w:rPr>
                <w:lang w:val="tr-TR"/>
              </w:rPr>
            </w:pPr>
            <w:r w:rsidRPr="000343EB">
              <w:rPr>
                <w:sz w:val="14"/>
                <w:lang w:val="tr-TR"/>
              </w:rPr>
              <w:t>-</w:t>
            </w:r>
          </w:p>
        </w:tc>
      </w:tr>
      <w:tr w:rsidR="000343EB" w:rsidRPr="000343EB" w14:paraId="3C80690D"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D2CD3F4"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3BCC3EA9"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58CBF86" w14:textId="77777777" w:rsidR="000343EB" w:rsidRPr="000343EB" w:rsidRDefault="000343EB" w:rsidP="00A52618">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39C4143" w14:textId="77777777" w:rsidR="000343EB" w:rsidRPr="000343EB" w:rsidRDefault="000343EB" w:rsidP="00A52618">
            <w:pPr>
              <w:rPr>
                <w:lang w:val="tr-TR"/>
              </w:rPr>
            </w:pPr>
            <w:r w:rsidRPr="000343EB">
              <w:rPr>
                <w:sz w:val="14"/>
                <w:lang w:val="tr-TR"/>
              </w:rPr>
              <w:t>0</w:t>
            </w:r>
          </w:p>
        </w:tc>
      </w:tr>
    </w:tbl>
    <w:p w14:paraId="254AFD07" w14:textId="77777777" w:rsidR="000343EB" w:rsidRPr="000343EB" w:rsidRDefault="000343EB" w:rsidP="000343EB">
      <w:pPr>
        <w:spacing w:after="0"/>
        <w:rPr>
          <w:lang w:val="tr-TR"/>
        </w:rPr>
      </w:pPr>
    </w:p>
    <w:p w14:paraId="48D9BF33" w14:textId="77777777" w:rsidR="000343EB" w:rsidRPr="000343EB" w:rsidRDefault="000343EB" w:rsidP="000343EB">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0343EB" w:rsidRPr="000343EB" w14:paraId="6FA8626F"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6488D035" w14:textId="77777777" w:rsidR="000343EB" w:rsidRPr="000343EB" w:rsidRDefault="000343EB" w:rsidP="00A52618">
            <w:pPr>
              <w:spacing w:before="40" w:after="40"/>
              <w:jc w:val="center"/>
              <w:rPr>
                <w:lang w:val="tr-TR"/>
              </w:rPr>
            </w:pPr>
            <w:r w:rsidRPr="000343EB">
              <w:rPr>
                <w:rFonts w:ascii="Arial" w:hAnsi="Arial"/>
                <w:sz w:val="14"/>
                <w:lang w:val="tr-TR"/>
              </w:rPr>
              <w:t xml:space="preserve">Personelin yıllık izin talebini </w:t>
            </w:r>
            <w:proofErr w:type="spellStart"/>
            <w:r w:rsidRPr="000343EB">
              <w:rPr>
                <w:rFonts w:ascii="Arial" w:hAnsi="Arial"/>
                <w:sz w:val="14"/>
                <w:lang w:val="tr-TR"/>
              </w:rPr>
              <w:t>SBÜ'de</w:t>
            </w:r>
            <w:proofErr w:type="spellEnd"/>
            <w:r w:rsidRPr="000343EB">
              <w:rPr>
                <w:rFonts w:ascii="Arial" w:hAnsi="Arial"/>
                <w:sz w:val="14"/>
                <w:lang w:val="tr-TR"/>
              </w:rPr>
              <w:t xml:space="preserve"> kullanılan izin/EBYS veya personel sistemi üzerinden, izin tarihlerini belirterek yetkili amirine sunması.</w:t>
            </w:r>
          </w:p>
        </w:tc>
      </w:tr>
    </w:tbl>
    <w:p w14:paraId="29D52CB8"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03A076F2"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72215400" w14:textId="77777777" w:rsidR="000343EB" w:rsidRPr="000343EB" w:rsidRDefault="000343EB" w:rsidP="00A52618">
            <w:pPr>
              <w:spacing w:before="40" w:after="40"/>
              <w:jc w:val="center"/>
              <w:rPr>
                <w:lang w:val="tr-TR"/>
              </w:rPr>
            </w:pPr>
            <w:r w:rsidRPr="000343EB">
              <w:rPr>
                <w:rFonts w:ascii="Arial" w:hAnsi="Arial"/>
                <w:sz w:val="14"/>
                <w:lang w:val="tr-TR"/>
              </w:rPr>
              <w:t>İzin hakkı, hizmet süresi ve birimin hizmet gerekleri dikkate alınarak talebin yetkili amir tarafından değerlendirilmesi ve onaylanması.</w:t>
            </w:r>
          </w:p>
        </w:tc>
      </w:tr>
    </w:tbl>
    <w:p w14:paraId="3DFFC79A"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4B3DD082"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189946CC" w14:textId="77777777" w:rsidR="000343EB" w:rsidRPr="000343EB" w:rsidRDefault="000343EB" w:rsidP="00A52618">
            <w:pPr>
              <w:spacing w:before="40" w:after="40"/>
              <w:jc w:val="center"/>
              <w:rPr>
                <w:lang w:val="tr-TR"/>
              </w:rPr>
            </w:pPr>
            <w:r w:rsidRPr="000343EB">
              <w:rPr>
                <w:rFonts w:ascii="Arial" w:hAnsi="Arial"/>
                <w:sz w:val="14"/>
                <w:lang w:val="tr-TR"/>
              </w:rPr>
              <w:t xml:space="preserve">Fakülte, MYO, Enstitü ve Daire Başkanlıklarında amirler tarafından onaylanan izinlerin personel izin/özlük kayıtlarına işlenmesi (PBS) </w:t>
            </w:r>
          </w:p>
        </w:tc>
      </w:tr>
    </w:tbl>
    <w:p w14:paraId="1D74E13F" w14:textId="77777777" w:rsidR="000343EB" w:rsidRPr="000343EB" w:rsidRDefault="000343EB" w:rsidP="000343EB">
      <w:pPr>
        <w:spacing w:after="0"/>
        <w:jc w:val="center"/>
        <w:rPr>
          <w:lang w:val="tr-TR"/>
        </w:rPr>
      </w:pPr>
      <w:r w:rsidRPr="000343EB">
        <w:rPr>
          <w:b/>
          <w:color w:val="B97000"/>
          <w:sz w:val="26"/>
          <w:lang w:val="tr-TR"/>
        </w:rPr>
        <w:t>↓</w:t>
      </w:r>
    </w:p>
    <w:p w14:paraId="27F1F572" w14:textId="77777777" w:rsidR="000343EB" w:rsidRPr="000343EB" w:rsidRDefault="000343EB" w:rsidP="000343EB">
      <w:pPr>
        <w:spacing w:after="0"/>
        <w:jc w:val="center"/>
        <w:rPr>
          <w:lang w:val="tr-TR"/>
        </w:rPr>
      </w:pPr>
    </w:p>
    <w:tbl>
      <w:tblPr>
        <w:tblW w:w="0" w:type="auto"/>
        <w:jc w:val="center"/>
        <w:tblLayout w:type="fixed"/>
        <w:tblLook w:val="04A0" w:firstRow="1" w:lastRow="0" w:firstColumn="1" w:lastColumn="0" w:noHBand="0" w:noVBand="1"/>
      </w:tblPr>
      <w:tblGrid>
        <w:gridCol w:w="7767"/>
      </w:tblGrid>
      <w:tr w:rsidR="000343EB" w:rsidRPr="000343EB" w14:paraId="2D3A0298"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0861DBCD" w14:textId="77777777" w:rsidR="000343EB" w:rsidRPr="000343EB" w:rsidRDefault="000343EB" w:rsidP="00A52618">
            <w:pPr>
              <w:spacing w:before="40" w:after="40"/>
              <w:jc w:val="center"/>
              <w:rPr>
                <w:lang w:val="tr-TR"/>
              </w:rPr>
            </w:pPr>
            <w:r w:rsidRPr="000343EB">
              <w:rPr>
                <w:rFonts w:ascii="Arial" w:hAnsi="Arial"/>
                <w:sz w:val="14"/>
                <w:lang w:val="tr-TR"/>
              </w:rPr>
              <w:t>Onaylanan ve PBS sistemine işlenen izin belgelerinin üst yazı ile Personel Daire Başkanlığına gönderilmesi ve gerektiğinde ilgili birim tarafından izin formunun muhafaza edilmesi.</w:t>
            </w:r>
          </w:p>
        </w:tc>
      </w:tr>
    </w:tbl>
    <w:p w14:paraId="258240C3" w14:textId="77777777" w:rsidR="000343EB" w:rsidRPr="000343EB" w:rsidRDefault="000343EB" w:rsidP="000343EB">
      <w:pPr>
        <w:spacing w:after="20"/>
        <w:jc w:val="center"/>
        <w:rPr>
          <w:lang w:val="tr-TR"/>
        </w:rPr>
      </w:pPr>
      <w:r w:rsidRPr="000343EB">
        <w:rPr>
          <w:b/>
          <w:color w:val="B97000"/>
          <w:sz w:val="16"/>
          <w:lang w:val="tr-TR"/>
        </w:rPr>
        <w:t>BİTİŞ</w:t>
      </w:r>
    </w:p>
    <w:p w14:paraId="10FB2D85" w14:textId="77777777" w:rsidR="000343EB" w:rsidRPr="000343EB" w:rsidRDefault="000343EB" w:rsidP="000343EB">
      <w:pPr>
        <w:spacing w:before="20" w:after="0"/>
        <w:rPr>
          <w:lang w:val="tr-TR"/>
        </w:rPr>
      </w:pPr>
      <w:r w:rsidRPr="000343EB">
        <w:rPr>
          <w:b/>
          <w:sz w:val="11"/>
          <w:lang w:val="tr-TR"/>
        </w:rPr>
        <w:t xml:space="preserve">Dayanak / SBÜ Kurumsal Uyum: </w:t>
      </w:r>
      <w:r w:rsidRPr="000343EB">
        <w:rPr>
          <w:sz w:val="11"/>
          <w:lang w:val="tr-TR"/>
        </w:rPr>
        <w:t xml:space="preserve">657 sayılı Devlet Memurları Kanunu m.102-103; akademik personel bakımından ilgili yükseköğretim </w:t>
      </w:r>
      <w:proofErr w:type="gramStart"/>
      <w:r w:rsidRPr="000343EB">
        <w:rPr>
          <w:sz w:val="11"/>
          <w:lang w:val="tr-TR"/>
        </w:rPr>
        <w:t>mevzuatı;</w:t>
      </w:r>
      <w:proofErr w:type="gramEnd"/>
      <w:r w:rsidRPr="000343EB">
        <w:rPr>
          <w:sz w:val="11"/>
          <w:lang w:val="tr-TR"/>
        </w:rPr>
        <w:t xml:space="preserve"> SBÜ PDB izin ve rapor işlemleri.</w:t>
      </w:r>
    </w:p>
    <w:p w14:paraId="5CB34D3E" w14:textId="064B5F3A" w:rsidR="006164F7" w:rsidRPr="000343EB" w:rsidRDefault="000343EB"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0343EB" w:rsidRPr="000343EB" w14:paraId="0428B18F"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68854AD1" w14:textId="77777777" w:rsidR="000343EB" w:rsidRPr="000343EB" w:rsidRDefault="000343EB" w:rsidP="00A52618">
            <w:pPr>
              <w:jc w:val="center"/>
              <w:rPr>
                <w:lang w:val="tr-TR"/>
              </w:rPr>
            </w:pPr>
            <w:r w:rsidRPr="000343EB">
              <w:rPr>
                <w:noProof/>
                <w:lang w:val="tr-TR"/>
              </w:rPr>
              <w:lastRenderedPageBreak/>
              <w:drawing>
                <wp:inline distT="0" distB="0" distL="0" distR="0" wp14:anchorId="1A0A9A51" wp14:editId="23CEC60E">
                  <wp:extent cx="720000" cy="721629"/>
                  <wp:effectExtent l="0" t="0" r="0" b="0"/>
                  <wp:docPr id="222233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5C9431A7" w14:textId="77777777" w:rsidR="000343EB" w:rsidRPr="000343EB" w:rsidRDefault="000343EB" w:rsidP="00A52618">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Mazeret İzin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3C41CBEE" w14:textId="77777777" w:rsidR="000343EB" w:rsidRPr="000343EB" w:rsidRDefault="000343EB" w:rsidP="00A52618">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3393164" w14:textId="77777777" w:rsidR="000343EB" w:rsidRPr="000343EB" w:rsidRDefault="000343EB" w:rsidP="00A52618">
            <w:pPr>
              <w:rPr>
                <w:lang w:val="tr-TR"/>
              </w:rPr>
            </w:pPr>
            <w:r w:rsidRPr="000343EB">
              <w:rPr>
                <w:sz w:val="14"/>
                <w:lang w:val="tr-TR"/>
              </w:rPr>
              <w:t>UNİKA-İAS-C2-041</w:t>
            </w:r>
          </w:p>
        </w:tc>
      </w:tr>
      <w:tr w:rsidR="000343EB" w:rsidRPr="000343EB" w14:paraId="2DBAC5DA"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8306177"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6317D3A4"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41F2A60" w14:textId="77777777" w:rsidR="000343EB" w:rsidRPr="000343EB" w:rsidRDefault="000343EB" w:rsidP="00A52618">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AA958A6" w14:textId="77777777" w:rsidR="000343EB" w:rsidRPr="000343EB" w:rsidRDefault="000343EB" w:rsidP="00A52618">
            <w:pPr>
              <w:rPr>
                <w:lang w:val="tr-TR"/>
              </w:rPr>
            </w:pPr>
            <w:r w:rsidRPr="000343EB">
              <w:rPr>
                <w:sz w:val="14"/>
                <w:lang w:val="tr-TR"/>
              </w:rPr>
              <w:t>11.05.2023</w:t>
            </w:r>
          </w:p>
        </w:tc>
      </w:tr>
      <w:tr w:rsidR="000343EB" w:rsidRPr="000343EB" w14:paraId="293DA986"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1450519"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FE1862A"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9E503A7" w14:textId="77777777" w:rsidR="000343EB" w:rsidRPr="000343EB" w:rsidRDefault="000343EB" w:rsidP="00A52618">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1C9E407" w14:textId="77777777" w:rsidR="000343EB" w:rsidRPr="000343EB" w:rsidRDefault="000343EB" w:rsidP="00A52618">
            <w:pPr>
              <w:rPr>
                <w:lang w:val="tr-TR"/>
              </w:rPr>
            </w:pPr>
            <w:r w:rsidRPr="000343EB">
              <w:rPr>
                <w:sz w:val="14"/>
                <w:lang w:val="tr-TR"/>
              </w:rPr>
              <w:t>-</w:t>
            </w:r>
          </w:p>
        </w:tc>
      </w:tr>
      <w:tr w:rsidR="000343EB" w:rsidRPr="000343EB" w14:paraId="4F1CABC8"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D9D505F"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57212C6B"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EB1F1E5" w14:textId="77777777" w:rsidR="000343EB" w:rsidRPr="000343EB" w:rsidRDefault="000343EB" w:rsidP="00A52618">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B999CAE" w14:textId="77777777" w:rsidR="000343EB" w:rsidRPr="000343EB" w:rsidRDefault="000343EB" w:rsidP="00A52618">
            <w:pPr>
              <w:rPr>
                <w:lang w:val="tr-TR"/>
              </w:rPr>
            </w:pPr>
            <w:r w:rsidRPr="000343EB">
              <w:rPr>
                <w:sz w:val="14"/>
                <w:lang w:val="tr-TR"/>
              </w:rPr>
              <w:t>0</w:t>
            </w:r>
          </w:p>
        </w:tc>
      </w:tr>
    </w:tbl>
    <w:p w14:paraId="19F6F924" w14:textId="77777777" w:rsidR="000343EB" w:rsidRPr="000343EB" w:rsidRDefault="000343EB" w:rsidP="000343EB">
      <w:pPr>
        <w:spacing w:after="0"/>
        <w:rPr>
          <w:lang w:val="tr-TR"/>
        </w:rPr>
      </w:pPr>
    </w:p>
    <w:p w14:paraId="32C0999E" w14:textId="77777777" w:rsidR="000343EB" w:rsidRPr="000343EB" w:rsidRDefault="000343EB" w:rsidP="000343EB">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0343EB" w:rsidRPr="000343EB" w14:paraId="14C01FC4"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21D21D70" w14:textId="77777777" w:rsidR="000343EB" w:rsidRPr="000343EB" w:rsidRDefault="000343EB" w:rsidP="00A52618">
            <w:pPr>
              <w:spacing w:before="40" w:after="40"/>
              <w:jc w:val="center"/>
              <w:rPr>
                <w:lang w:val="tr-TR"/>
              </w:rPr>
            </w:pPr>
            <w:r w:rsidRPr="000343EB">
              <w:rPr>
                <w:rFonts w:ascii="Arial" w:hAnsi="Arial"/>
                <w:sz w:val="14"/>
                <w:lang w:val="tr-TR"/>
              </w:rPr>
              <w:t>Personelin mazeret izin talebini, mazeret nedenini ve varsa kanıtlayıcı belgeleri belirterek görev yaptığı birime sunması.</w:t>
            </w:r>
          </w:p>
        </w:tc>
      </w:tr>
    </w:tbl>
    <w:p w14:paraId="298F6005"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0E675D68"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7C637408" w14:textId="77777777" w:rsidR="000343EB" w:rsidRPr="000343EB" w:rsidRDefault="000343EB" w:rsidP="00A52618">
            <w:pPr>
              <w:spacing w:before="40" w:after="40"/>
              <w:jc w:val="center"/>
              <w:rPr>
                <w:lang w:val="tr-TR"/>
              </w:rPr>
            </w:pPr>
            <w:r w:rsidRPr="000343EB">
              <w:rPr>
                <w:rFonts w:ascii="Arial" w:hAnsi="Arial"/>
                <w:sz w:val="14"/>
                <w:lang w:val="tr-TR"/>
              </w:rPr>
              <w:t>Talebin personelin statüsüne, mazeret türüne, izin süresine ve yetki devrine göre ilgili birim/yetkili amir tarafından mevzuat yönünden değerlendirilmesi.</w:t>
            </w:r>
          </w:p>
        </w:tc>
      </w:tr>
    </w:tbl>
    <w:p w14:paraId="2E77140F"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79A48A11"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29493C8C" w14:textId="77777777" w:rsidR="000343EB" w:rsidRPr="000343EB" w:rsidRDefault="000343EB" w:rsidP="00A52618">
            <w:pPr>
              <w:spacing w:before="40" w:after="40"/>
              <w:jc w:val="center"/>
              <w:rPr>
                <w:lang w:val="tr-TR"/>
              </w:rPr>
            </w:pPr>
            <w:r w:rsidRPr="000343EB">
              <w:rPr>
                <w:rFonts w:ascii="Arial" w:hAnsi="Arial"/>
                <w:sz w:val="14"/>
                <w:lang w:val="tr-TR"/>
              </w:rPr>
              <w:t>Uygun bulunan mazeret izninin yetkili makam tarafından onaylanması ve personele/birimine bildirilmesi.</w:t>
            </w:r>
          </w:p>
        </w:tc>
      </w:tr>
    </w:tbl>
    <w:p w14:paraId="3851ABC2"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477299DC"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3036F570" w14:textId="77777777" w:rsidR="000343EB" w:rsidRPr="000343EB" w:rsidRDefault="000343EB" w:rsidP="00A52618">
            <w:pPr>
              <w:spacing w:before="40" w:after="40"/>
              <w:jc w:val="center"/>
              <w:rPr>
                <w:lang w:val="tr-TR"/>
              </w:rPr>
            </w:pPr>
            <w:r w:rsidRPr="000343EB">
              <w:rPr>
                <w:rFonts w:ascii="Arial" w:hAnsi="Arial"/>
                <w:sz w:val="14"/>
                <w:lang w:val="tr-TR"/>
              </w:rPr>
              <w:t>Onaylanan iznin personel bilgi/izin sistemine ve özlük kayıtlarına işlenmesi ve üst yazı ile Personel Daire Başkanlığına gönderilmesi, gerekli belgelerin dosyasında muhafaza edilmesi.</w:t>
            </w:r>
          </w:p>
        </w:tc>
      </w:tr>
    </w:tbl>
    <w:p w14:paraId="12857467" w14:textId="77777777" w:rsidR="000343EB" w:rsidRPr="000343EB" w:rsidRDefault="000343EB" w:rsidP="000343EB">
      <w:pPr>
        <w:spacing w:after="20"/>
        <w:jc w:val="center"/>
        <w:rPr>
          <w:lang w:val="tr-TR"/>
        </w:rPr>
      </w:pPr>
      <w:r w:rsidRPr="000343EB">
        <w:rPr>
          <w:b/>
          <w:color w:val="B97000"/>
          <w:sz w:val="16"/>
          <w:lang w:val="tr-TR"/>
        </w:rPr>
        <w:t>BİTİŞ</w:t>
      </w:r>
    </w:p>
    <w:p w14:paraId="24CF40FA" w14:textId="77777777" w:rsidR="000343EB" w:rsidRPr="000343EB" w:rsidRDefault="000343EB" w:rsidP="000343EB">
      <w:pPr>
        <w:spacing w:before="20" w:after="0"/>
        <w:rPr>
          <w:lang w:val="tr-TR"/>
        </w:rPr>
      </w:pPr>
      <w:r w:rsidRPr="000343EB">
        <w:rPr>
          <w:b/>
          <w:sz w:val="11"/>
          <w:lang w:val="tr-TR"/>
        </w:rPr>
        <w:t xml:space="preserve">Dayanak / SBÜ Kurumsal Uyum: </w:t>
      </w:r>
      <w:r w:rsidRPr="000343EB">
        <w:rPr>
          <w:sz w:val="11"/>
          <w:lang w:val="tr-TR"/>
        </w:rPr>
        <w:t>657 sayılı Devlet Memurları Kanunu m.104 ve ilgili özel personel mevzuatı; SBÜ PDB izin ve rapor işlemleri ile imza yetkileri.</w:t>
      </w:r>
    </w:p>
    <w:p w14:paraId="004CD668" w14:textId="45D09BE0" w:rsidR="006164F7" w:rsidRPr="000343EB" w:rsidRDefault="000343EB"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6164F7" w:rsidRPr="000343EB" w14:paraId="49C94D04"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1ECA0829" w14:textId="77777777" w:rsidR="006164F7" w:rsidRPr="000343EB" w:rsidRDefault="006164F7" w:rsidP="00E8130D">
            <w:pPr>
              <w:jc w:val="center"/>
              <w:rPr>
                <w:lang w:val="tr-TR"/>
              </w:rPr>
            </w:pPr>
            <w:r w:rsidRPr="000343EB">
              <w:rPr>
                <w:noProof/>
                <w:lang w:val="tr-TR"/>
              </w:rPr>
              <w:lastRenderedPageBreak/>
              <w:drawing>
                <wp:inline distT="0" distB="0" distL="0" distR="0" wp14:anchorId="12BDF966" wp14:editId="1D156698">
                  <wp:extent cx="720000" cy="721629"/>
                  <wp:effectExtent l="0" t="0" r="0" b="0"/>
                  <wp:docPr id="1549469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47A7BF19"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Sağlık İzin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095AFEC6" w14:textId="77777777" w:rsidR="006164F7" w:rsidRPr="000343EB" w:rsidRDefault="006164F7" w:rsidP="00E8130D">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2EC997F" w14:textId="77777777" w:rsidR="006164F7" w:rsidRPr="000343EB" w:rsidRDefault="006164F7" w:rsidP="00E8130D">
            <w:pPr>
              <w:rPr>
                <w:lang w:val="tr-TR"/>
              </w:rPr>
            </w:pPr>
            <w:r w:rsidRPr="000343EB">
              <w:rPr>
                <w:sz w:val="14"/>
                <w:lang w:val="tr-TR"/>
              </w:rPr>
              <w:t>UNİKA-İAS-C2-042</w:t>
            </w:r>
          </w:p>
        </w:tc>
      </w:tr>
      <w:tr w:rsidR="006164F7" w:rsidRPr="000343EB" w14:paraId="0CFF64F7"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A9C6EEB"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6E57FD64"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0A0E53B" w14:textId="77777777" w:rsidR="006164F7" w:rsidRPr="000343EB" w:rsidRDefault="006164F7" w:rsidP="00E8130D">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786E4AB" w14:textId="77777777" w:rsidR="006164F7" w:rsidRPr="000343EB" w:rsidRDefault="006164F7" w:rsidP="00E8130D">
            <w:pPr>
              <w:rPr>
                <w:lang w:val="tr-TR"/>
              </w:rPr>
            </w:pPr>
            <w:r w:rsidRPr="000343EB">
              <w:rPr>
                <w:sz w:val="14"/>
                <w:lang w:val="tr-TR"/>
              </w:rPr>
              <w:t>11.05.2023</w:t>
            </w:r>
          </w:p>
        </w:tc>
      </w:tr>
      <w:tr w:rsidR="006164F7" w:rsidRPr="000343EB" w14:paraId="360FB4C3"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CD1207D"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3DD81D33"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6E4F370" w14:textId="77777777" w:rsidR="006164F7" w:rsidRPr="000343EB" w:rsidRDefault="006164F7" w:rsidP="00E8130D">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85BD539" w14:textId="77777777" w:rsidR="006164F7" w:rsidRPr="000343EB" w:rsidRDefault="006164F7" w:rsidP="00E8130D">
            <w:pPr>
              <w:rPr>
                <w:lang w:val="tr-TR"/>
              </w:rPr>
            </w:pPr>
            <w:r w:rsidRPr="000343EB">
              <w:rPr>
                <w:sz w:val="14"/>
                <w:lang w:val="tr-TR"/>
              </w:rPr>
              <w:t>-</w:t>
            </w:r>
          </w:p>
        </w:tc>
      </w:tr>
      <w:tr w:rsidR="006164F7" w:rsidRPr="000343EB" w14:paraId="76B61C91"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3967A81"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0EE65C4A"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66F49EA" w14:textId="77777777" w:rsidR="006164F7" w:rsidRPr="000343EB" w:rsidRDefault="006164F7" w:rsidP="00E8130D">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6737756" w14:textId="77777777" w:rsidR="006164F7" w:rsidRPr="000343EB" w:rsidRDefault="006164F7" w:rsidP="00E8130D">
            <w:pPr>
              <w:rPr>
                <w:lang w:val="tr-TR"/>
              </w:rPr>
            </w:pPr>
            <w:r w:rsidRPr="000343EB">
              <w:rPr>
                <w:sz w:val="14"/>
                <w:lang w:val="tr-TR"/>
              </w:rPr>
              <w:t>0</w:t>
            </w:r>
          </w:p>
        </w:tc>
      </w:tr>
    </w:tbl>
    <w:p w14:paraId="4372F052" w14:textId="77777777" w:rsidR="006164F7" w:rsidRPr="000343EB" w:rsidRDefault="006164F7" w:rsidP="006164F7">
      <w:pPr>
        <w:spacing w:after="0"/>
        <w:rPr>
          <w:lang w:val="tr-TR"/>
        </w:rPr>
      </w:pPr>
    </w:p>
    <w:p w14:paraId="2B7A4731" w14:textId="77777777" w:rsidR="006164F7" w:rsidRPr="000343EB" w:rsidRDefault="006164F7" w:rsidP="006164F7">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5114696F"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0D09EEA2" w14:textId="77777777" w:rsidR="006164F7" w:rsidRPr="000343EB" w:rsidRDefault="006164F7" w:rsidP="00E8130D">
            <w:pPr>
              <w:spacing w:before="40" w:after="40"/>
              <w:jc w:val="center"/>
              <w:rPr>
                <w:lang w:val="tr-TR"/>
              </w:rPr>
            </w:pPr>
            <w:r w:rsidRPr="000343EB">
              <w:rPr>
                <w:rFonts w:ascii="Arial" w:hAnsi="Arial"/>
                <w:sz w:val="14"/>
                <w:lang w:val="tr-TR"/>
              </w:rPr>
              <w:t>Personelin hastalık/sağlık raporunu mevzuatta öngörülen süre ve usulde görev yaptığı birime ulaştırması; birimce raporun kayıt altına alınması.</w:t>
            </w:r>
          </w:p>
        </w:tc>
      </w:tr>
    </w:tbl>
    <w:p w14:paraId="171DA417"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39243A96"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672CB4E2" w14:textId="77777777" w:rsidR="006164F7" w:rsidRPr="000343EB" w:rsidRDefault="006164F7" w:rsidP="00E8130D">
            <w:pPr>
              <w:spacing w:before="40" w:after="40"/>
              <w:jc w:val="center"/>
              <w:rPr>
                <w:lang w:val="tr-TR"/>
              </w:rPr>
            </w:pPr>
            <w:r w:rsidRPr="000343EB">
              <w:rPr>
                <w:rFonts w:ascii="Arial" w:hAnsi="Arial"/>
                <w:sz w:val="14"/>
                <w:lang w:val="tr-TR"/>
              </w:rPr>
              <w:t>Raporun usulüne uygunluğu, süresi ve personelin statüsü bakımından değerlendirilmesi; gerekli hâllerde Personel Daire Başkanlığına iletilmesi.</w:t>
            </w:r>
          </w:p>
        </w:tc>
      </w:tr>
    </w:tbl>
    <w:p w14:paraId="3DE86954"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4245323D"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181D9761" w14:textId="77777777" w:rsidR="006164F7" w:rsidRPr="000343EB" w:rsidRDefault="006164F7" w:rsidP="00E8130D">
            <w:pPr>
              <w:spacing w:before="40" w:after="40"/>
              <w:jc w:val="center"/>
              <w:rPr>
                <w:lang w:val="tr-TR"/>
              </w:rPr>
            </w:pPr>
            <w:r w:rsidRPr="000343EB">
              <w:rPr>
                <w:rFonts w:ascii="Arial" w:hAnsi="Arial"/>
                <w:sz w:val="14"/>
                <w:lang w:val="tr-TR"/>
              </w:rPr>
              <w:t>Yetkili makam onayı veya raporun izne çevrilmesini gerektiren hâllerde ilgili onay işleminin tamamlanması ve görev yaptığı birime bildirilmesi.</w:t>
            </w:r>
          </w:p>
        </w:tc>
      </w:tr>
    </w:tbl>
    <w:p w14:paraId="73A52B5E"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4B699207"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227DB3DB" w14:textId="77777777" w:rsidR="006164F7" w:rsidRPr="000343EB" w:rsidRDefault="006164F7" w:rsidP="00E8130D">
            <w:pPr>
              <w:spacing w:before="40" w:after="40"/>
              <w:jc w:val="center"/>
              <w:rPr>
                <w:lang w:val="tr-TR"/>
              </w:rPr>
            </w:pPr>
            <w:r w:rsidRPr="000343EB">
              <w:rPr>
                <w:rFonts w:ascii="Arial" w:hAnsi="Arial"/>
                <w:sz w:val="14"/>
                <w:lang w:val="tr-TR"/>
              </w:rPr>
              <w:t>Sağlık izni/rapor bilgilerinin personel izin ve özlük kayıtlarına işlenmesi; mali hakları etkileyen durumlarda ilgili tahakkuk birimine bildirim yapılması.</w:t>
            </w:r>
          </w:p>
        </w:tc>
      </w:tr>
    </w:tbl>
    <w:p w14:paraId="2C13FC99" w14:textId="77777777" w:rsidR="006164F7" w:rsidRPr="000343EB" w:rsidRDefault="006164F7" w:rsidP="006164F7">
      <w:pPr>
        <w:spacing w:after="20"/>
        <w:jc w:val="center"/>
        <w:rPr>
          <w:lang w:val="tr-TR"/>
        </w:rPr>
      </w:pPr>
      <w:r w:rsidRPr="000343EB">
        <w:rPr>
          <w:b/>
          <w:color w:val="B97000"/>
          <w:sz w:val="16"/>
          <w:lang w:val="tr-TR"/>
        </w:rPr>
        <w:t>BİTİŞ</w:t>
      </w:r>
    </w:p>
    <w:p w14:paraId="15CE3C32"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657 sayılı Devlet Memurları Kanunu m.105; Devlet Memurlarına Verilecek Hastalık Raporları ile Hastalık ve Refakat İznine İlişkin usul ve esaslar; SBÜ PDB izin/rapor süreçleri.</w:t>
      </w:r>
    </w:p>
    <w:p w14:paraId="23E81000"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6164F7" w:rsidRPr="000343EB" w14:paraId="4CBC3DE9"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18BA8E91" w14:textId="77777777" w:rsidR="006164F7" w:rsidRPr="000343EB" w:rsidRDefault="006164F7" w:rsidP="00E8130D">
            <w:pPr>
              <w:jc w:val="center"/>
              <w:rPr>
                <w:lang w:val="tr-TR"/>
              </w:rPr>
            </w:pPr>
            <w:r w:rsidRPr="000343EB">
              <w:rPr>
                <w:noProof/>
                <w:lang w:val="tr-TR"/>
              </w:rPr>
              <w:lastRenderedPageBreak/>
              <w:drawing>
                <wp:inline distT="0" distB="0" distL="0" distR="0" wp14:anchorId="590D92F5" wp14:editId="78CBB49D">
                  <wp:extent cx="720000" cy="721629"/>
                  <wp:effectExtent l="0" t="0" r="0" b="0"/>
                  <wp:docPr id="11566738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47FC1DDA"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Askerlik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2E12117C" w14:textId="77777777" w:rsidR="006164F7" w:rsidRPr="000343EB" w:rsidRDefault="006164F7" w:rsidP="00E8130D">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06357AFF" w14:textId="77777777" w:rsidR="006164F7" w:rsidRPr="000343EB" w:rsidRDefault="006164F7" w:rsidP="00E8130D">
            <w:pPr>
              <w:rPr>
                <w:lang w:val="tr-TR"/>
              </w:rPr>
            </w:pPr>
            <w:r w:rsidRPr="000343EB">
              <w:rPr>
                <w:sz w:val="14"/>
                <w:lang w:val="tr-TR"/>
              </w:rPr>
              <w:t>UNİKA-İAS-C2-043</w:t>
            </w:r>
          </w:p>
        </w:tc>
      </w:tr>
      <w:tr w:rsidR="006164F7" w:rsidRPr="000343EB" w14:paraId="14579780"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C9FF31A"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4F3E1605"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BDF951C" w14:textId="77777777" w:rsidR="006164F7" w:rsidRPr="000343EB" w:rsidRDefault="006164F7" w:rsidP="00E8130D">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B681E19" w14:textId="77777777" w:rsidR="006164F7" w:rsidRPr="000343EB" w:rsidRDefault="006164F7" w:rsidP="00E8130D">
            <w:pPr>
              <w:rPr>
                <w:lang w:val="tr-TR"/>
              </w:rPr>
            </w:pPr>
            <w:r w:rsidRPr="000343EB">
              <w:rPr>
                <w:sz w:val="14"/>
                <w:lang w:val="tr-TR"/>
              </w:rPr>
              <w:t>11.05.2023</w:t>
            </w:r>
          </w:p>
        </w:tc>
      </w:tr>
      <w:tr w:rsidR="006164F7" w:rsidRPr="000343EB" w14:paraId="4A3009E6"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F5BCB0F"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F89FC2D"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B9C42C1" w14:textId="77777777" w:rsidR="006164F7" w:rsidRPr="000343EB" w:rsidRDefault="006164F7" w:rsidP="00E8130D">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4B9E26B" w14:textId="77777777" w:rsidR="006164F7" w:rsidRPr="000343EB" w:rsidRDefault="006164F7" w:rsidP="00E8130D">
            <w:pPr>
              <w:rPr>
                <w:lang w:val="tr-TR"/>
              </w:rPr>
            </w:pPr>
            <w:r w:rsidRPr="000343EB">
              <w:rPr>
                <w:sz w:val="14"/>
                <w:lang w:val="tr-TR"/>
              </w:rPr>
              <w:t>-</w:t>
            </w:r>
          </w:p>
        </w:tc>
      </w:tr>
      <w:tr w:rsidR="006164F7" w:rsidRPr="000343EB" w14:paraId="09609109"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FF88D07"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6D472287"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D047ED7" w14:textId="77777777" w:rsidR="006164F7" w:rsidRPr="000343EB" w:rsidRDefault="006164F7" w:rsidP="00E8130D">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082EA3B" w14:textId="77777777" w:rsidR="006164F7" w:rsidRPr="000343EB" w:rsidRDefault="006164F7" w:rsidP="00E8130D">
            <w:pPr>
              <w:rPr>
                <w:lang w:val="tr-TR"/>
              </w:rPr>
            </w:pPr>
            <w:r w:rsidRPr="000343EB">
              <w:rPr>
                <w:sz w:val="14"/>
                <w:lang w:val="tr-TR"/>
              </w:rPr>
              <w:t>0</w:t>
            </w:r>
          </w:p>
        </w:tc>
      </w:tr>
    </w:tbl>
    <w:p w14:paraId="58A8B134" w14:textId="77777777" w:rsidR="006164F7" w:rsidRPr="000343EB" w:rsidRDefault="006164F7" w:rsidP="006164F7">
      <w:pPr>
        <w:spacing w:after="0"/>
        <w:rPr>
          <w:lang w:val="tr-TR"/>
        </w:rPr>
      </w:pPr>
    </w:p>
    <w:p w14:paraId="5AA2F4CD" w14:textId="77777777" w:rsidR="006164F7" w:rsidRPr="000343EB" w:rsidRDefault="006164F7" w:rsidP="006164F7">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77075D36"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38963F4E" w14:textId="77777777" w:rsidR="006164F7" w:rsidRPr="000343EB" w:rsidRDefault="006164F7" w:rsidP="00E8130D">
            <w:pPr>
              <w:spacing w:before="40" w:after="40"/>
              <w:jc w:val="center"/>
              <w:rPr>
                <w:lang w:val="tr-TR"/>
              </w:rPr>
            </w:pPr>
            <w:r w:rsidRPr="000343EB">
              <w:rPr>
                <w:rFonts w:ascii="Arial" w:hAnsi="Arial"/>
                <w:sz w:val="13"/>
                <w:lang w:val="tr-TR"/>
              </w:rPr>
              <w:t>Personelin askerlik sevk, erteleme/tehir veya askerlik durumuna ilişkin belgesini görev yaptığı birime sunması; birimce Personel Daire Başkanlığına iletilmesi.</w:t>
            </w:r>
          </w:p>
        </w:tc>
      </w:tr>
    </w:tbl>
    <w:p w14:paraId="708FE490"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5038AA3C"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5B406391" w14:textId="77777777" w:rsidR="006164F7" w:rsidRPr="000343EB" w:rsidRDefault="006164F7" w:rsidP="00E8130D">
            <w:pPr>
              <w:spacing w:before="40" w:after="40"/>
              <w:jc w:val="center"/>
              <w:rPr>
                <w:lang w:val="tr-TR"/>
              </w:rPr>
            </w:pPr>
            <w:r w:rsidRPr="000343EB">
              <w:rPr>
                <w:rFonts w:ascii="Arial" w:hAnsi="Arial"/>
                <w:sz w:val="13"/>
                <w:lang w:val="tr-TR"/>
              </w:rPr>
              <w:t>Sevk tehiri talebi bulunması hâlinde personelin statüsü ve yürürlükteki asker alma mevzuatı kapsamında gerekli form ve belgelerin hazırlanarak yetkili askerlik makamına gönderilmesi.</w:t>
            </w:r>
          </w:p>
        </w:tc>
      </w:tr>
    </w:tbl>
    <w:p w14:paraId="28E7A39A"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0A4B8851"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597C22AF" w14:textId="77777777" w:rsidR="006164F7" w:rsidRPr="000343EB" w:rsidRDefault="006164F7" w:rsidP="00E8130D">
            <w:pPr>
              <w:spacing w:before="40" w:after="40"/>
              <w:jc w:val="center"/>
              <w:rPr>
                <w:lang w:val="tr-TR"/>
              </w:rPr>
            </w:pPr>
            <w:r w:rsidRPr="000343EB">
              <w:rPr>
                <w:rFonts w:ascii="Arial" w:hAnsi="Arial"/>
                <w:sz w:val="13"/>
                <w:lang w:val="tr-TR"/>
              </w:rPr>
              <w:t>Sevk tehirinin uygun bulunması hâlinde kararın personele ve görev yaptığı birime bildirilmesi; uygun bulunmaması veya askerlik hizmetine sevk hâlinde ayrılış işlemlerinin başlatılması.</w:t>
            </w:r>
          </w:p>
        </w:tc>
      </w:tr>
    </w:tbl>
    <w:p w14:paraId="0EB93EC1"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3D83A777"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73A935D8" w14:textId="77777777" w:rsidR="006164F7" w:rsidRPr="000343EB" w:rsidRDefault="006164F7" w:rsidP="00E8130D">
            <w:pPr>
              <w:spacing w:before="40" w:after="40"/>
              <w:jc w:val="center"/>
              <w:rPr>
                <w:lang w:val="tr-TR"/>
              </w:rPr>
            </w:pPr>
            <w:r w:rsidRPr="000343EB">
              <w:rPr>
                <w:rFonts w:ascii="Arial" w:hAnsi="Arial"/>
                <w:sz w:val="13"/>
                <w:lang w:val="tr-TR"/>
              </w:rPr>
              <w:t>Askerlik hizmetine gidecek personel için statüsüne göre aylıksız izin/görevden ayrılış onayının hazırlanması ve ilgili birime bildirilmesi.</w:t>
            </w:r>
          </w:p>
        </w:tc>
      </w:tr>
    </w:tbl>
    <w:p w14:paraId="7EBC4DC7"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4E88B916"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1900CB6C" w14:textId="77777777" w:rsidR="006164F7" w:rsidRPr="000343EB" w:rsidRDefault="006164F7" w:rsidP="00E8130D">
            <w:pPr>
              <w:spacing w:before="40" w:after="40"/>
              <w:jc w:val="center"/>
              <w:rPr>
                <w:lang w:val="tr-TR"/>
              </w:rPr>
            </w:pPr>
            <w:r w:rsidRPr="000343EB">
              <w:rPr>
                <w:rFonts w:ascii="Arial" w:hAnsi="Arial"/>
                <w:sz w:val="13"/>
                <w:lang w:val="tr-TR"/>
              </w:rPr>
              <w:t>Askerlik nedeniyle ayrılış ve dönüş bilgilerinin HİTAP/personel sistemi ve özlük kayıtlarına işlenmesi; işlem evrakının dosyada muhafaza edilmesi.</w:t>
            </w:r>
          </w:p>
        </w:tc>
      </w:tr>
    </w:tbl>
    <w:p w14:paraId="6E316C70" w14:textId="77777777" w:rsidR="006164F7" w:rsidRPr="000343EB" w:rsidRDefault="006164F7" w:rsidP="006164F7">
      <w:pPr>
        <w:spacing w:after="20"/>
        <w:jc w:val="center"/>
        <w:rPr>
          <w:lang w:val="tr-TR"/>
        </w:rPr>
      </w:pPr>
      <w:r w:rsidRPr="000343EB">
        <w:rPr>
          <w:b/>
          <w:color w:val="B97000"/>
          <w:sz w:val="16"/>
          <w:lang w:val="tr-TR"/>
        </w:rPr>
        <w:t>BİTİŞ</w:t>
      </w:r>
    </w:p>
    <w:p w14:paraId="7919F0A8"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 xml:space="preserve">7179 sayılı </w:t>
      </w:r>
      <w:proofErr w:type="spellStart"/>
      <w:r w:rsidRPr="000343EB">
        <w:rPr>
          <w:sz w:val="11"/>
          <w:lang w:val="tr-TR"/>
        </w:rPr>
        <w:t>Askeralma</w:t>
      </w:r>
      <w:proofErr w:type="spellEnd"/>
      <w:r w:rsidRPr="000343EB">
        <w:rPr>
          <w:sz w:val="11"/>
          <w:lang w:val="tr-TR"/>
        </w:rPr>
        <w:t xml:space="preserve"> Kanunu ve ilgili yönetmelik; 657 sayılı Kanunun askerlik nedeniyle izin hükümleri; akademik personel yönünden ilgili yükseköğretim </w:t>
      </w:r>
      <w:proofErr w:type="gramStart"/>
      <w:r w:rsidRPr="000343EB">
        <w:rPr>
          <w:sz w:val="11"/>
          <w:lang w:val="tr-TR"/>
        </w:rPr>
        <w:t>mevzuatı;</w:t>
      </w:r>
      <w:proofErr w:type="gramEnd"/>
      <w:r w:rsidRPr="000343EB">
        <w:rPr>
          <w:sz w:val="11"/>
          <w:lang w:val="tr-TR"/>
        </w:rPr>
        <w:t xml:space="preserve"> SBÜ PDB askerlik işlemleri.</w:t>
      </w:r>
    </w:p>
    <w:p w14:paraId="7332537D"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6164F7" w:rsidRPr="000343EB" w14:paraId="4E81ED2D"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6CB9E95B" w14:textId="77777777" w:rsidR="006164F7" w:rsidRPr="000343EB" w:rsidRDefault="006164F7" w:rsidP="00E8130D">
            <w:pPr>
              <w:jc w:val="center"/>
              <w:rPr>
                <w:lang w:val="tr-TR"/>
              </w:rPr>
            </w:pPr>
            <w:r w:rsidRPr="000343EB">
              <w:rPr>
                <w:noProof/>
                <w:lang w:val="tr-TR"/>
              </w:rPr>
              <w:lastRenderedPageBreak/>
              <w:drawing>
                <wp:inline distT="0" distB="0" distL="0" distR="0" wp14:anchorId="39DCF5A7" wp14:editId="6CC8E301">
                  <wp:extent cx="720000" cy="721629"/>
                  <wp:effectExtent l="0" t="0" r="0" b="0"/>
                  <wp:docPr id="4871025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333A2725"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Pasaport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58FC7D3F" w14:textId="77777777" w:rsidR="006164F7" w:rsidRPr="000343EB" w:rsidRDefault="006164F7" w:rsidP="00E8130D">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695DCCAD" w14:textId="77777777" w:rsidR="006164F7" w:rsidRPr="000343EB" w:rsidRDefault="006164F7" w:rsidP="00E8130D">
            <w:pPr>
              <w:rPr>
                <w:lang w:val="tr-TR"/>
              </w:rPr>
            </w:pPr>
            <w:r w:rsidRPr="000343EB">
              <w:rPr>
                <w:sz w:val="14"/>
                <w:lang w:val="tr-TR"/>
              </w:rPr>
              <w:t>UNİKA-İAS-C2-044</w:t>
            </w:r>
          </w:p>
        </w:tc>
      </w:tr>
      <w:tr w:rsidR="006164F7" w:rsidRPr="000343EB" w14:paraId="49A0A8D8"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974B980"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3DFD61C1"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3C9C056D" w14:textId="77777777" w:rsidR="006164F7" w:rsidRPr="000343EB" w:rsidRDefault="006164F7" w:rsidP="00E8130D">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4888F80B" w14:textId="77777777" w:rsidR="006164F7" w:rsidRPr="000343EB" w:rsidRDefault="006164F7" w:rsidP="00E8130D">
            <w:pPr>
              <w:rPr>
                <w:lang w:val="tr-TR"/>
              </w:rPr>
            </w:pPr>
            <w:r w:rsidRPr="000343EB">
              <w:rPr>
                <w:sz w:val="14"/>
                <w:lang w:val="tr-TR"/>
              </w:rPr>
              <w:t>11.05.2023</w:t>
            </w:r>
          </w:p>
        </w:tc>
      </w:tr>
      <w:tr w:rsidR="006164F7" w:rsidRPr="000343EB" w14:paraId="32ADE1C1"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37A410F"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41EA713"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6FC80CF" w14:textId="77777777" w:rsidR="006164F7" w:rsidRPr="000343EB" w:rsidRDefault="006164F7" w:rsidP="00E8130D">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2FE6573F" w14:textId="77777777" w:rsidR="006164F7" w:rsidRPr="000343EB" w:rsidRDefault="006164F7" w:rsidP="00E8130D">
            <w:pPr>
              <w:rPr>
                <w:lang w:val="tr-TR"/>
              </w:rPr>
            </w:pPr>
            <w:r w:rsidRPr="000343EB">
              <w:rPr>
                <w:sz w:val="14"/>
                <w:lang w:val="tr-TR"/>
              </w:rPr>
              <w:t>-</w:t>
            </w:r>
          </w:p>
        </w:tc>
      </w:tr>
      <w:tr w:rsidR="006164F7" w:rsidRPr="000343EB" w14:paraId="5E4E6028"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3BA8918"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362A51B5"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08D6D7D" w14:textId="77777777" w:rsidR="006164F7" w:rsidRPr="000343EB" w:rsidRDefault="006164F7" w:rsidP="00E8130D">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CAE1AFF" w14:textId="77777777" w:rsidR="006164F7" w:rsidRPr="000343EB" w:rsidRDefault="006164F7" w:rsidP="00E8130D">
            <w:pPr>
              <w:rPr>
                <w:lang w:val="tr-TR"/>
              </w:rPr>
            </w:pPr>
            <w:r w:rsidRPr="000343EB">
              <w:rPr>
                <w:sz w:val="14"/>
                <w:lang w:val="tr-TR"/>
              </w:rPr>
              <w:t>0</w:t>
            </w:r>
          </w:p>
        </w:tc>
      </w:tr>
    </w:tbl>
    <w:p w14:paraId="7FCBCF38" w14:textId="77777777" w:rsidR="006164F7" w:rsidRPr="000343EB" w:rsidRDefault="006164F7" w:rsidP="006164F7">
      <w:pPr>
        <w:spacing w:after="0"/>
        <w:rPr>
          <w:lang w:val="tr-TR"/>
        </w:rPr>
      </w:pPr>
    </w:p>
    <w:p w14:paraId="48D99EBD" w14:textId="77777777" w:rsidR="006164F7" w:rsidRPr="000343EB" w:rsidRDefault="006164F7" w:rsidP="006164F7">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556D7B2B"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5FAB9B30" w14:textId="77777777" w:rsidR="006164F7" w:rsidRPr="000343EB" w:rsidRDefault="006164F7" w:rsidP="00E8130D">
            <w:pPr>
              <w:spacing w:before="40" w:after="40"/>
              <w:jc w:val="center"/>
              <w:rPr>
                <w:lang w:val="tr-TR"/>
              </w:rPr>
            </w:pPr>
            <w:r w:rsidRPr="000343EB">
              <w:rPr>
                <w:rFonts w:ascii="Arial" w:hAnsi="Arial"/>
                <w:sz w:val="13"/>
                <w:lang w:val="tr-TR"/>
              </w:rPr>
              <w:t>Personelin hususi damgalı veya hizmet damgalı pasaport talebini, statüsüne ve talep türüne göre gerekli form ve belgelerle görev yaptığı birim/Personel Daire Başkanlığına iletmesi.</w:t>
            </w:r>
          </w:p>
        </w:tc>
      </w:tr>
    </w:tbl>
    <w:p w14:paraId="641B0EB0"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543A0000"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7D0F6F9E" w14:textId="77777777" w:rsidR="006164F7" w:rsidRPr="000343EB" w:rsidRDefault="006164F7" w:rsidP="00E8130D">
            <w:pPr>
              <w:spacing w:before="40" w:after="40"/>
              <w:jc w:val="center"/>
              <w:rPr>
                <w:lang w:val="tr-TR"/>
              </w:rPr>
            </w:pPr>
            <w:r w:rsidRPr="000343EB">
              <w:rPr>
                <w:rFonts w:ascii="Arial" w:hAnsi="Arial"/>
                <w:sz w:val="13"/>
                <w:lang w:val="tr-TR"/>
              </w:rPr>
              <w:t>Personel Daire Başkanlığınca personelin kadro/unvan, derece ve pasaport hakkına ilişkin özlük bilgilerinin kontrol edilmesi; yetkili imza ve mühür işlemlerinin tamamlanması.</w:t>
            </w:r>
          </w:p>
        </w:tc>
      </w:tr>
    </w:tbl>
    <w:p w14:paraId="501EE6BA"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569976E0"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4C864888" w14:textId="77777777" w:rsidR="006164F7" w:rsidRPr="000343EB" w:rsidRDefault="006164F7" w:rsidP="00E8130D">
            <w:pPr>
              <w:spacing w:before="40" w:after="40"/>
              <w:jc w:val="center"/>
              <w:rPr>
                <w:lang w:val="tr-TR"/>
              </w:rPr>
            </w:pPr>
            <w:r w:rsidRPr="000343EB">
              <w:rPr>
                <w:rFonts w:ascii="Arial" w:hAnsi="Arial"/>
                <w:sz w:val="13"/>
                <w:lang w:val="tr-TR"/>
              </w:rPr>
              <w:t>Hususi damgalı pasaport talep formunun mevzuata uygun şekilde düzenlenerek ilgili personele teslim edilmesi.</w:t>
            </w:r>
          </w:p>
        </w:tc>
      </w:tr>
    </w:tbl>
    <w:p w14:paraId="587257AD"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7DBC78F4"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359A5BB2" w14:textId="77777777" w:rsidR="006164F7" w:rsidRPr="000343EB" w:rsidRDefault="006164F7" w:rsidP="00E8130D">
            <w:pPr>
              <w:spacing w:before="40" w:after="40"/>
              <w:jc w:val="center"/>
              <w:rPr>
                <w:lang w:val="tr-TR"/>
              </w:rPr>
            </w:pPr>
            <w:r w:rsidRPr="000343EB">
              <w:rPr>
                <w:rFonts w:ascii="Arial" w:hAnsi="Arial"/>
                <w:sz w:val="13"/>
                <w:lang w:val="tr-TR"/>
              </w:rPr>
              <w:t>Hizmet damgalı pasaport taleplerinde görevlendirme/onay ve görev süresine ilişkin belgelerin kontrol edilmesi, talep formunun hazırlanması ve ilgiliye teslim edilmesi.</w:t>
            </w:r>
          </w:p>
        </w:tc>
      </w:tr>
    </w:tbl>
    <w:p w14:paraId="427918CF"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7C6B71BC"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3AB993E4" w14:textId="77777777" w:rsidR="006164F7" w:rsidRPr="000343EB" w:rsidRDefault="006164F7" w:rsidP="00E8130D">
            <w:pPr>
              <w:spacing w:before="40" w:after="40"/>
              <w:jc w:val="center"/>
              <w:rPr>
                <w:lang w:val="tr-TR"/>
              </w:rPr>
            </w:pPr>
            <w:r w:rsidRPr="000343EB">
              <w:rPr>
                <w:rFonts w:ascii="Arial" w:hAnsi="Arial"/>
                <w:sz w:val="13"/>
                <w:lang w:val="tr-TR"/>
              </w:rPr>
              <w:t>Emeklilik veya görevden ayrılma sonrası hususi damgalı pasaport hakkına ilişkin yazı taleplerinin özlük kayıtları üzerinden değerlendirilerek ilgili nüfus ve vatandaşlık birimine sunulmak üzere düzenlenmesi.</w:t>
            </w:r>
          </w:p>
        </w:tc>
      </w:tr>
    </w:tbl>
    <w:p w14:paraId="40F72651"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7D7D2E3B"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6485D65A" w14:textId="77777777" w:rsidR="006164F7" w:rsidRPr="000343EB" w:rsidRDefault="006164F7" w:rsidP="00E8130D">
            <w:pPr>
              <w:spacing w:before="40" w:after="40"/>
              <w:jc w:val="center"/>
              <w:rPr>
                <w:lang w:val="tr-TR"/>
              </w:rPr>
            </w:pPr>
            <w:r w:rsidRPr="000343EB">
              <w:rPr>
                <w:rFonts w:ascii="Arial" w:hAnsi="Arial"/>
                <w:sz w:val="13"/>
                <w:lang w:val="tr-TR"/>
              </w:rPr>
              <w:t>Pasaport işlemine ilişkin belge ve kayıtların personel özlük dosyasında/arşivinde muhafaza edilmesi.</w:t>
            </w:r>
          </w:p>
        </w:tc>
      </w:tr>
    </w:tbl>
    <w:p w14:paraId="46639115" w14:textId="77777777" w:rsidR="006164F7" w:rsidRPr="000343EB" w:rsidRDefault="006164F7" w:rsidP="006164F7">
      <w:pPr>
        <w:spacing w:after="20"/>
        <w:jc w:val="center"/>
        <w:rPr>
          <w:lang w:val="tr-TR"/>
        </w:rPr>
      </w:pPr>
      <w:r w:rsidRPr="000343EB">
        <w:rPr>
          <w:b/>
          <w:color w:val="B97000"/>
          <w:sz w:val="16"/>
          <w:lang w:val="tr-TR"/>
        </w:rPr>
        <w:t>BİTİŞ</w:t>
      </w:r>
    </w:p>
    <w:p w14:paraId="74C1B202"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5682 sayılı Pasaport Kanunu; İçişleri Bakanlığı/Nüfus ve Vatandaşlık İşleri uygulamaları; SBÜ PDB pasaport işlemleri ve yetkili imza süreçleri.</w:t>
      </w:r>
    </w:p>
    <w:p w14:paraId="45D6FFB2" w14:textId="77777777" w:rsidR="006164F7" w:rsidRPr="000343EB" w:rsidRDefault="006164F7" w:rsidP="006164F7">
      <w:pPr>
        <w:rPr>
          <w:lang w:val="tr-TR"/>
        </w:rPr>
      </w:pPr>
      <w:r w:rsidRPr="000343EB">
        <w:rPr>
          <w:lang w:val="tr-TR"/>
        </w:rPr>
        <w:br w:type="page"/>
      </w:r>
    </w:p>
    <w:tbl>
      <w:tblPr>
        <w:tblW w:w="0" w:type="auto"/>
        <w:jc w:val="center"/>
        <w:tblLayout w:type="fixed"/>
        <w:tblLook w:val="04A0" w:firstRow="1" w:lastRow="0" w:firstColumn="1" w:lastColumn="0" w:noHBand="0" w:noVBand="1"/>
      </w:tblPr>
      <w:tblGrid>
        <w:gridCol w:w="1587"/>
        <w:gridCol w:w="5272"/>
        <w:gridCol w:w="1474"/>
        <w:gridCol w:w="1871"/>
      </w:tblGrid>
      <w:tr w:rsidR="006164F7" w:rsidRPr="000343EB" w14:paraId="3D35EB65"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641C2B00" w14:textId="77777777" w:rsidR="006164F7" w:rsidRPr="000343EB" w:rsidRDefault="006164F7" w:rsidP="00E8130D">
            <w:pPr>
              <w:jc w:val="center"/>
              <w:rPr>
                <w:lang w:val="tr-TR"/>
              </w:rPr>
            </w:pPr>
            <w:r w:rsidRPr="000343EB">
              <w:rPr>
                <w:noProof/>
                <w:lang w:val="tr-TR"/>
              </w:rPr>
              <w:lastRenderedPageBreak/>
              <w:drawing>
                <wp:inline distT="0" distB="0" distL="0" distR="0" wp14:anchorId="71B9874F" wp14:editId="7588DBE8">
                  <wp:extent cx="720000" cy="721629"/>
                  <wp:effectExtent l="0" t="0" r="0" b="0"/>
                  <wp:docPr id="9403197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27AA88F3"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Mal Bildirimi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5454A5F9" w14:textId="77777777" w:rsidR="006164F7" w:rsidRPr="000343EB" w:rsidRDefault="006164F7" w:rsidP="00E8130D">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E70172D" w14:textId="77777777" w:rsidR="006164F7" w:rsidRPr="000343EB" w:rsidRDefault="006164F7" w:rsidP="00E8130D">
            <w:pPr>
              <w:rPr>
                <w:lang w:val="tr-TR"/>
              </w:rPr>
            </w:pPr>
            <w:r w:rsidRPr="000343EB">
              <w:rPr>
                <w:sz w:val="14"/>
                <w:lang w:val="tr-TR"/>
              </w:rPr>
              <w:t>UNİKA-İAS-C2-045</w:t>
            </w:r>
          </w:p>
        </w:tc>
      </w:tr>
      <w:tr w:rsidR="006164F7" w:rsidRPr="000343EB" w14:paraId="37FA2A2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894578F"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4DEFE8EF"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7C7E674" w14:textId="77777777" w:rsidR="006164F7" w:rsidRPr="000343EB" w:rsidRDefault="006164F7" w:rsidP="00E8130D">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AE0AA83" w14:textId="77777777" w:rsidR="006164F7" w:rsidRPr="000343EB" w:rsidRDefault="006164F7" w:rsidP="00E8130D">
            <w:pPr>
              <w:rPr>
                <w:lang w:val="tr-TR"/>
              </w:rPr>
            </w:pPr>
            <w:r w:rsidRPr="000343EB">
              <w:rPr>
                <w:sz w:val="14"/>
                <w:lang w:val="tr-TR"/>
              </w:rPr>
              <w:t>11.05.2023</w:t>
            </w:r>
          </w:p>
        </w:tc>
      </w:tr>
      <w:tr w:rsidR="006164F7" w:rsidRPr="000343EB" w14:paraId="753E70E2"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330B7DF"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4F0AB057"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81BDAA3" w14:textId="77777777" w:rsidR="006164F7" w:rsidRPr="000343EB" w:rsidRDefault="006164F7" w:rsidP="00E8130D">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F9F81AD" w14:textId="77777777" w:rsidR="006164F7" w:rsidRPr="000343EB" w:rsidRDefault="006164F7" w:rsidP="00E8130D">
            <w:pPr>
              <w:rPr>
                <w:lang w:val="tr-TR"/>
              </w:rPr>
            </w:pPr>
            <w:r w:rsidRPr="000343EB">
              <w:rPr>
                <w:sz w:val="14"/>
                <w:lang w:val="tr-TR"/>
              </w:rPr>
              <w:t>-</w:t>
            </w:r>
          </w:p>
        </w:tc>
      </w:tr>
      <w:tr w:rsidR="006164F7" w:rsidRPr="000343EB" w14:paraId="099FF66B"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77D804A"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24AF9032"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E3B84A2" w14:textId="77777777" w:rsidR="006164F7" w:rsidRPr="000343EB" w:rsidRDefault="006164F7" w:rsidP="00E8130D">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C5C3D14" w14:textId="77777777" w:rsidR="006164F7" w:rsidRPr="000343EB" w:rsidRDefault="006164F7" w:rsidP="00E8130D">
            <w:pPr>
              <w:rPr>
                <w:lang w:val="tr-TR"/>
              </w:rPr>
            </w:pPr>
            <w:r w:rsidRPr="000343EB">
              <w:rPr>
                <w:sz w:val="14"/>
                <w:lang w:val="tr-TR"/>
              </w:rPr>
              <w:t>0</w:t>
            </w:r>
          </w:p>
        </w:tc>
      </w:tr>
    </w:tbl>
    <w:p w14:paraId="58BD2BA7" w14:textId="77777777" w:rsidR="006164F7" w:rsidRPr="000343EB" w:rsidRDefault="006164F7" w:rsidP="006164F7">
      <w:pPr>
        <w:spacing w:after="0"/>
        <w:rPr>
          <w:lang w:val="tr-TR"/>
        </w:rPr>
      </w:pPr>
    </w:p>
    <w:p w14:paraId="6C409C21" w14:textId="77777777" w:rsidR="006164F7" w:rsidRPr="000343EB" w:rsidRDefault="006164F7" w:rsidP="006164F7">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2BABA62E"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05B27E80" w14:textId="77777777" w:rsidR="006164F7" w:rsidRPr="000343EB" w:rsidRDefault="006164F7" w:rsidP="00E8130D">
            <w:pPr>
              <w:spacing w:before="40" w:after="40"/>
              <w:jc w:val="center"/>
              <w:rPr>
                <w:lang w:val="tr-TR"/>
              </w:rPr>
            </w:pPr>
            <w:r w:rsidRPr="000343EB">
              <w:rPr>
                <w:rFonts w:ascii="Arial" w:hAnsi="Arial"/>
                <w:sz w:val="14"/>
                <w:lang w:val="tr-TR"/>
              </w:rPr>
              <w:t>Mal bildirimi verilmesini gerektiren dönem veya durumlarda personele duyuru yapılması; personelin mal bildirimini mevzuatta belirtilen süre içinde kapalı/gizlilik esasına uygun şekilde teslim etmesi.</w:t>
            </w:r>
          </w:p>
        </w:tc>
      </w:tr>
    </w:tbl>
    <w:p w14:paraId="7312F698"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27A94EB1"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398B14CA" w14:textId="77777777" w:rsidR="006164F7" w:rsidRPr="000343EB" w:rsidRDefault="006164F7" w:rsidP="00E8130D">
            <w:pPr>
              <w:spacing w:before="40" w:after="40"/>
              <w:jc w:val="center"/>
              <w:rPr>
                <w:lang w:val="tr-TR"/>
              </w:rPr>
            </w:pPr>
            <w:r w:rsidRPr="000343EB">
              <w:rPr>
                <w:rFonts w:ascii="Arial" w:hAnsi="Arial"/>
                <w:sz w:val="14"/>
                <w:lang w:val="tr-TR"/>
              </w:rPr>
              <w:t>Mal bildiriminin teslim alındığının kayıt altına alınması; formun şekli ve teslim süresi yönünden kontrol edilmesi.</w:t>
            </w:r>
          </w:p>
        </w:tc>
      </w:tr>
    </w:tbl>
    <w:p w14:paraId="253CB6D1"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5E4DDC27"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253E3397" w14:textId="77777777" w:rsidR="006164F7" w:rsidRPr="000343EB" w:rsidRDefault="006164F7" w:rsidP="00E8130D">
            <w:pPr>
              <w:spacing w:before="40" w:after="40"/>
              <w:jc w:val="center"/>
              <w:rPr>
                <w:lang w:val="tr-TR"/>
              </w:rPr>
            </w:pPr>
            <w:r w:rsidRPr="000343EB">
              <w:rPr>
                <w:rFonts w:ascii="Arial" w:hAnsi="Arial"/>
                <w:sz w:val="14"/>
                <w:lang w:val="tr-TR"/>
              </w:rPr>
              <w:t>Ek/genel mal bildirimi verilmesini gerektiren hâllerde ilgili personelden yeni bildirim alınması ve kayıtların güncellenmesi.</w:t>
            </w:r>
          </w:p>
        </w:tc>
      </w:tr>
    </w:tbl>
    <w:p w14:paraId="6C03BC20"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68635E7D"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66551068" w14:textId="77777777" w:rsidR="006164F7" w:rsidRPr="000343EB" w:rsidRDefault="006164F7" w:rsidP="00E8130D">
            <w:pPr>
              <w:spacing w:before="40" w:after="40"/>
              <w:jc w:val="center"/>
              <w:rPr>
                <w:lang w:val="tr-TR"/>
              </w:rPr>
            </w:pPr>
            <w:r w:rsidRPr="000343EB">
              <w:rPr>
                <w:rFonts w:ascii="Arial" w:hAnsi="Arial"/>
                <w:sz w:val="14"/>
                <w:lang w:val="tr-TR"/>
              </w:rPr>
              <w:t>Mal bildirimlerinin gizlilik hükümlerine uygun biçimde personelin özlük dosyasında güvenli şekilde muhafaza edilmesi.</w:t>
            </w:r>
          </w:p>
        </w:tc>
      </w:tr>
    </w:tbl>
    <w:p w14:paraId="472CD327" w14:textId="77777777" w:rsidR="006164F7" w:rsidRPr="000343EB" w:rsidRDefault="006164F7" w:rsidP="006164F7">
      <w:pPr>
        <w:spacing w:after="20"/>
        <w:jc w:val="center"/>
        <w:rPr>
          <w:lang w:val="tr-TR"/>
        </w:rPr>
      </w:pPr>
      <w:r w:rsidRPr="000343EB">
        <w:rPr>
          <w:b/>
          <w:color w:val="B97000"/>
          <w:sz w:val="16"/>
          <w:lang w:val="tr-TR"/>
        </w:rPr>
        <w:t>BİTİŞ</w:t>
      </w:r>
    </w:p>
    <w:p w14:paraId="1DAD4EAB"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 xml:space="preserve">3628 sayılı Mal Bildiriminde Bulunulması, Rüşvet ve Yolsuzluklarla Mücadele Kanunu; Mal Bildiriminde Bulunulması Hakkında </w:t>
      </w:r>
      <w:proofErr w:type="gramStart"/>
      <w:r w:rsidRPr="000343EB">
        <w:rPr>
          <w:sz w:val="11"/>
          <w:lang w:val="tr-TR"/>
        </w:rPr>
        <w:t>Yönetmelik;</w:t>
      </w:r>
      <w:proofErr w:type="gramEnd"/>
      <w:r w:rsidRPr="000343EB">
        <w:rPr>
          <w:sz w:val="11"/>
          <w:lang w:val="tr-TR"/>
        </w:rPr>
        <w:t xml:space="preserve"> SBÜ PDB mal bildirimi ve özlük/arşiv süreçleri.</w:t>
      </w:r>
    </w:p>
    <w:p w14:paraId="1CAFC53F" w14:textId="77777777" w:rsidR="006164F7" w:rsidRPr="000343EB" w:rsidRDefault="006164F7" w:rsidP="006164F7">
      <w:pPr>
        <w:rPr>
          <w:lang w:val="tr-TR"/>
        </w:rPr>
      </w:pPr>
      <w:r w:rsidRPr="000343EB">
        <w:rPr>
          <w:lang w:val="tr-TR"/>
        </w:rPr>
        <w:br w:type="page"/>
      </w:r>
    </w:p>
    <w:p w14:paraId="1B026BCB" w14:textId="77777777" w:rsidR="000343EB" w:rsidRPr="000343EB" w:rsidRDefault="000343EB" w:rsidP="000343EB">
      <w:pPr>
        <w:rPr>
          <w:lang w:val="tr-TR"/>
        </w:rPr>
      </w:pPr>
    </w:p>
    <w:tbl>
      <w:tblPr>
        <w:tblW w:w="0" w:type="auto"/>
        <w:jc w:val="center"/>
        <w:tblLayout w:type="fixed"/>
        <w:tblLook w:val="04A0" w:firstRow="1" w:lastRow="0" w:firstColumn="1" w:lastColumn="0" w:noHBand="0" w:noVBand="1"/>
      </w:tblPr>
      <w:tblGrid>
        <w:gridCol w:w="1587"/>
        <w:gridCol w:w="5272"/>
        <w:gridCol w:w="1474"/>
        <w:gridCol w:w="1871"/>
      </w:tblGrid>
      <w:tr w:rsidR="000343EB" w:rsidRPr="000343EB" w14:paraId="0589CA3D"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6EDFE39" w14:textId="77777777" w:rsidR="000343EB" w:rsidRPr="000343EB" w:rsidRDefault="000343EB" w:rsidP="00A52618">
            <w:pPr>
              <w:jc w:val="center"/>
              <w:rPr>
                <w:lang w:val="tr-TR"/>
              </w:rPr>
            </w:pPr>
            <w:r w:rsidRPr="000343EB">
              <w:rPr>
                <w:noProof/>
                <w:lang w:val="tr-TR"/>
              </w:rPr>
              <w:drawing>
                <wp:inline distT="0" distB="0" distL="0" distR="0" wp14:anchorId="4AFCA828" wp14:editId="59CBD401">
                  <wp:extent cx="720000" cy="721629"/>
                  <wp:effectExtent l="0" t="0" r="0" b="0"/>
                  <wp:docPr id="3579785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333EA261" w14:textId="77777777" w:rsidR="000343EB" w:rsidRPr="000343EB" w:rsidRDefault="000343EB" w:rsidP="00A52618">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TEKNOKENT Görevlendirme İşlemleri</w:t>
            </w:r>
            <w:r w:rsidRPr="000343EB">
              <w:rPr>
                <w:rFonts w:ascii="Arial" w:hAnsi="Arial"/>
                <w:b/>
                <w:color w:val="14375F"/>
                <w:sz w:val="18"/>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04E83CA2" w14:textId="77777777" w:rsidR="000343EB" w:rsidRPr="000343EB" w:rsidRDefault="000343EB" w:rsidP="00A52618">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5C6ABAB6" w14:textId="77777777" w:rsidR="000343EB" w:rsidRPr="000343EB" w:rsidRDefault="000343EB" w:rsidP="00A52618">
            <w:pPr>
              <w:rPr>
                <w:lang w:val="tr-TR"/>
              </w:rPr>
            </w:pPr>
            <w:r w:rsidRPr="000343EB">
              <w:rPr>
                <w:sz w:val="14"/>
                <w:lang w:val="tr-TR"/>
              </w:rPr>
              <w:t>UNİKA-İAS-C2-046</w:t>
            </w:r>
          </w:p>
        </w:tc>
      </w:tr>
      <w:tr w:rsidR="000343EB" w:rsidRPr="000343EB" w14:paraId="67784E81"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2202BC7"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773C2BCF"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A699F15" w14:textId="77777777" w:rsidR="000343EB" w:rsidRPr="000343EB" w:rsidRDefault="000343EB" w:rsidP="00A52618">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2108BE46" w14:textId="77777777" w:rsidR="000343EB" w:rsidRPr="000343EB" w:rsidRDefault="000343EB" w:rsidP="00A52618">
            <w:pPr>
              <w:rPr>
                <w:lang w:val="tr-TR"/>
              </w:rPr>
            </w:pPr>
            <w:r w:rsidRPr="000343EB">
              <w:rPr>
                <w:sz w:val="14"/>
                <w:lang w:val="tr-TR"/>
              </w:rPr>
              <w:t>11.05.2023</w:t>
            </w:r>
          </w:p>
        </w:tc>
      </w:tr>
      <w:tr w:rsidR="000343EB" w:rsidRPr="000343EB" w14:paraId="3F7D7D77"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D68AB38"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037D3C98"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68A3E00" w14:textId="77777777" w:rsidR="000343EB" w:rsidRPr="000343EB" w:rsidRDefault="000343EB" w:rsidP="00A52618">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0797B57" w14:textId="77777777" w:rsidR="000343EB" w:rsidRPr="000343EB" w:rsidRDefault="000343EB" w:rsidP="00A52618">
            <w:pPr>
              <w:rPr>
                <w:lang w:val="tr-TR"/>
              </w:rPr>
            </w:pPr>
            <w:r w:rsidRPr="000343EB">
              <w:rPr>
                <w:sz w:val="14"/>
                <w:lang w:val="tr-TR"/>
              </w:rPr>
              <w:t>-</w:t>
            </w:r>
          </w:p>
        </w:tc>
      </w:tr>
      <w:tr w:rsidR="000343EB" w:rsidRPr="000343EB" w14:paraId="27CB12BE"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C43154C" w14:textId="77777777" w:rsidR="000343EB" w:rsidRPr="000343EB" w:rsidRDefault="000343EB" w:rsidP="00A52618">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4494E0FF" w14:textId="77777777" w:rsidR="000343EB" w:rsidRPr="000343EB" w:rsidRDefault="000343EB"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E886F0E" w14:textId="77777777" w:rsidR="000343EB" w:rsidRPr="000343EB" w:rsidRDefault="000343EB" w:rsidP="00A52618">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3192C72" w14:textId="77777777" w:rsidR="000343EB" w:rsidRPr="000343EB" w:rsidRDefault="000343EB" w:rsidP="00A52618">
            <w:pPr>
              <w:rPr>
                <w:lang w:val="tr-TR"/>
              </w:rPr>
            </w:pPr>
            <w:r w:rsidRPr="000343EB">
              <w:rPr>
                <w:sz w:val="14"/>
                <w:lang w:val="tr-TR"/>
              </w:rPr>
              <w:t>0</w:t>
            </w:r>
          </w:p>
        </w:tc>
      </w:tr>
    </w:tbl>
    <w:p w14:paraId="349ACA48" w14:textId="77777777" w:rsidR="000343EB" w:rsidRPr="000343EB" w:rsidRDefault="000343EB" w:rsidP="000343EB">
      <w:pPr>
        <w:spacing w:after="0"/>
        <w:rPr>
          <w:lang w:val="tr-TR"/>
        </w:rPr>
      </w:pPr>
    </w:p>
    <w:p w14:paraId="314EFC08" w14:textId="77777777" w:rsidR="000343EB" w:rsidRPr="000343EB" w:rsidRDefault="000343EB" w:rsidP="000343EB">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0343EB" w:rsidRPr="000343EB" w14:paraId="0DF981A2"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3E278A82" w14:textId="77777777" w:rsidR="000343EB" w:rsidRPr="000343EB" w:rsidRDefault="000343EB" w:rsidP="00A52618">
            <w:pPr>
              <w:spacing w:before="40" w:after="40"/>
              <w:jc w:val="center"/>
              <w:rPr>
                <w:lang w:val="tr-TR"/>
              </w:rPr>
            </w:pPr>
            <w:r w:rsidRPr="000343EB">
              <w:rPr>
                <w:rFonts w:ascii="Arial" w:hAnsi="Arial"/>
                <w:sz w:val="13"/>
                <w:lang w:val="tr-TR"/>
              </w:rPr>
              <w:t>Teknoloji geliştirme bölgesinde yürütülecek çalışma/proje kapsamında akademik personelin görevlendirilmesine ilişkin talep, proje/şirket ve görev bilgileriyle görev yaptığı akademik birime sunulur.</w:t>
            </w:r>
          </w:p>
        </w:tc>
      </w:tr>
    </w:tbl>
    <w:p w14:paraId="37EEE69D"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411D0386"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6311E8CE" w14:textId="77777777" w:rsidR="000343EB" w:rsidRPr="000343EB" w:rsidRDefault="000343EB" w:rsidP="00A52618">
            <w:pPr>
              <w:spacing w:before="40" w:after="40"/>
              <w:jc w:val="center"/>
              <w:rPr>
                <w:lang w:val="tr-TR"/>
              </w:rPr>
            </w:pPr>
            <w:r w:rsidRPr="000343EB">
              <w:rPr>
                <w:rFonts w:ascii="Arial" w:hAnsi="Arial"/>
                <w:sz w:val="13"/>
                <w:lang w:val="tr-TR"/>
              </w:rPr>
              <w:t>İlgili akademik birim, talebi personelin görevleri, eğitim-öğretim yükümlülükleri ve görevlendirmenin niteliği bakımından değerlendirir; uygun görüş verilmesi hâlinde gerekli kurul kararı/görüşü oluşturulur.</w:t>
            </w:r>
          </w:p>
        </w:tc>
      </w:tr>
    </w:tbl>
    <w:p w14:paraId="111CF99C"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6C304EAF"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1FA0858E" w14:textId="77777777" w:rsidR="000343EB" w:rsidRPr="000343EB" w:rsidRDefault="000343EB" w:rsidP="00A52618">
            <w:pPr>
              <w:spacing w:before="40" w:after="40"/>
              <w:jc w:val="center"/>
              <w:rPr>
                <w:lang w:val="tr-TR"/>
              </w:rPr>
            </w:pPr>
            <w:r w:rsidRPr="000343EB">
              <w:rPr>
                <w:rFonts w:ascii="Arial" w:hAnsi="Arial"/>
                <w:sz w:val="13"/>
                <w:lang w:val="tr-TR"/>
              </w:rPr>
              <w:t>Uygun bulunan talep, 4691 sayılı Teknoloji Geliştirme Bölgeleri Kanununun ilgili hükümleri kapsamında Rektörlük/Üniversite Yönetim Kurulu değerlendirmesine sunulur.</w:t>
            </w:r>
          </w:p>
        </w:tc>
      </w:tr>
    </w:tbl>
    <w:p w14:paraId="14476EF6"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132D0EE2"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13788FB0" w14:textId="77777777" w:rsidR="000343EB" w:rsidRPr="000343EB" w:rsidRDefault="000343EB" w:rsidP="00A52618">
            <w:pPr>
              <w:spacing w:before="40" w:after="40"/>
              <w:jc w:val="center"/>
              <w:rPr>
                <w:lang w:val="tr-TR"/>
              </w:rPr>
            </w:pPr>
            <w:r w:rsidRPr="000343EB">
              <w:rPr>
                <w:rFonts w:ascii="Arial" w:hAnsi="Arial"/>
                <w:sz w:val="13"/>
                <w:lang w:val="tr-TR"/>
              </w:rPr>
              <w:t>Yetkili kurul/makam tarafından uygun bulunan görevlendirme için onay ve ilgili kurum/şirket ile yapılması gereken resmî yazışmalar tamamlanır.</w:t>
            </w:r>
          </w:p>
        </w:tc>
      </w:tr>
    </w:tbl>
    <w:p w14:paraId="42A0B391"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191E9296"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2A1595BF" w14:textId="77777777" w:rsidR="000343EB" w:rsidRPr="000343EB" w:rsidRDefault="000343EB" w:rsidP="00A52618">
            <w:pPr>
              <w:spacing w:before="40" w:after="40"/>
              <w:jc w:val="center"/>
              <w:rPr>
                <w:lang w:val="tr-TR"/>
              </w:rPr>
            </w:pPr>
            <w:r w:rsidRPr="000343EB">
              <w:rPr>
                <w:rFonts w:ascii="Arial" w:hAnsi="Arial"/>
                <w:sz w:val="13"/>
                <w:lang w:val="tr-TR"/>
              </w:rPr>
              <w:t>Karar ve görevlendirme bilgisi personele, görev yaptığı akademik birime ve gerekli diğer birimlere bildirilir; özlük kayıtlarına işlenir.</w:t>
            </w:r>
          </w:p>
        </w:tc>
      </w:tr>
    </w:tbl>
    <w:p w14:paraId="44EA41EF" w14:textId="77777777" w:rsidR="000343EB" w:rsidRPr="000343EB" w:rsidRDefault="000343EB" w:rsidP="000343EB">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0343EB" w:rsidRPr="000343EB" w14:paraId="41A99A0D"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69F04590" w14:textId="77777777" w:rsidR="000343EB" w:rsidRPr="000343EB" w:rsidRDefault="000343EB" w:rsidP="00A52618">
            <w:pPr>
              <w:spacing w:before="40" w:after="40"/>
              <w:jc w:val="center"/>
              <w:rPr>
                <w:lang w:val="tr-TR"/>
              </w:rPr>
            </w:pPr>
            <w:r w:rsidRPr="000343EB">
              <w:rPr>
                <w:rFonts w:ascii="Arial" w:hAnsi="Arial"/>
                <w:sz w:val="13"/>
                <w:lang w:val="tr-TR"/>
              </w:rPr>
              <w:t>İşlem evrakı personelin özlük dosyasında muhafaza edilir.</w:t>
            </w:r>
          </w:p>
        </w:tc>
      </w:tr>
    </w:tbl>
    <w:p w14:paraId="2287BE6A" w14:textId="77777777" w:rsidR="000343EB" w:rsidRPr="000343EB" w:rsidRDefault="000343EB" w:rsidP="000343EB">
      <w:pPr>
        <w:spacing w:after="20"/>
        <w:jc w:val="center"/>
        <w:rPr>
          <w:lang w:val="tr-TR"/>
        </w:rPr>
      </w:pPr>
      <w:r w:rsidRPr="000343EB">
        <w:rPr>
          <w:b/>
          <w:color w:val="B97000"/>
          <w:sz w:val="16"/>
          <w:lang w:val="tr-TR"/>
        </w:rPr>
        <w:t>BİTİŞ</w:t>
      </w:r>
    </w:p>
    <w:p w14:paraId="4CA0AC3E" w14:textId="77777777" w:rsidR="000343EB" w:rsidRPr="000343EB" w:rsidRDefault="000343EB" w:rsidP="000343EB">
      <w:pPr>
        <w:spacing w:before="20" w:after="0"/>
        <w:rPr>
          <w:sz w:val="11"/>
          <w:lang w:val="tr-TR"/>
        </w:rPr>
      </w:pPr>
      <w:r w:rsidRPr="000343EB">
        <w:rPr>
          <w:b/>
          <w:sz w:val="11"/>
          <w:lang w:val="tr-TR"/>
        </w:rPr>
        <w:t xml:space="preserve">Dayanak / SBÜ Kurumsal Uyum: </w:t>
      </w:r>
      <w:r w:rsidRPr="000343EB">
        <w:rPr>
          <w:sz w:val="11"/>
          <w:lang w:val="tr-TR"/>
        </w:rPr>
        <w:t>2547 sayılı Yükseköğretim Kanunu; 4691 sayılı Teknoloji Geliştirme Bölgeleri Kanunu m.7 ve ilgili ikincil mevzuat; SBÜ akademik personel görevlendirme süreçleri.</w:t>
      </w:r>
    </w:p>
    <w:p w14:paraId="10B3F3B5" w14:textId="77777777" w:rsidR="000343EB" w:rsidRPr="000343EB" w:rsidRDefault="000343EB" w:rsidP="000343EB">
      <w:pPr>
        <w:spacing w:before="20" w:after="0"/>
        <w:rPr>
          <w:sz w:val="11"/>
          <w:lang w:val="tr-TR"/>
        </w:rPr>
      </w:pPr>
    </w:p>
    <w:p w14:paraId="2711754A" w14:textId="77777777" w:rsidR="000343EB" w:rsidRPr="000343EB" w:rsidRDefault="000343EB" w:rsidP="000343EB">
      <w:pPr>
        <w:spacing w:before="20" w:after="0"/>
        <w:rPr>
          <w:sz w:val="11"/>
          <w:lang w:val="tr-TR"/>
        </w:rPr>
      </w:pPr>
    </w:p>
    <w:p w14:paraId="56B3EFE0" w14:textId="77777777" w:rsidR="000343EB" w:rsidRPr="000343EB" w:rsidRDefault="000343EB" w:rsidP="000343EB">
      <w:pPr>
        <w:spacing w:before="20" w:after="0"/>
        <w:rPr>
          <w:sz w:val="11"/>
          <w:lang w:val="tr-TR"/>
        </w:rPr>
      </w:pPr>
    </w:p>
    <w:p w14:paraId="1D70546B" w14:textId="77777777" w:rsidR="000343EB" w:rsidRPr="000343EB" w:rsidRDefault="000343EB" w:rsidP="000343EB">
      <w:pPr>
        <w:spacing w:before="20" w:after="0"/>
        <w:rPr>
          <w:sz w:val="11"/>
          <w:lang w:val="tr-TR"/>
        </w:rPr>
      </w:pPr>
    </w:p>
    <w:p w14:paraId="71D8EEC8" w14:textId="77777777" w:rsidR="000343EB" w:rsidRPr="000343EB" w:rsidRDefault="000343EB" w:rsidP="000343EB">
      <w:pPr>
        <w:spacing w:before="20" w:after="0"/>
        <w:rPr>
          <w:sz w:val="11"/>
          <w:lang w:val="tr-TR"/>
        </w:rPr>
      </w:pPr>
    </w:p>
    <w:p w14:paraId="77E1FCD2" w14:textId="77777777" w:rsidR="000343EB" w:rsidRPr="000343EB" w:rsidRDefault="000343EB" w:rsidP="000343EB">
      <w:pPr>
        <w:spacing w:before="20" w:after="0"/>
        <w:rPr>
          <w:sz w:val="11"/>
          <w:lang w:val="tr-TR"/>
        </w:rPr>
      </w:pPr>
    </w:p>
    <w:p w14:paraId="0E759440" w14:textId="77777777" w:rsidR="000343EB" w:rsidRPr="000343EB" w:rsidRDefault="000343EB" w:rsidP="000343EB">
      <w:pPr>
        <w:spacing w:before="20" w:after="0"/>
        <w:rPr>
          <w:sz w:val="11"/>
          <w:lang w:val="tr-TR"/>
        </w:rPr>
      </w:pPr>
    </w:p>
    <w:p w14:paraId="5967BDFC" w14:textId="77777777" w:rsidR="000343EB" w:rsidRPr="000343EB" w:rsidRDefault="000343EB" w:rsidP="000343EB">
      <w:pPr>
        <w:spacing w:before="20" w:after="0"/>
        <w:rPr>
          <w:sz w:val="11"/>
          <w:lang w:val="tr-TR"/>
        </w:rPr>
      </w:pPr>
    </w:p>
    <w:p w14:paraId="4FEDC5EA" w14:textId="77777777" w:rsidR="000343EB" w:rsidRPr="000343EB" w:rsidRDefault="000343EB" w:rsidP="000343EB">
      <w:pPr>
        <w:spacing w:before="20" w:after="0"/>
        <w:rPr>
          <w:sz w:val="11"/>
          <w:lang w:val="tr-TR"/>
        </w:rPr>
      </w:pPr>
    </w:p>
    <w:p w14:paraId="61776E39" w14:textId="77777777" w:rsidR="000343EB" w:rsidRPr="000343EB" w:rsidRDefault="000343EB" w:rsidP="000343EB">
      <w:pPr>
        <w:spacing w:before="20" w:after="0"/>
        <w:rPr>
          <w:sz w:val="11"/>
          <w:lang w:val="tr-TR"/>
        </w:rPr>
      </w:pPr>
    </w:p>
    <w:p w14:paraId="67805313" w14:textId="77777777" w:rsidR="000343EB" w:rsidRPr="000343EB" w:rsidRDefault="000343EB" w:rsidP="000343EB">
      <w:pPr>
        <w:spacing w:before="20" w:after="0"/>
        <w:rPr>
          <w:sz w:val="11"/>
          <w:lang w:val="tr-TR"/>
        </w:rPr>
      </w:pPr>
    </w:p>
    <w:p w14:paraId="3775A477" w14:textId="77777777" w:rsidR="000343EB" w:rsidRPr="000343EB" w:rsidRDefault="000343EB" w:rsidP="000343EB">
      <w:pPr>
        <w:spacing w:before="20" w:after="0"/>
        <w:rPr>
          <w:sz w:val="11"/>
          <w:lang w:val="tr-TR"/>
        </w:rPr>
      </w:pPr>
    </w:p>
    <w:p w14:paraId="436A692E" w14:textId="77777777" w:rsidR="000343EB" w:rsidRPr="000343EB" w:rsidRDefault="000343EB" w:rsidP="000343EB">
      <w:pPr>
        <w:spacing w:before="20" w:after="0"/>
        <w:rPr>
          <w:sz w:val="11"/>
          <w:lang w:val="tr-TR"/>
        </w:rPr>
      </w:pPr>
    </w:p>
    <w:p w14:paraId="3237C50E" w14:textId="77777777" w:rsidR="000343EB" w:rsidRPr="000343EB" w:rsidRDefault="000343EB" w:rsidP="000343EB">
      <w:pPr>
        <w:spacing w:before="20" w:after="0"/>
        <w:rPr>
          <w:sz w:val="11"/>
          <w:lang w:val="tr-TR"/>
        </w:rPr>
      </w:pPr>
    </w:p>
    <w:p w14:paraId="3A2A0AC6" w14:textId="77777777" w:rsidR="000343EB" w:rsidRPr="000343EB" w:rsidRDefault="000343EB" w:rsidP="000343EB">
      <w:pPr>
        <w:spacing w:before="20" w:after="0"/>
        <w:rPr>
          <w:sz w:val="11"/>
          <w:lang w:val="tr-TR"/>
        </w:rPr>
      </w:pPr>
    </w:p>
    <w:p w14:paraId="733A482F" w14:textId="77777777" w:rsidR="000343EB" w:rsidRPr="000343EB" w:rsidRDefault="000343EB" w:rsidP="000343EB">
      <w:pPr>
        <w:spacing w:before="20" w:after="0"/>
        <w:rPr>
          <w:sz w:val="11"/>
          <w:lang w:val="tr-TR"/>
        </w:rPr>
      </w:pPr>
    </w:p>
    <w:p w14:paraId="22848133" w14:textId="77777777" w:rsidR="000343EB" w:rsidRPr="000343EB" w:rsidRDefault="000343EB" w:rsidP="000343EB">
      <w:pPr>
        <w:spacing w:before="20" w:after="0"/>
        <w:rPr>
          <w:sz w:val="11"/>
          <w:lang w:val="tr-TR"/>
        </w:rPr>
      </w:pPr>
    </w:p>
    <w:p w14:paraId="22FDD694" w14:textId="77777777" w:rsidR="000343EB" w:rsidRPr="000343EB" w:rsidRDefault="000343EB" w:rsidP="000343EB">
      <w:pPr>
        <w:spacing w:before="20" w:after="0"/>
        <w:rPr>
          <w:sz w:val="11"/>
          <w:lang w:val="tr-TR"/>
        </w:rPr>
      </w:pPr>
    </w:p>
    <w:p w14:paraId="33E50079" w14:textId="77777777" w:rsidR="000343EB" w:rsidRPr="000343EB" w:rsidRDefault="000343EB" w:rsidP="000343EB">
      <w:pPr>
        <w:spacing w:before="20" w:after="0"/>
        <w:rPr>
          <w:sz w:val="11"/>
          <w:lang w:val="tr-TR"/>
        </w:rPr>
      </w:pPr>
    </w:p>
    <w:p w14:paraId="5DDA9A06" w14:textId="77777777" w:rsidR="000343EB" w:rsidRPr="000343EB" w:rsidRDefault="000343EB" w:rsidP="000343EB">
      <w:pPr>
        <w:spacing w:before="20" w:after="0"/>
        <w:rPr>
          <w:sz w:val="11"/>
          <w:lang w:val="tr-TR"/>
        </w:rPr>
      </w:pPr>
    </w:p>
    <w:p w14:paraId="73ECBAF8" w14:textId="77777777" w:rsidR="000343EB" w:rsidRPr="000343EB" w:rsidRDefault="000343EB" w:rsidP="000343EB">
      <w:pPr>
        <w:spacing w:before="20" w:after="0"/>
        <w:rPr>
          <w:sz w:val="11"/>
          <w:lang w:val="tr-TR"/>
        </w:rPr>
      </w:pPr>
    </w:p>
    <w:p w14:paraId="7C33DE95" w14:textId="77777777" w:rsidR="000343EB" w:rsidRPr="000343EB" w:rsidRDefault="000343EB" w:rsidP="000343EB">
      <w:pPr>
        <w:spacing w:before="20" w:after="0"/>
        <w:rPr>
          <w:sz w:val="11"/>
          <w:lang w:val="tr-TR"/>
        </w:rPr>
      </w:pPr>
    </w:p>
    <w:p w14:paraId="23D8E527" w14:textId="77777777" w:rsidR="000343EB" w:rsidRPr="000343EB" w:rsidRDefault="000343EB" w:rsidP="000343EB">
      <w:pPr>
        <w:spacing w:before="20" w:after="0"/>
        <w:rPr>
          <w:sz w:val="11"/>
          <w:lang w:val="tr-TR"/>
        </w:rPr>
      </w:pPr>
    </w:p>
    <w:p w14:paraId="551FBDBF" w14:textId="77777777" w:rsidR="000343EB" w:rsidRPr="000343EB" w:rsidRDefault="000343EB" w:rsidP="000343EB">
      <w:pPr>
        <w:spacing w:before="20" w:after="0"/>
        <w:rPr>
          <w:sz w:val="11"/>
          <w:lang w:val="tr-TR"/>
        </w:rPr>
      </w:pPr>
    </w:p>
    <w:p w14:paraId="6B767B60" w14:textId="77777777" w:rsidR="000343EB" w:rsidRPr="000343EB" w:rsidRDefault="000343EB" w:rsidP="000343EB">
      <w:pPr>
        <w:spacing w:before="20" w:after="0"/>
        <w:rPr>
          <w:sz w:val="11"/>
          <w:lang w:val="tr-TR"/>
        </w:rPr>
      </w:pPr>
    </w:p>
    <w:p w14:paraId="1E5D0B20" w14:textId="77777777" w:rsidR="000343EB" w:rsidRPr="000343EB" w:rsidRDefault="000343EB" w:rsidP="000343EB">
      <w:pPr>
        <w:spacing w:before="20" w:after="0"/>
        <w:rPr>
          <w:sz w:val="11"/>
          <w:lang w:val="tr-TR"/>
        </w:rPr>
      </w:pPr>
    </w:p>
    <w:p w14:paraId="47331474" w14:textId="77777777" w:rsidR="000343EB" w:rsidRPr="000343EB" w:rsidRDefault="000343EB" w:rsidP="000343EB">
      <w:pPr>
        <w:spacing w:before="20" w:after="0"/>
        <w:rPr>
          <w:sz w:val="11"/>
          <w:lang w:val="tr-TR"/>
        </w:rPr>
      </w:pPr>
    </w:p>
    <w:p w14:paraId="799DDF90" w14:textId="77777777" w:rsidR="000343EB" w:rsidRPr="000343EB" w:rsidRDefault="000343EB" w:rsidP="000343EB">
      <w:pPr>
        <w:spacing w:before="20" w:after="0"/>
        <w:rPr>
          <w:sz w:val="11"/>
          <w:lang w:val="tr-TR"/>
        </w:rPr>
      </w:pPr>
    </w:p>
    <w:p w14:paraId="00A79E17" w14:textId="77777777" w:rsidR="000343EB" w:rsidRPr="000343EB" w:rsidRDefault="000343EB" w:rsidP="000343EB">
      <w:pPr>
        <w:spacing w:before="20" w:after="0"/>
        <w:rPr>
          <w:sz w:val="11"/>
          <w:lang w:val="tr-TR"/>
        </w:rPr>
      </w:pPr>
    </w:p>
    <w:p w14:paraId="782B7A2F" w14:textId="77777777" w:rsidR="000343EB" w:rsidRPr="000343EB" w:rsidRDefault="000343EB" w:rsidP="000343EB">
      <w:pPr>
        <w:spacing w:before="20" w:after="0"/>
        <w:rPr>
          <w:sz w:val="11"/>
          <w:lang w:val="tr-TR"/>
        </w:rPr>
      </w:pPr>
    </w:p>
    <w:p w14:paraId="60482BCD" w14:textId="77777777" w:rsidR="000343EB" w:rsidRPr="000343EB" w:rsidRDefault="000343EB" w:rsidP="000343EB">
      <w:pPr>
        <w:spacing w:before="20" w:after="0"/>
        <w:rPr>
          <w:sz w:val="11"/>
          <w:lang w:val="tr-TR"/>
        </w:rPr>
      </w:pPr>
    </w:p>
    <w:p w14:paraId="6B6B48E8" w14:textId="77777777" w:rsidR="000343EB" w:rsidRPr="000343EB" w:rsidRDefault="000343EB" w:rsidP="000343EB">
      <w:pPr>
        <w:spacing w:before="20" w:after="0"/>
        <w:rPr>
          <w:sz w:val="11"/>
          <w:lang w:val="tr-TR"/>
        </w:rPr>
      </w:pPr>
    </w:p>
    <w:p w14:paraId="54A4D200" w14:textId="77777777" w:rsidR="000343EB" w:rsidRPr="000343EB" w:rsidRDefault="000343EB" w:rsidP="000343EB">
      <w:pPr>
        <w:spacing w:before="20" w:after="0"/>
        <w:rPr>
          <w:sz w:val="11"/>
          <w:lang w:val="tr-TR"/>
        </w:rPr>
      </w:pPr>
    </w:p>
    <w:p w14:paraId="290AE615" w14:textId="77777777" w:rsidR="000343EB" w:rsidRPr="000343EB" w:rsidRDefault="000343EB" w:rsidP="000343EB">
      <w:pPr>
        <w:spacing w:before="20" w:after="0"/>
        <w:rPr>
          <w:sz w:val="11"/>
          <w:lang w:val="tr-TR"/>
        </w:rPr>
      </w:pPr>
    </w:p>
    <w:p w14:paraId="2BA70E7D" w14:textId="77777777" w:rsidR="000343EB" w:rsidRPr="000343EB" w:rsidRDefault="000343EB" w:rsidP="000343EB">
      <w:pPr>
        <w:spacing w:before="20" w:after="0"/>
        <w:rPr>
          <w:sz w:val="11"/>
          <w:lang w:val="tr-TR"/>
        </w:rPr>
      </w:pPr>
    </w:p>
    <w:p w14:paraId="2FB54FE3" w14:textId="77777777" w:rsidR="000343EB" w:rsidRPr="000343EB" w:rsidRDefault="000343EB" w:rsidP="000343EB">
      <w:pPr>
        <w:spacing w:before="20" w:after="0"/>
        <w:rPr>
          <w:sz w:val="11"/>
          <w:lang w:val="tr-TR"/>
        </w:rPr>
      </w:pPr>
    </w:p>
    <w:p w14:paraId="6DC535E4" w14:textId="77777777" w:rsidR="000343EB" w:rsidRPr="000343EB" w:rsidRDefault="000343EB" w:rsidP="000343EB">
      <w:pPr>
        <w:spacing w:before="20" w:after="0"/>
        <w:rPr>
          <w:sz w:val="11"/>
          <w:lang w:val="tr-TR"/>
        </w:rPr>
      </w:pPr>
    </w:p>
    <w:p w14:paraId="4A00F4E6" w14:textId="77777777" w:rsidR="000343EB" w:rsidRPr="000343EB" w:rsidRDefault="000343EB" w:rsidP="000343EB">
      <w:pPr>
        <w:spacing w:before="20" w:after="0"/>
        <w:rPr>
          <w:sz w:val="11"/>
          <w:lang w:val="tr-TR"/>
        </w:rPr>
      </w:pPr>
    </w:p>
    <w:p w14:paraId="5F7A6FBA" w14:textId="77777777" w:rsidR="000343EB" w:rsidRPr="000343EB" w:rsidRDefault="000343EB" w:rsidP="000343EB">
      <w:pPr>
        <w:spacing w:before="20" w:after="0"/>
        <w:rPr>
          <w:lang w:val="tr-TR"/>
        </w:rPr>
      </w:pPr>
    </w:p>
    <w:p w14:paraId="57024218" w14:textId="7D720A4F" w:rsidR="006164F7" w:rsidRPr="000343EB" w:rsidRDefault="006164F7" w:rsidP="006164F7">
      <w:pPr>
        <w:rPr>
          <w:lang w:val="tr-TR"/>
        </w:rPr>
      </w:pPr>
    </w:p>
    <w:tbl>
      <w:tblPr>
        <w:tblW w:w="0" w:type="auto"/>
        <w:jc w:val="center"/>
        <w:tblLayout w:type="fixed"/>
        <w:tblLook w:val="04A0" w:firstRow="1" w:lastRow="0" w:firstColumn="1" w:lastColumn="0" w:noHBand="0" w:noVBand="1"/>
      </w:tblPr>
      <w:tblGrid>
        <w:gridCol w:w="1587"/>
        <w:gridCol w:w="5272"/>
        <w:gridCol w:w="1474"/>
        <w:gridCol w:w="1871"/>
      </w:tblGrid>
      <w:tr w:rsidR="006164F7" w:rsidRPr="000343EB" w14:paraId="7E3FBEF8" w14:textId="77777777" w:rsidTr="00E8130D">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0CAE8849" w14:textId="77777777" w:rsidR="006164F7" w:rsidRPr="000343EB" w:rsidRDefault="006164F7" w:rsidP="00E8130D">
            <w:pPr>
              <w:jc w:val="center"/>
              <w:rPr>
                <w:lang w:val="tr-TR"/>
              </w:rPr>
            </w:pPr>
            <w:r w:rsidRPr="000343EB">
              <w:rPr>
                <w:noProof/>
                <w:lang w:val="tr-TR"/>
              </w:rPr>
              <w:lastRenderedPageBreak/>
              <w:drawing>
                <wp:inline distT="0" distB="0" distL="0" distR="0" wp14:anchorId="7E2B56A6" wp14:editId="5FA819DC">
                  <wp:extent cx="720000" cy="721629"/>
                  <wp:effectExtent l="0" t="0" r="0" b="0"/>
                  <wp:docPr id="9220054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72" w:type="dxa"/>
            <w:vMerge w:val="restart"/>
            <w:tcBorders>
              <w:top w:val="single" w:sz="7" w:space="0" w:color="777777"/>
              <w:left w:val="single" w:sz="7" w:space="0" w:color="777777"/>
              <w:bottom w:val="single" w:sz="7" w:space="0" w:color="777777"/>
              <w:right w:val="single" w:sz="7" w:space="0" w:color="777777"/>
            </w:tcBorders>
            <w:vAlign w:val="center"/>
          </w:tcPr>
          <w:p w14:paraId="1EAF0BC6" w14:textId="77777777" w:rsidR="006164F7" w:rsidRPr="000343EB" w:rsidRDefault="006164F7" w:rsidP="00E8130D">
            <w:pPr>
              <w:jc w:val="center"/>
              <w:rPr>
                <w:lang w:val="tr-TR"/>
              </w:rPr>
            </w:pPr>
            <w:r w:rsidRPr="000343EB">
              <w:rPr>
                <w:rFonts w:ascii="Arial" w:hAnsi="Arial"/>
                <w:b/>
                <w:color w:val="14375F"/>
                <w:sz w:val="18"/>
                <w:lang w:val="tr-TR"/>
              </w:rPr>
              <w:t>T.C.</w:t>
            </w:r>
            <w:r w:rsidRPr="000343EB">
              <w:rPr>
                <w:rFonts w:ascii="Arial" w:hAnsi="Arial"/>
                <w:b/>
                <w:color w:val="14375F"/>
                <w:sz w:val="18"/>
                <w:lang w:val="tr-TR"/>
              </w:rPr>
              <w:br/>
              <w:t>SAĞLIK BİLİMLERİ ÜNİVERSİTESİ</w:t>
            </w:r>
            <w:r w:rsidRPr="000343EB">
              <w:rPr>
                <w:rFonts w:ascii="Arial" w:hAnsi="Arial"/>
                <w:b/>
                <w:color w:val="14375F"/>
                <w:sz w:val="18"/>
                <w:lang w:val="tr-TR"/>
              </w:rPr>
              <w:br/>
              <w:t>PERSONEL DAİRE BAŞKANLIĞI</w:t>
            </w:r>
            <w:r w:rsidRPr="000343EB">
              <w:rPr>
                <w:rFonts w:ascii="Arial" w:hAnsi="Arial"/>
                <w:b/>
                <w:color w:val="14375F"/>
                <w:sz w:val="18"/>
                <w:lang w:val="tr-TR"/>
              </w:rPr>
              <w:br/>
              <w:t>Öğretim Görevlisi / Araştırma Görevlisi</w:t>
            </w:r>
            <w:r w:rsidRPr="000343EB">
              <w:rPr>
                <w:rFonts w:ascii="Arial" w:hAnsi="Arial"/>
                <w:b/>
                <w:color w:val="14375F"/>
                <w:sz w:val="18"/>
                <w:lang w:val="tr-TR"/>
              </w:rPr>
              <w:br/>
              <w:t>Alım ve Atama İşlemleri 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3C6367B2" w14:textId="77777777" w:rsidR="006164F7" w:rsidRPr="000343EB" w:rsidRDefault="006164F7" w:rsidP="00E8130D">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4C8DFD6B" w14:textId="77777777" w:rsidR="006164F7" w:rsidRPr="000343EB" w:rsidRDefault="006164F7" w:rsidP="00E8130D">
            <w:pPr>
              <w:rPr>
                <w:lang w:val="tr-TR"/>
              </w:rPr>
            </w:pPr>
            <w:r w:rsidRPr="000343EB">
              <w:rPr>
                <w:sz w:val="14"/>
                <w:lang w:val="tr-TR"/>
              </w:rPr>
              <w:t>UNİKA-İAS-C2-001</w:t>
            </w:r>
          </w:p>
        </w:tc>
      </w:tr>
      <w:tr w:rsidR="006164F7" w:rsidRPr="000343EB" w14:paraId="1E17304C"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E8E2CC6"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5F588B5C"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2E723C2" w14:textId="77777777" w:rsidR="006164F7" w:rsidRPr="000343EB" w:rsidRDefault="006164F7" w:rsidP="00E8130D">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5853B36D" w14:textId="77777777" w:rsidR="006164F7" w:rsidRPr="000343EB" w:rsidRDefault="006164F7" w:rsidP="00E8130D">
            <w:pPr>
              <w:rPr>
                <w:lang w:val="tr-TR"/>
              </w:rPr>
            </w:pPr>
            <w:r w:rsidRPr="000343EB">
              <w:rPr>
                <w:sz w:val="14"/>
                <w:lang w:val="tr-TR"/>
              </w:rPr>
              <w:t>11.05.2023</w:t>
            </w:r>
          </w:p>
        </w:tc>
      </w:tr>
      <w:tr w:rsidR="006164F7" w:rsidRPr="000343EB" w14:paraId="72789640"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7AA482F6"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14410FC8"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1F071B3D" w14:textId="77777777" w:rsidR="006164F7" w:rsidRPr="000343EB" w:rsidRDefault="006164F7" w:rsidP="00E8130D">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EACB3BF" w14:textId="77777777" w:rsidR="006164F7" w:rsidRPr="000343EB" w:rsidRDefault="006164F7" w:rsidP="00E8130D">
            <w:pPr>
              <w:rPr>
                <w:lang w:val="tr-TR"/>
              </w:rPr>
            </w:pPr>
            <w:r w:rsidRPr="000343EB">
              <w:rPr>
                <w:sz w:val="14"/>
                <w:lang w:val="tr-TR"/>
              </w:rPr>
              <w:t>-</w:t>
            </w:r>
          </w:p>
        </w:tc>
      </w:tr>
      <w:tr w:rsidR="006164F7" w:rsidRPr="000343EB" w14:paraId="65DF40C3" w14:textId="77777777" w:rsidTr="00E8130D">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7291CCC" w14:textId="77777777" w:rsidR="006164F7" w:rsidRPr="000343EB" w:rsidRDefault="006164F7" w:rsidP="00E8130D">
            <w:pPr>
              <w:rPr>
                <w:lang w:val="tr-TR"/>
              </w:rPr>
            </w:pPr>
          </w:p>
        </w:tc>
        <w:tc>
          <w:tcPr>
            <w:tcW w:w="5272" w:type="dxa"/>
            <w:vMerge/>
            <w:tcBorders>
              <w:top w:val="single" w:sz="7" w:space="0" w:color="777777"/>
              <w:left w:val="single" w:sz="7" w:space="0" w:color="777777"/>
              <w:bottom w:val="single" w:sz="7" w:space="0" w:color="777777"/>
              <w:right w:val="single" w:sz="7" w:space="0" w:color="777777"/>
            </w:tcBorders>
            <w:vAlign w:val="center"/>
          </w:tcPr>
          <w:p w14:paraId="1F428837" w14:textId="77777777" w:rsidR="006164F7" w:rsidRPr="000343EB" w:rsidRDefault="006164F7" w:rsidP="00E8130D">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670721B" w14:textId="77777777" w:rsidR="006164F7" w:rsidRPr="000343EB" w:rsidRDefault="006164F7" w:rsidP="00E8130D">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32D664A1" w14:textId="77777777" w:rsidR="006164F7" w:rsidRPr="000343EB" w:rsidRDefault="006164F7" w:rsidP="00E8130D">
            <w:pPr>
              <w:rPr>
                <w:lang w:val="tr-TR"/>
              </w:rPr>
            </w:pPr>
            <w:r w:rsidRPr="000343EB">
              <w:rPr>
                <w:sz w:val="14"/>
                <w:lang w:val="tr-TR"/>
              </w:rPr>
              <w:t>0</w:t>
            </w:r>
          </w:p>
        </w:tc>
      </w:tr>
    </w:tbl>
    <w:p w14:paraId="40C47599" w14:textId="77777777" w:rsidR="006164F7" w:rsidRPr="000343EB" w:rsidRDefault="006164F7" w:rsidP="006164F7">
      <w:pPr>
        <w:spacing w:after="0"/>
        <w:rPr>
          <w:lang w:val="tr-TR"/>
        </w:rPr>
      </w:pPr>
    </w:p>
    <w:p w14:paraId="4BE0329E" w14:textId="77777777" w:rsidR="006164F7" w:rsidRPr="000343EB" w:rsidRDefault="006164F7" w:rsidP="006164F7">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6164F7" w:rsidRPr="000343EB" w14:paraId="48EEC77D"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7302AE8A" w14:textId="77777777" w:rsidR="006164F7" w:rsidRPr="000343EB" w:rsidRDefault="006164F7" w:rsidP="00E8130D">
            <w:pPr>
              <w:spacing w:before="40" w:after="40"/>
              <w:jc w:val="center"/>
              <w:rPr>
                <w:lang w:val="tr-TR"/>
              </w:rPr>
            </w:pPr>
            <w:r w:rsidRPr="000343EB">
              <w:rPr>
                <w:rFonts w:ascii="Arial" w:hAnsi="Arial"/>
                <w:sz w:val="13"/>
                <w:lang w:val="tr-TR"/>
              </w:rPr>
              <w:t>YÖK/kadro kullanım izni ve birim ihtiyacı doğrultusunda öğretim görevlisi veya araştırma görevlisi ilan metninin hazırlanması ve ilgili mevzuata uygun olarak ilan edilmesi.</w:t>
            </w:r>
          </w:p>
        </w:tc>
      </w:tr>
    </w:tbl>
    <w:p w14:paraId="0B67DADC"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06E51700"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2A43D23C" w14:textId="77777777" w:rsidR="006164F7" w:rsidRPr="000343EB" w:rsidRDefault="006164F7" w:rsidP="00E8130D">
            <w:pPr>
              <w:spacing w:before="40" w:after="40"/>
              <w:jc w:val="center"/>
              <w:rPr>
                <w:lang w:val="tr-TR"/>
              </w:rPr>
            </w:pPr>
            <w:r w:rsidRPr="000343EB">
              <w:rPr>
                <w:rFonts w:ascii="Arial" w:hAnsi="Arial"/>
                <w:sz w:val="13"/>
                <w:lang w:val="tr-TR"/>
              </w:rPr>
              <w:t>Aday başvurularının ilan süresi içinde alınması; başvuru şartları ve belgelerin ilgili birimce/ön değerlendirme jürisince incelenmesi.</w:t>
            </w:r>
          </w:p>
        </w:tc>
      </w:tr>
    </w:tbl>
    <w:p w14:paraId="1DB00E41"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03F2BEFF"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061F9062" w14:textId="77777777" w:rsidR="006164F7" w:rsidRPr="000343EB" w:rsidRDefault="006164F7" w:rsidP="00E8130D">
            <w:pPr>
              <w:spacing w:before="40" w:after="40"/>
              <w:jc w:val="center"/>
              <w:rPr>
                <w:lang w:val="tr-TR"/>
              </w:rPr>
            </w:pPr>
            <w:r w:rsidRPr="000343EB">
              <w:rPr>
                <w:rFonts w:ascii="Arial" w:hAnsi="Arial"/>
                <w:sz w:val="13"/>
                <w:lang w:val="tr-TR"/>
              </w:rPr>
              <w:t>Ön değerlendirme sonuçlarının mevzuatta belirtilen usul ve sürelerde ilan edilmesi; giriş sınavına katılmaya hak kazanan adayların belirlenmesi.</w:t>
            </w:r>
          </w:p>
        </w:tc>
      </w:tr>
    </w:tbl>
    <w:p w14:paraId="1295E361"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1BB42B3C"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1B40B032" w14:textId="77777777" w:rsidR="006164F7" w:rsidRPr="000343EB" w:rsidRDefault="006164F7" w:rsidP="00E8130D">
            <w:pPr>
              <w:spacing w:before="40" w:after="40"/>
              <w:jc w:val="center"/>
              <w:rPr>
                <w:lang w:val="tr-TR"/>
              </w:rPr>
            </w:pPr>
            <w:r w:rsidRPr="000343EB">
              <w:rPr>
                <w:rFonts w:ascii="Arial" w:hAnsi="Arial"/>
                <w:sz w:val="13"/>
                <w:lang w:val="tr-TR"/>
              </w:rPr>
              <w:t>Giriş sınavının yetkili jüri tarafından yapılması; sınav ve değerlendirme puanları esas alınarak nihai başarı sıralamasının oluşturulması ve sonuçların ilan edilmesi.</w:t>
            </w:r>
          </w:p>
        </w:tc>
      </w:tr>
    </w:tbl>
    <w:p w14:paraId="69EB51B2"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2B4E1DC2"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03A9FCA6" w14:textId="77777777" w:rsidR="006164F7" w:rsidRPr="000343EB" w:rsidRDefault="006164F7" w:rsidP="00E8130D">
            <w:pPr>
              <w:spacing w:before="40" w:after="40"/>
              <w:jc w:val="center"/>
              <w:rPr>
                <w:lang w:val="tr-TR"/>
              </w:rPr>
            </w:pPr>
            <w:r w:rsidRPr="000343EB">
              <w:rPr>
                <w:rFonts w:ascii="Arial" w:hAnsi="Arial"/>
                <w:sz w:val="13"/>
                <w:lang w:val="tr-TR"/>
              </w:rPr>
              <w:t>Atanmaya hak kazanan adaydan gerekli atama belgelerinin alınması; 7315 sayılı Kanun kapsamında arşiv araştırması/güvenlik işleminin mevzuatın gerektirdiği şekilde yürütülmesi.</w:t>
            </w:r>
          </w:p>
        </w:tc>
      </w:tr>
    </w:tbl>
    <w:p w14:paraId="6ED870D1"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7053A52E"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006CFDDD" w14:textId="77777777" w:rsidR="006164F7" w:rsidRPr="000343EB" w:rsidRDefault="006164F7" w:rsidP="00E8130D">
            <w:pPr>
              <w:spacing w:before="40" w:after="40"/>
              <w:jc w:val="center"/>
              <w:rPr>
                <w:lang w:val="tr-TR"/>
              </w:rPr>
            </w:pPr>
            <w:r w:rsidRPr="000343EB">
              <w:rPr>
                <w:rFonts w:ascii="Arial" w:hAnsi="Arial"/>
                <w:sz w:val="13"/>
                <w:lang w:val="tr-TR"/>
              </w:rPr>
              <w:t>Atamaya engel bulunmaması hâlinde atama onayının Personel Daire Başkanlığınca hazırlanarak yetkili makamın onayına sunulması; engel bulunması hâlinde adaya gerekli bildirimin yapılması.</w:t>
            </w:r>
          </w:p>
        </w:tc>
      </w:tr>
    </w:tbl>
    <w:p w14:paraId="53F4C1C2"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5051AB18"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6FBA1201" w14:textId="77777777" w:rsidR="006164F7" w:rsidRPr="000343EB" w:rsidRDefault="006164F7" w:rsidP="00E8130D">
            <w:pPr>
              <w:spacing w:before="40" w:after="40"/>
              <w:jc w:val="center"/>
              <w:rPr>
                <w:lang w:val="tr-TR"/>
              </w:rPr>
            </w:pPr>
            <w:r w:rsidRPr="000343EB">
              <w:rPr>
                <w:rFonts w:ascii="Arial" w:hAnsi="Arial"/>
                <w:sz w:val="13"/>
                <w:lang w:val="tr-TR"/>
              </w:rPr>
              <w:t>Atama kararının ilgiliye ve görev yapacağı birime bildirilmesi; göreve başlama, özlük, HİTAP/YÖKSİS ve personel sistemi kayıtlarının tamamlanması.</w:t>
            </w:r>
          </w:p>
        </w:tc>
      </w:tr>
    </w:tbl>
    <w:p w14:paraId="681DA5F0" w14:textId="77777777" w:rsidR="006164F7" w:rsidRPr="000343EB" w:rsidRDefault="006164F7" w:rsidP="006164F7">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6164F7" w:rsidRPr="000343EB" w14:paraId="7903EB69" w14:textId="77777777" w:rsidTr="00E8130D">
        <w:trPr>
          <w:jc w:val="center"/>
        </w:trPr>
        <w:tc>
          <w:tcPr>
            <w:tcW w:w="7767" w:type="dxa"/>
            <w:tcBorders>
              <w:top w:val="single" w:sz="16" w:space="0" w:color="173B6C"/>
              <w:left w:val="single" w:sz="16" w:space="0" w:color="173B6C"/>
              <w:bottom w:val="single" w:sz="16" w:space="0" w:color="173B6C"/>
              <w:right w:val="single" w:sz="16" w:space="0" w:color="173B6C"/>
            </w:tcBorders>
          </w:tcPr>
          <w:p w14:paraId="5473C972" w14:textId="77777777" w:rsidR="006164F7" w:rsidRPr="000343EB" w:rsidRDefault="006164F7" w:rsidP="00E8130D">
            <w:pPr>
              <w:spacing w:before="40" w:after="40"/>
              <w:jc w:val="center"/>
              <w:rPr>
                <w:lang w:val="tr-TR"/>
              </w:rPr>
            </w:pPr>
            <w:r w:rsidRPr="000343EB">
              <w:rPr>
                <w:rFonts w:ascii="Arial" w:hAnsi="Arial"/>
                <w:sz w:val="13"/>
                <w:lang w:val="tr-TR"/>
              </w:rPr>
              <w:t>İşlem evrakının personel özlük dosyasında muhafaza edilmesi.</w:t>
            </w:r>
          </w:p>
        </w:tc>
      </w:tr>
    </w:tbl>
    <w:p w14:paraId="266B028C" w14:textId="77777777" w:rsidR="006164F7" w:rsidRPr="000343EB" w:rsidRDefault="006164F7" w:rsidP="006164F7">
      <w:pPr>
        <w:spacing w:after="20"/>
        <w:jc w:val="center"/>
        <w:rPr>
          <w:lang w:val="tr-TR"/>
        </w:rPr>
      </w:pPr>
      <w:r w:rsidRPr="000343EB">
        <w:rPr>
          <w:b/>
          <w:color w:val="B97000"/>
          <w:sz w:val="16"/>
          <w:lang w:val="tr-TR"/>
        </w:rPr>
        <w:t>BİTİŞ</w:t>
      </w:r>
    </w:p>
    <w:p w14:paraId="724D81CF" w14:textId="77777777" w:rsidR="006164F7" w:rsidRPr="000343EB" w:rsidRDefault="006164F7" w:rsidP="006164F7">
      <w:pPr>
        <w:spacing w:before="20" w:after="0"/>
        <w:rPr>
          <w:lang w:val="tr-TR"/>
        </w:rPr>
      </w:pPr>
      <w:r w:rsidRPr="000343EB">
        <w:rPr>
          <w:b/>
          <w:sz w:val="11"/>
          <w:lang w:val="tr-TR"/>
        </w:rPr>
        <w:t xml:space="preserve">Dayanak / SBÜ Kurumsal Uyum: </w:t>
      </w:r>
      <w:r w:rsidRPr="000343EB">
        <w:rPr>
          <w:sz w:val="11"/>
          <w:lang w:val="tr-TR"/>
        </w:rPr>
        <w:t>2547 sayılı Yükseköğretim Kanunu m.31, 33 ve 50/d kapsamındaki ilgili hükümler; Öğretim Üyesi Dışındaki Öğretim Elemanı Kadrolarına Yapılacak Atamalarda Uygulanacak Merkezi Sınav ile Giriş Sınavlarına İlişkin Yönetmelik; 7315 sayılı Kanun; SBÜ PDB akademik personel atama süreçleri.</w:t>
      </w:r>
    </w:p>
    <w:p w14:paraId="1416D24C" w14:textId="77777777" w:rsidR="006164F7" w:rsidRPr="000343EB" w:rsidRDefault="006164F7" w:rsidP="006164F7">
      <w:pPr>
        <w:spacing w:before="20" w:after="0"/>
        <w:rPr>
          <w:lang w:val="tr-TR"/>
        </w:rPr>
      </w:pPr>
    </w:p>
    <w:p w14:paraId="0A362A6B" w14:textId="77777777" w:rsidR="006164F7" w:rsidRPr="000343EB" w:rsidRDefault="006164F7" w:rsidP="007F6729">
      <w:pPr>
        <w:spacing w:before="40" w:after="0"/>
        <w:rPr>
          <w:sz w:val="12"/>
          <w:lang w:val="tr-TR"/>
        </w:rPr>
      </w:pPr>
    </w:p>
    <w:p w14:paraId="6C147521" w14:textId="77777777" w:rsidR="007F6729" w:rsidRPr="000343EB" w:rsidRDefault="007F6729" w:rsidP="007F6729">
      <w:pPr>
        <w:spacing w:before="40" w:after="0"/>
        <w:rPr>
          <w:lang w:val="tr-TR"/>
        </w:rPr>
      </w:pPr>
    </w:p>
    <w:p w14:paraId="1C2468A1" w14:textId="77777777" w:rsidR="006164F7" w:rsidRPr="000343EB" w:rsidRDefault="006164F7" w:rsidP="006164F7">
      <w:pPr>
        <w:rPr>
          <w:lang w:val="tr-TR"/>
        </w:rPr>
      </w:pPr>
    </w:p>
    <w:p w14:paraId="031F236E" w14:textId="77777777" w:rsidR="006164F7" w:rsidRPr="000343EB" w:rsidRDefault="006164F7" w:rsidP="006164F7">
      <w:pPr>
        <w:rPr>
          <w:lang w:val="tr-TR"/>
        </w:rPr>
      </w:pPr>
    </w:p>
    <w:p w14:paraId="54A82322" w14:textId="77777777" w:rsidR="006164F7" w:rsidRPr="000343EB" w:rsidRDefault="006164F7" w:rsidP="006164F7">
      <w:pPr>
        <w:rPr>
          <w:lang w:val="tr-TR"/>
        </w:rPr>
      </w:pPr>
    </w:p>
    <w:p w14:paraId="505CDA1C" w14:textId="77777777" w:rsidR="006164F7" w:rsidRPr="000343EB" w:rsidRDefault="006164F7" w:rsidP="006164F7">
      <w:pPr>
        <w:rPr>
          <w:lang w:val="tr-TR"/>
        </w:rPr>
      </w:pPr>
    </w:p>
    <w:p w14:paraId="47A59F4F" w14:textId="77777777" w:rsidR="006164F7" w:rsidRPr="000343EB" w:rsidRDefault="006164F7" w:rsidP="006164F7">
      <w:pPr>
        <w:rPr>
          <w:lang w:val="tr-TR"/>
        </w:rPr>
      </w:pPr>
    </w:p>
    <w:p w14:paraId="450B0DCA" w14:textId="77777777" w:rsidR="006164F7" w:rsidRPr="000343EB" w:rsidRDefault="006164F7" w:rsidP="006164F7">
      <w:pPr>
        <w:rPr>
          <w:lang w:val="tr-TR"/>
        </w:rPr>
      </w:pPr>
    </w:p>
    <w:p w14:paraId="70696258" w14:textId="77777777" w:rsidR="006164F7" w:rsidRPr="000343EB" w:rsidRDefault="006164F7" w:rsidP="006164F7">
      <w:pPr>
        <w:rPr>
          <w:lang w:val="tr-TR"/>
        </w:rPr>
      </w:pPr>
    </w:p>
    <w:p w14:paraId="027326E5" w14:textId="77777777" w:rsidR="006164F7" w:rsidRPr="000343EB" w:rsidRDefault="006164F7" w:rsidP="006164F7">
      <w:pPr>
        <w:rPr>
          <w:lang w:val="tr-TR"/>
        </w:rPr>
      </w:pPr>
    </w:p>
    <w:p w14:paraId="3DBA2DC6" w14:textId="77777777" w:rsidR="006164F7" w:rsidRPr="000343EB" w:rsidRDefault="006164F7" w:rsidP="006164F7">
      <w:pPr>
        <w:rPr>
          <w:lang w:val="tr-TR"/>
        </w:rPr>
      </w:pPr>
    </w:p>
    <w:p w14:paraId="43FDDD0D" w14:textId="77777777" w:rsidR="006164F7" w:rsidRPr="000343EB" w:rsidRDefault="006164F7" w:rsidP="006164F7">
      <w:pPr>
        <w:rPr>
          <w:lang w:val="tr-TR"/>
        </w:rPr>
      </w:pPr>
    </w:p>
    <w:p w14:paraId="55A76B91" w14:textId="77777777" w:rsidR="006164F7" w:rsidRPr="000343EB" w:rsidRDefault="006164F7" w:rsidP="006164F7">
      <w:pPr>
        <w:rPr>
          <w:lang w:val="tr-TR"/>
        </w:rPr>
      </w:pPr>
    </w:p>
    <w:p w14:paraId="495C5224" w14:textId="75C80744" w:rsidR="006164F7" w:rsidRPr="000343EB" w:rsidRDefault="006164F7" w:rsidP="006164F7">
      <w:pPr>
        <w:tabs>
          <w:tab w:val="left" w:pos="4717"/>
        </w:tabs>
        <w:rPr>
          <w:lang w:val="tr-TR"/>
        </w:rPr>
      </w:pPr>
      <w:r w:rsidRPr="000343EB">
        <w:rPr>
          <w:lang w:val="tr-TR"/>
        </w:rPr>
        <w:lastRenderedPageBreak/>
        <w:tab/>
      </w:r>
    </w:p>
    <w:p w14:paraId="2F3F8B49" w14:textId="77777777" w:rsidR="00532E3F" w:rsidRPr="000343EB" w:rsidRDefault="00532E3F" w:rsidP="00532E3F">
      <w:pPr>
        <w:tabs>
          <w:tab w:val="left" w:pos="4717"/>
        </w:tabs>
        <w:rPr>
          <w:lang w:val="tr-TR"/>
        </w:rPr>
      </w:pPr>
      <w:r w:rsidRPr="000343EB">
        <w:rPr>
          <w:lang w:val="tr-TR"/>
        </w:rPr>
        <w:tab/>
      </w:r>
    </w:p>
    <w:tbl>
      <w:tblPr>
        <w:tblW w:w="0" w:type="auto"/>
        <w:jc w:val="center"/>
        <w:tblLayout w:type="fixed"/>
        <w:tblLook w:val="04A0" w:firstRow="1" w:lastRow="0" w:firstColumn="1" w:lastColumn="0" w:noHBand="0" w:noVBand="1"/>
      </w:tblPr>
      <w:tblGrid>
        <w:gridCol w:w="1587"/>
        <w:gridCol w:w="5216"/>
        <w:gridCol w:w="1474"/>
        <w:gridCol w:w="1871"/>
      </w:tblGrid>
      <w:tr w:rsidR="00532E3F" w:rsidRPr="000343EB" w14:paraId="7935ECC8"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33CF3880" w14:textId="77777777" w:rsidR="00532E3F" w:rsidRPr="000343EB" w:rsidRDefault="00532E3F" w:rsidP="00A52618">
            <w:pPr>
              <w:jc w:val="center"/>
              <w:rPr>
                <w:lang w:val="tr-TR"/>
              </w:rPr>
            </w:pPr>
            <w:r w:rsidRPr="000343EB">
              <w:rPr>
                <w:noProof/>
                <w:lang w:val="tr-TR"/>
              </w:rPr>
              <w:drawing>
                <wp:inline distT="0" distB="0" distL="0" distR="0" wp14:anchorId="21E28546" wp14:editId="0A1FA414">
                  <wp:extent cx="720000" cy="721629"/>
                  <wp:effectExtent l="0" t="0" r="0" b="0"/>
                  <wp:docPr id="161143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16" w:type="dxa"/>
            <w:vMerge w:val="restart"/>
            <w:tcBorders>
              <w:top w:val="single" w:sz="7" w:space="0" w:color="777777"/>
              <w:left w:val="single" w:sz="7" w:space="0" w:color="777777"/>
              <w:bottom w:val="single" w:sz="7" w:space="0" w:color="777777"/>
              <w:right w:val="single" w:sz="7" w:space="0" w:color="777777"/>
            </w:tcBorders>
            <w:vAlign w:val="center"/>
          </w:tcPr>
          <w:p w14:paraId="2FB75D31" w14:textId="77777777" w:rsidR="00532E3F" w:rsidRPr="000343EB" w:rsidRDefault="00532E3F" w:rsidP="00A52618">
            <w:pPr>
              <w:jc w:val="center"/>
              <w:rPr>
                <w:lang w:val="tr-TR"/>
              </w:rPr>
            </w:pPr>
            <w:r w:rsidRPr="000343EB">
              <w:rPr>
                <w:rFonts w:ascii="Arial" w:hAnsi="Arial"/>
                <w:b/>
                <w:color w:val="14375F"/>
                <w:sz w:val="20"/>
                <w:lang w:val="tr-TR"/>
              </w:rPr>
              <w:t>T.C.</w:t>
            </w:r>
            <w:r w:rsidRPr="000343EB">
              <w:rPr>
                <w:rFonts w:ascii="Arial" w:hAnsi="Arial"/>
                <w:b/>
                <w:color w:val="14375F"/>
                <w:sz w:val="20"/>
                <w:lang w:val="tr-TR"/>
              </w:rPr>
              <w:br/>
              <w:t>SAĞLIK BİLİMLERİ ÜNİVERSİTESİ</w:t>
            </w:r>
            <w:r w:rsidRPr="000343EB">
              <w:rPr>
                <w:rFonts w:ascii="Arial" w:hAnsi="Arial"/>
                <w:b/>
                <w:color w:val="14375F"/>
                <w:sz w:val="20"/>
                <w:lang w:val="tr-TR"/>
              </w:rPr>
              <w:br/>
              <w:t>PERSONEL DAİRE BAŞKANLIĞI</w:t>
            </w:r>
            <w:r w:rsidRPr="000343EB">
              <w:rPr>
                <w:rFonts w:ascii="Arial" w:hAnsi="Arial"/>
                <w:b/>
                <w:color w:val="14375F"/>
                <w:sz w:val="20"/>
                <w:lang w:val="tr-TR"/>
              </w:rPr>
              <w:br/>
              <w:t>2547 SAYILI KANUN’UN 60/B İLE KURUMA GERİ DÖNÜŞ</w:t>
            </w:r>
            <w:r w:rsidRPr="000343EB">
              <w:rPr>
                <w:rFonts w:ascii="Arial" w:hAnsi="Arial"/>
                <w:b/>
                <w:color w:val="14375F"/>
                <w:sz w:val="20"/>
                <w:lang w:val="tr-TR"/>
              </w:rPr>
              <w:b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287F00B6" w14:textId="77777777" w:rsidR="00532E3F" w:rsidRPr="000343EB" w:rsidRDefault="00532E3F" w:rsidP="00A52618">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2B4B0CC7" w14:textId="77777777" w:rsidR="00532E3F" w:rsidRPr="000343EB" w:rsidRDefault="00532E3F" w:rsidP="00A52618">
            <w:pPr>
              <w:rPr>
                <w:lang w:val="tr-TR"/>
              </w:rPr>
            </w:pPr>
            <w:r w:rsidRPr="000343EB">
              <w:rPr>
                <w:sz w:val="14"/>
                <w:lang w:val="tr-TR"/>
              </w:rPr>
              <w:t>UNİKA-İAS-C2-026</w:t>
            </w:r>
          </w:p>
        </w:tc>
      </w:tr>
      <w:tr w:rsidR="00532E3F" w:rsidRPr="000343EB" w14:paraId="34F55FD6"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24C9A13B"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663B0F8D"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2D07A21" w14:textId="77777777" w:rsidR="00532E3F" w:rsidRPr="000343EB" w:rsidRDefault="00532E3F" w:rsidP="00A52618">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2E9F8AA" w14:textId="77777777" w:rsidR="00532E3F" w:rsidRPr="000343EB" w:rsidRDefault="00532E3F" w:rsidP="00A52618">
            <w:pPr>
              <w:rPr>
                <w:lang w:val="tr-TR"/>
              </w:rPr>
            </w:pPr>
            <w:r w:rsidRPr="000343EB">
              <w:rPr>
                <w:sz w:val="14"/>
                <w:lang w:val="tr-TR"/>
              </w:rPr>
              <w:t>11.05.2023</w:t>
            </w:r>
          </w:p>
        </w:tc>
      </w:tr>
      <w:tr w:rsidR="00532E3F" w:rsidRPr="000343EB" w14:paraId="26BE2B9F"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46A6990"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41608477"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EC6AA30" w14:textId="77777777" w:rsidR="00532E3F" w:rsidRPr="000343EB" w:rsidRDefault="00532E3F" w:rsidP="00A52618">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167BCEEE" w14:textId="77777777" w:rsidR="00532E3F" w:rsidRPr="000343EB" w:rsidRDefault="00532E3F" w:rsidP="00A52618">
            <w:pPr>
              <w:rPr>
                <w:lang w:val="tr-TR"/>
              </w:rPr>
            </w:pPr>
            <w:r w:rsidRPr="000343EB">
              <w:rPr>
                <w:sz w:val="14"/>
                <w:lang w:val="tr-TR"/>
              </w:rPr>
              <w:t>-</w:t>
            </w:r>
          </w:p>
        </w:tc>
      </w:tr>
      <w:tr w:rsidR="00532E3F" w:rsidRPr="000343EB" w14:paraId="425F4794"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689C3E36"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4D0B9A72"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130F8C8" w14:textId="77777777" w:rsidR="00532E3F" w:rsidRPr="000343EB" w:rsidRDefault="00532E3F" w:rsidP="00A52618">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5EC4E3AD" w14:textId="77777777" w:rsidR="00532E3F" w:rsidRPr="000343EB" w:rsidRDefault="00532E3F" w:rsidP="00A52618">
            <w:pPr>
              <w:rPr>
                <w:lang w:val="tr-TR"/>
              </w:rPr>
            </w:pPr>
            <w:r w:rsidRPr="000343EB">
              <w:rPr>
                <w:sz w:val="14"/>
                <w:lang w:val="tr-TR"/>
              </w:rPr>
              <w:t>0</w:t>
            </w:r>
          </w:p>
        </w:tc>
      </w:tr>
    </w:tbl>
    <w:p w14:paraId="5C49C989" w14:textId="77777777" w:rsidR="00532E3F" w:rsidRPr="000343EB" w:rsidRDefault="00532E3F" w:rsidP="00532E3F">
      <w:pPr>
        <w:tabs>
          <w:tab w:val="left" w:pos="4717"/>
        </w:tabs>
        <w:rPr>
          <w:lang w:val="tr-TR"/>
        </w:rPr>
      </w:pPr>
    </w:p>
    <w:p w14:paraId="15C585A2" w14:textId="77777777" w:rsidR="00532E3F" w:rsidRPr="000343EB" w:rsidRDefault="00532E3F" w:rsidP="00532E3F">
      <w:pPr>
        <w:tabs>
          <w:tab w:val="left" w:pos="4717"/>
        </w:tabs>
        <w:rPr>
          <w:lang w:val="tr-TR"/>
        </w:rPr>
      </w:pPr>
    </w:p>
    <w:p w14:paraId="55A44ACD" w14:textId="77777777" w:rsidR="00532E3F" w:rsidRPr="000343EB" w:rsidRDefault="00532E3F" w:rsidP="00532E3F">
      <w:pPr>
        <w:tabs>
          <w:tab w:val="left" w:pos="4717"/>
        </w:tabs>
        <w:rPr>
          <w:lang w:val="tr-TR"/>
        </w:rPr>
      </w:pPr>
    </w:p>
    <w:p w14:paraId="1AD68818" w14:textId="77777777" w:rsidR="00532E3F" w:rsidRPr="000343EB" w:rsidRDefault="00532E3F" w:rsidP="00532E3F">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532E3F" w:rsidRPr="000343EB" w14:paraId="4C6222D2"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332FD098" w14:textId="77777777" w:rsidR="00532E3F" w:rsidRPr="000343EB" w:rsidRDefault="00532E3F" w:rsidP="00A52618">
            <w:pPr>
              <w:spacing w:before="40" w:after="40"/>
              <w:jc w:val="center"/>
              <w:rPr>
                <w:lang w:val="tr-TR"/>
              </w:rPr>
            </w:pPr>
            <w:r w:rsidRPr="000343EB">
              <w:rPr>
                <w:rFonts w:ascii="Arial" w:hAnsi="Arial"/>
                <w:sz w:val="13"/>
                <w:lang w:val="tr-TR"/>
              </w:rPr>
              <w:t>İlgili öğretim üyesinin 2547 sayılı Kanun’un 60/b maddesi kapsamında yükseköğretim kurumuna dönme talepli dilekçe vermesi</w:t>
            </w:r>
          </w:p>
        </w:tc>
      </w:tr>
    </w:tbl>
    <w:p w14:paraId="6BDEB6B1"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3B256271"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5A138D6D" w14:textId="77777777" w:rsidR="00532E3F" w:rsidRPr="000343EB" w:rsidRDefault="00532E3F" w:rsidP="00A52618">
            <w:pPr>
              <w:spacing w:before="40" w:after="40"/>
              <w:jc w:val="center"/>
              <w:rPr>
                <w:lang w:val="tr-TR"/>
              </w:rPr>
            </w:pPr>
            <w:r w:rsidRPr="000343EB">
              <w:rPr>
                <w:rFonts w:ascii="Arial" w:hAnsi="Arial"/>
                <w:sz w:val="13"/>
                <w:lang w:val="tr-TR"/>
              </w:rPr>
              <w:t>Başkanlığımız tarafından başvuru ve özlük bilgilerinin incelenmesi.</w:t>
            </w:r>
          </w:p>
        </w:tc>
      </w:tr>
    </w:tbl>
    <w:p w14:paraId="243E6CB5"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03F6B592"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09DD2590" w14:textId="77777777" w:rsidR="00532E3F" w:rsidRPr="000343EB" w:rsidRDefault="00532E3F" w:rsidP="00A52618">
            <w:pPr>
              <w:spacing w:before="40" w:after="40"/>
              <w:jc w:val="center"/>
              <w:rPr>
                <w:lang w:val="tr-TR"/>
              </w:rPr>
            </w:pPr>
            <w:r w:rsidRPr="000343EB">
              <w:rPr>
                <w:rFonts w:ascii="Arial" w:hAnsi="Arial"/>
                <w:sz w:val="13"/>
                <w:lang w:val="tr-TR"/>
              </w:rPr>
              <w:t>İlgili öğretim üyemizin 2547 sayılı Kanun’un 60/b maddesi kapsamına girip girmediğinin değerlendirilmesi</w:t>
            </w:r>
          </w:p>
        </w:tc>
      </w:tr>
    </w:tbl>
    <w:p w14:paraId="2AA0549E"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63092ED3"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63DAFC2D" w14:textId="77777777" w:rsidR="00532E3F" w:rsidRPr="000343EB" w:rsidRDefault="00532E3F" w:rsidP="00A52618">
            <w:pPr>
              <w:spacing w:before="40" w:after="40"/>
              <w:jc w:val="center"/>
              <w:rPr>
                <w:lang w:val="tr-TR"/>
              </w:rPr>
            </w:pPr>
            <w:r w:rsidRPr="000343EB">
              <w:rPr>
                <w:rFonts w:ascii="Arial" w:hAnsi="Arial"/>
                <w:sz w:val="13"/>
                <w:lang w:val="tr-TR"/>
              </w:rPr>
              <w:t xml:space="preserve">Ayrıldığı kadro yeri ve ilgili Fakülteye görüş sorulması </w:t>
            </w:r>
          </w:p>
        </w:tc>
      </w:tr>
    </w:tbl>
    <w:p w14:paraId="725644BE"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5184ED68"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72982308" w14:textId="77777777" w:rsidR="00532E3F" w:rsidRPr="000343EB" w:rsidRDefault="00532E3F" w:rsidP="00A52618">
            <w:pPr>
              <w:spacing w:before="40" w:after="40"/>
              <w:jc w:val="center"/>
              <w:rPr>
                <w:lang w:val="tr-TR"/>
              </w:rPr>
            </w:pPr>
            <w:r w:rsidRPr="000343EB">
              <w:rPr>
                <w:rFonts w:ascii="Arial" w:hAnsi="Arial"/>
                <w:sz w:val="13"/>
                <w:lang w:val="tr-TR"/>
              </w:rPr>
              <w:t xml:space="preserve">Gelen görüşler doğrultusunda arza müteakip yönetime alınması </w:t>
            </w:r>
          </w:p>
        </w:tc>
      </w:tr>
    </w:tbl>
    <w:p w14:paraId="7394803A"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0923E11D"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23081BEC" w14:textId="77777777" w:rsidR="00532E3F" w:rsidRPr="000343EB" w:rsidRDefault="00532E3F" w:rsidP="00A52618">
            <w:pPr>
              <w:spacing w:before="40" w:after="40"/>
              <w:jc w:val="center"/>
              <w:rPr>
                <w:lang w:val="tr-TR"/>
              </w:rPr>
            </w:pPr>
            <w:r w:rsidRPr="000343EB">
              <w:rPr>
                <w:rFonts w:ascii="Arial" w:hAnsi="Arial"/>
                <w:sz w:val="13"/>
                <w:lang w:val="tr-TR"/>
              </w:rPr>
              <w:t xml:space="preserve">Yönetimden çıkan </w:t>
            </w:r>
            <w:proofErr w:type="gramStart"/>
            <w:r w:rsidRPr="000343EB">
              <w:rPr>
                <w:rFonts w:ascii="Arial" w:hAnsi="Arial"/>
                <w:sz w:val="13"/>
                <w:lang w:val="tr-TR"/>
              </w:rPr>
              <w:t>karar  doğrultusunda</w:t>
            </w:r>
            <w:proofErr w:type="gramEnd"/>
            <w:r w:rsidRPr="000343EB">
              <w:rPr>
                <w:rFonts w:ascii="Arial" w:hAnsi="Arial"/>
                <w:sz w:val="13"/>
                <w:lang w:val="tr-TR"/>
              </w:rPr>
              <w:t xml:space="preserve"> </w:t>
            </w:r>
            <w:proofErr w:type="spellStart"/>
            <w:r w:rsidRPr="000343EB">
              <w:rPr>
                <w:rFonts w:ascii="Arial" w:hAnsi="Arial"/>
                <w:sz w:val="13"/>
                <w:lang w:val="tr-TR"/>
              </w:rPr>
              <w:t>Yökten</w:t>
            </w:r>
            <w:proofErr w:type="spellEnd"/>
            <w:r w:rsidRPr="000343EB">
              <w:rPr>
                <w:rFonts w:ascii="Arial" w:hAnsi="Arial"/>
                <w:sz w:val="13"/>
                <w:lang w:val="tr-TR"/>
              </w:rPr>
              <w:t xml:space="preserve"> gerekli uygunluğun alınması ve işlemlerin gerçekleştirilmesi ve eş zamanı </w:t>
            </w:r>
            <w:proofErr w:type="gramStart"/>
            <w:r w:rsidRPr="000343EB">
              <w:rPr>
                <w:rFonts w:ascii="Arial" w:hAnsi="Arial"/>
                <w:sz w:val="13"/>
                <w:lang w:val="tr-TR"/>
              </w:rPr>
              <w:t>olarak  7315</w:t>
            </w:r>
            <w:proofErr w:type="gramEnd"/>
            <w:r w:rsidRPr="000343EB">
              <w:rPr>
                <w:rFonts w:ascii="Arial" w:hAnsi="Arial"/>
                <w:sz w:val="13"/>
                <w:lang w:val="tr-TR"/>
              </w:rPr>
              <w:t xml:space="preserve"> sayılı Kanun kapsamında arşiv araştırması/güvenlik işleminin mevzuatın gerektirdiği şekilde yürütülmesi.</w:t>
            </w:r>
          </w:p>
        </w:tc>
      </w:tr>
    </w:tbl>
    <w:p w14:paraId="407FC7BD"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01400B86"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011E6BF7" w14:textId="77777777" w:rsidR="00532E3F" w:rsidRPr="000343EB" w:rsidRDefault="00532E3F" w:rsidP="00A52618">
            <w:pPr>
              <w:spacing w:after="0"/>
              <w:jc w:val="center"/>
              <w:rPr>
                <w:lang w:val="tr-TR"/>
              </w:rPr>
            </w:pPr>
            <w:proofErr w:type="spellStart"/>
            <w:r w:rsidRPr="000343EB">
              <w:rPr>
                <w:rFonts w:ascii="Arial" w:hAnsi="Arial"/>
                <w:sz w:val="13"/>
                <w:lang w:val="tr-TR"/>
              </w:rPr>
              <w:t>Yökten</w:t>
            </w:r>
            <w:proofErr w:type="spellEnd"/>
            <w:r w:rsidRPr="000343EB">
              <w:rPr>
                <w:rFonts w:ascii="Arial" w:hAnsi="Arial"/>
                <w:sz w:val="13"/>
                <w:lang w:val="tr-TR"/>
              </w:rPr>
              <w:t xml:space="preserve"> gelen uygunluk ve arşivin değerlendirilmesi sonucunda öğretim üyesi ile iletişime geçip başlangıç tarihi belirlemesi</w:t>
            </w:r>
          </w:p>
          <w:tbl>
            <w:tblPr>
              <w:tblW w:w="0" w:type="auto"/>
              <w:jc w:val="center"/>
              <w:tblLayout w:type="fixed"/>
              <w:tblLook w:val="04A0" w:firstRow="1" w:lastRow="0" w:firstColumn="1" w:lastColumn="0" w:noHBand="0" w:noVBand="1"/>
            </w:tblPr>
            <w:tblGrid>
              <w:gridCol w:w="7767"/>
            </w:tblGrid>
            <w:tr w:rsidR="00532E3F" w:rsidRPr="000343EB" w14:paraId="071E2D37" w14:textId="77777777" w:rsidTr="00A52618">
              <w:trPr>
                <w:trHeight w:val="495"/>
                <w:jc w:val="center"/>
              </w:trPr>
              <w:tc>
                <w:tcPr>
                  <w:tcW w:w="7767" w:type="dxa"/>
                  <w:tcBorders>
                    <w:top w:val="single" w:sz="16" w:space="0" w:color="173B6C"/>
                    <w:left w:val="single" w:sz="16" w:space="0" w:color="173B6C"/>
                    <w:bottom w:val="single" w:sz="16" w:space="0" w:color="173B6C"/>
                    <w:right w:val="single" w:sz="16" w:space="0" w:color="173B6C"/>
                  </w:tcBorders>
                </w:tcPr>
                <w:p w14:paraId="07208F18" w14:textId="77777777" w:rsidR="00532E3F" w:rsidRPr="000343EB" w:rsidRDefault="00532E3F" w:rsidP="00A52618">
                  <w:pPr>
                    <w:spacing w:before="40" w:after="40"/>
                    <w:rPr>
                      <w:lang w:val="tr-TR"/>
                    </w:rPr>
                  </w:pPr>
                </w:p>
              </w:tc>
            </w:tr>
          </w:tbl>
          <w:p w14:paraId="2BB95D61" w14:textId="77777777" w:rsidR="00532E3F" w:rsidRPr="000343EB" w:rsidRDefault="00532E3F" w:rsidP="00A52618">
            <w:pPr>
              <w:spacing w:before="40" w:after="40"/>
              <w:jc w:val="center"/>
              <w:rPr>
                <w:lang w:val="tr-TR"/>
              </w:rPr>
            </w:pPr>
            <w:proofErr w:type="gramStart"/>
            <w:r w:rsidRPr="000343EB">
              <w:rPr>
                <w:rFonts w:ascii="Arial" w:hAnsi="Arial"/>
                <w:sz w:val="13"/>
                <w:lang w:val="tr-TR"/>
              </w:rPr>
              <w:t>.Atama</w:t>
            </w:r>
            <w:proofErr w:type="gramEnd"/>
            <w:r w:rsidRPr="000343EB">
              <w:rPr>
                <w:rFonts w:ascii="Arial" w:hAnsi="Arial"/>
                <w:sz w:val="13"/>
                <w:lang w:val="tr-TR"/>
              </w:rPr>
              <w:t xml:space="preserve"> kararnamesi hazırlanması ve kişiye tebliğ edilmesi, kişinin kuruma gelip başlangıç yapması</w:t>
            </w:r>
          </w:p>
        </w:tc>
      </w:tr>
    </w:tbl>
    <w:p w14:paraId="1106D522"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6A53A363"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4E2B3316" w14:textId="77777777" w:rsidR="00532E3F" w:rsidRPr="000343EB" w:rsidRDefault="00532E3F" w:rsidP="00A52618">
            <w:pPr>
              <w:spacing w:before="40" w:after="40"/>
              <w:jc w:val="center"/>
              <w:rPr>
                <w:lang w:val="tr-TR"/>
              </w:rPr>
            </w:pPr>
            <w:r w:rsidRPr="000343EB">
              <w:rPr>
                <w:rFonts w:ascii="Arial" w:hAnsi="Arial"/>
                <w:sz w:val="13"/>
                <w:lang w:val="tr-TR"/>
              </w:rPr>
              <w:t>İşlem evrakının personel özlük dosyasında muhafaza edilmesi.</w:t>
            </w:r>
          </w:p>
        </w:tc>
      </w:tr>
    </w:tbl>
    <w:p w14:paraId="25B00959" w14:textId="77777777" w:rsidR="00532E3F" w:rsidRPr="000343EB" w:rsidRDefault="00532E3F" w:rsidP="00532E3F">
      <w:pPr>
        <w:tabs>
          <w:tab w:val="left" w:pos="4717"/>
        </w:tabs>
        <w:rPr>
          <w:lang w:val="tr-TR"/>
        </w:rPr>
      </w:pPr>
    </w:p>
    <w:p w14:paraId="6D6362E3" w14:textId="77777777" w:rsidR="00532E3F" w:rsidRPr="000343EB" w:rsidRDefault="00532E3F" w:rsidP="00532E3F">
      <w:pPr>
        <w:tabs>
          <w:tab w:val="left" w:pos="4717"/>
        </w:tabs>
        <w:rPr>
          <w:lang w:val="tr-TR"/>
        </w:rPr>
      </w:pPr>
    </w:p>
    <w:p w14:paraId="18D58A37" w14:textId="77777777" w:rsidR="00532E3F" w:rsidRPr="000343EB" w:rsidRDefault="00532E3F" w:rsidP="00532E3F">
      <w:pPr>
        <w:tabs>
          <w:tab w:val="left" w:pos="4717"/>
        </w:tabs>
        <w:rPr>
          <w:lang w:val="tr-TR"/>
        </w:rPr>
      </w:pPr>
    </w:p>
    <w:p w14:paraId="53241B3F" w14:textId="77777777" w:rsidR="00532E3F" w:rsidRPr="000343EB" w:rsidRDefault="00532E3F" w:rsidP="00532E3F">
      <w:pPr>
        <w:tabs>
          <w:tab w:val="left" w:pos="4717"/>
        </w:tabs>
        <w:rPr>
          <w:lang w:val="tr-TR"/>
        </w:rPr>
      </w:pPr>
    </w:p>
    <w:p w14:paraId="2B3633BA" w14:textId="77777777" w:rsidR="00532E3F" w:rsidRPr="000343EB" w:rsidRDefault="00532E3F" w:rsidP="00532E3F">
      <w:pPr>
        <w:tabs>
          <w:tab w:val="left" w:pos="4717"/>
        </w:tabs>
        <w:rPr>
          <w:lang w:val="tr-TR"/>
        </w:rPr>
      </w:pPr>
    </w:p>
    <w:p w14:paraId="596B395D" w14:textId="77777777" w:rsidR="00532E3F" w:rsidRPr="000343EB" w:rsidRDefault="00532E3F" w:rsidP="00532E3F">
      <w:pPr>
        <w:tabs>
          <w:tab w:val="left" w:pos="4717"/>
        </w:tabs>
        <w:rPr>
          <w:lang w:val="tr-TR"/>
        </w:rPr>
      </w:pPr>
    </w:p>
    <w:p w14:paraId="018499FA" w14:textId="77777777" w:rsidR="00532E3F" w:rsidRPr="000343EB" w:rsidRDefault="00532E3F" w:rsidP="00532E3F">
      <w:pPr>
        <w:tabs>
          <w:tab w:val="left" w:pos="4717"/>
        </w:tabs>
        <w:rPr>
          <w:lang w:val="tr-TR"/>
        </w:rPr>
      </w:pPr>
    </w:p>
    <w:p w14:paraId="5713C298" w14:textId="77777777" w:rsidR="00532E3F" w:rsidRPr="000343EB" w:rsidRDefault="00532E3F" w:rsidP="00532E3F">
      <w:pPr>
        <w:tabs>
          <w:tab w:val="left" w:pos="4717"/>
        </w:tabs>
        <w:rPr>
          <w:lang w:val="tr-TR"/>
        </w:rPr>
      </w:pPr>
    </w:p>
    <w:p w14:paraId="2C1D1298" w14:textId="77777777" w:rsidR="00532E3F" w:rsidRPr="000343EB" w:rsidRDefault="00532E3F" w:rsidP="00532E3F">
      <w:pPr>
        <w:tabs>
          <w:tab w:val="left" w:pos="4717"/>
        </w:tabs>
        <w:rPr>
          <w:lang w:val="tr-TR"/>
        </w:rPr>
      </w:pPr>
    </w:p>
    <w:p w14:paraId="725F1A32" w14:textId="77777777" w:rsidR="00532E3F" w:rsidRPr="000343EB" w:rsidRDefault="00532E3F" w:rsidP="00532E3F">
      <w:pPr>
        <w:tabs>
          <w:tab w:val="left" w:pos="4717"/>
        </w:tabs>
        <w:rPr>
          <w:lang w:val="tr-TR"/>
        </w:rPr>
      </w:pPr>
    </w:p>
    <w:tbl>
      <w:tblPr>
        <w:tblW w:w="0" w:type="auto"/>
        <w:jc w:val="center"/>
        <w:tblLayout w:type="fixed"/>
        <w:tblLook w:val="04A0" w:firstRow="1" w:lastRow="0" w:firstColumn="1" w:lastColumn="0" w:noHBand="0" w:noVBand="1"/>
      </w:tblPr>
      <w:tblGrid>
        <w:gridCol w:w="1587"/>
        <w:gridCol w:w="5216"/>
        <w:gridCol w:w="1474"/>
        <w:gridCol w:w="1871"/>
      </w:tblGrid>
      <w:tr w:rsidR="00532E3F" w:rsidRPr="000343EB" w14:paraId="56496153"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457CED38" w14:textId="77777777" w:rsidR="00532E3F" w:rsidRPr="000343EB" w:rsidRDefault="00532E3F" w:rsidP="00A52618">
            <w:pPr>
              <w:jc w:val="center"/>
              <w:rPr>
                <w:lang w:val="tr-TR"/>
              </w:rPr>
            </w:pPr>
            <w:r w:rsidRPr="000343EB">
              <w:rPr>
                <w:noProof/>
                <w:lang w:val="tr-TR"/>
              </w:rPr>
              <w:drawing>
                <wp:inline distT="0" distB="0" distL="0" distR="0" wp14:anchorId="7AE637FA" wp14:editId="6CFE722C">
                  <wp:extent cx="720000" cy="721629"/>
                  <wp:effectExtent l="0" t="0" r="0" b="0"/>
                  <wp:docPr id="25120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16" w:type="dxa"/>
            <w:vMerge w:val="restart"/>
            <w:tcBorders>
              <w:top w:val="single" w:sz="7" w:space="0" w:color="777777"/>
              <w:left w:val="single" w:sz="7" w:space="0" w:color="777777"/>
              <w:bottom w:val="single" w:sz="7" w:space="0" w:color="777777"/>
              <w:right w:val="single" w:sz="7" w:space="0" w:color="777777"/>
            </w:tcBorders>
            <w:vAlign w:val="center"/>
          </w:tcPr>
          <w:p w14:paraId="64A55D53" w14:textId="77777777" w:rsidR="00532E3F" w:rsidRPr="000343EB" w:rsidRDefault="00532E3F" w:rsidP="00A52618">
            <w:pPr>
              <w:jc w:val="center"/>
              <w:rPr>
                <w:rFonts w:ascii="Arial" w:hAnsi="Arial"/>
                <w:b/>
                <w:color w:val="14375F"/>
                <w:sz w:val="20"/>
                <w:lang w:val="tr-TR"/>
              </w:rPr>
            </w:pPr>
            <w:r w:rsidRPr="000343EB">
              <w:rPr>
                <w:rFonts w:ascii="Arial" w:hAnsi="Arial"/>
                <w:b/>
                <w:color w:val="14375F"/>
                <w:sz w:val="20"/>
                <w:lang w:val="tr-TR"/>
              </w:rPr>
              <w:t>T.C.</w:t>
            </w:r>
            <w:r w:rsidRPr="000343EB">
              <w:rPr>
                <w:rFonts w:ascii="Arial" w:hAnsi="Arial"/>
                <w:b/>
                <w:color w:val="14375F"/>
                <w:sz w:val="20"/>
                <w:lang w:val="tr-TR"/>
              </w:rPr>
              <w:br/>
              <w:t>SAĞLIK BİLİMLERİ ÜNİVERSİTESİ</w:t>
            </w:r>
            <w:r w:rsidRPr="000343EB">
              <w:rPr>
                <w:rFonts w:ascii="Arial" w:hAnsi="Arial"/>
                <w:b/>
                <w:color w:val="14375F"/>
                <w:sz w:val="20"/>
                <w:lang w:val="tr-TR"/>
              </w:rPr>
              <w:br/>
              <w:t>PERSONEL DAİRE BAŞKANLIĞI</w:t>
            </w:r>
            <w:r w:rsidRPr="000343EB">
              <w:rPr>
                <w:rFonts w:ascii="Arial" w:hAnsi="Arial"/>
                <w:b/>
                <w:color w:val="14375F"/>
                <w:sz w:val="20"/>
                <w:lang w:val="tr-TR"/>
              </w:rPr>
              <w:br/>
              <w:t>Yaş Haddi Sözleşmeli Öğretim üyesi Çalıştırılması</w:t>
            </w:r>
          </w:p>
          <w:p w14:paraId="36FA2D24" w14:textId="77777777" w:rsidR="00532E3F" w:rsidRPr="000343EB" w:rsidRDefault="00532E3F" w:rsidP="00A52618">
            <w:pPr>
              <w:jc w:val="center"/>
              <w:rPr>
                <w:lang w:val="tr-TR"/>
              </w:rPr>
            </w:pPr>
            <w:r w:rsidRPr="000343EB">
              <w:rPr>
                <w:rFonts w:ascii="Arial" w:hAnsi="Arial"/>
                <w:b/>
                <w:color w:val="14375F"/>
                <w:sz w:val="20"/>
                <w:lang w:val="tr-TR"/>
              </w:rP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36A29ED0" w14:textId="77777777" w:rsidR="00532E3F" w:rsidRPr="000343EB" w:rsidRDefault="00532E3F" w:rsidP="00A52618">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7B35826" w14:textId="77777777" w:rsidR="00532E3F" w:rsidRPr="000343EB" w:rsidRDefault="00532E3F" w:rsidP="00A52618">
            <w:pPr>
              <w:rPr>
                <w:lang w:val="tr-TR"/>
              </w:rPr>
            </w:pPr>
            <w:r w:rsidRPr="000343EB">
              <w:rPr>
                <w:sz w:val="14"/>
                <w:lang w:val="tr-TR"/>
              </w:rPr>
              <w:t>UNİKA-İAS-C2-026</w:t>
            </w:r>
          </w:p>
        </w:tc>
      </w:tr>
      <w:tr w:rsidR="00532E3F" w:rsidRPr="000343EB" w14:paraId="144A649D"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58279DD8"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02DF4881"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4AED38F5" w14:textId="77777777" w:rsidR="00532E3F" w:rsidRPr="000343EB" w:rsidRDefault="00532E3F" w:rsidP="00A52618">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09AEDC69" w14:textId="77777777" w:rsidR="00532E3F" w:rsidRPr="000343EB" w:rsidRDefault="00532E3F" w:rsidP="00A52618">
            <w:pPr>
              <w:rPr>
                <w:lang w:val="tr-TR"/>
              </w:rPr>
            </w:pPr>
            <w:r w:rsidRPr="000343EB">
              <w:rPr>
                <w:sz w:val="14"/>
                <w:lang w:val="tr-TR"/>
              </w:rPr>
              <w:t>11.05.2023</w:t>
            </w:r>
          </w:p>
        </w:tc>
      </w:tr>
      <w:tr w:rsidR="00532E3F" w:rsidRPr="000343EB" w14:paraId="567CE7FA"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0502A4EB"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517D8298"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5707D609" w14:textId="77777777" w:rsidR="00532E3F" w:rsidRPr="000343EB" w:rsidRDefault="00532E3F" w:rsidP="00A52618">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62AB08C9" w14:textId="77777777" w:rsidR="00532E3F" w:rsidRPr="000343EB" w:rsidRDefault="00532E3F" w:rsidP="00A52618">
            <w:pPr>
              <w:rPr>
                <w:lang w:val="tr-TR"/>
              </w:rPr>
            </w:pPr>
            <w:r w:rsidRPr="000343EB">
              <w:rPr>
                <w:sz w:val="14"/>
                <w:lang w:val="tr-TR"/>
              </w:rPr>
              <w:t>-</w:t>
            </w:r>
          </w:p>
        </w:tc>
      </w:tr>
      <w:tr w:rsidR="00532E3F" w:rsidRPr="000343EB" w14:paraId="339764BC"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10DC3D50"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6C28D138"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74EF4328" w14:textId="77777777" w:rsidR="00532E3F" w:rsidRPr="000343EB" w:rsidRDefault="00532E3F" w:rsidP="00A52618">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19F05270" w14:textId="77777777" w:rsidR="00532E3F" w:rsidRPr="000343EB" w:rsidRDefault="00532E3F" w:rsidP="00A52618">
            <w:pPr>
              <w:rPr>
                <w:lang w:val="tr-TR"/>
              </w:rPr>
            </w:pPr>
            <w:r w:rsidRPr="000343EB">
              <w:rPr>
                <w:sz w:val="14"/>
                <w:lang w:val="tr-TR"/>
              </w:rPr>
              <w:t>0</w:t>
            </w:r>
          </w:p>
        </w:tc>
      </w:tr>
    </w:tbl>
    <w:p w14:paraId="5200562A" w14:textId="77777777" w:rsidR="00532E3F" w:rsidRPr="000343EB" w:rsidRDefault="00532E3F" w:rsidP="00532E3F">
      <w:pPr>
        <w:tabs>
          <w:tab w:val="left" w:pos="4717"/>
        </w:tabs>
        <w:rPr>
          <w:lang w:val="tr-TR"/>
        </w:rPr>
      </w:pPr>
    </w:p>
    <w:p w14:paraId="71F6693D" w14:textId="77777777" w:rsidR="00532E3F" w:rsidRPr="000343EB" w:rsidRDefault="00532E3F" w:rsidP="00532E3F">
      <w:pPr>
        <w:tabs>
          <w:tab w:val="left" w:pos="4717"/>
        </w:tabs>
        <w:rPr>
          <w:lang w:val="tr-TR"/>
        </w:rPr>
      </w:pPr>
    </w:p>
    <w:p w14:paraId="15303D27" w14:textId="77777777" w:rsidR="00532E3F" w:rsidRPr="000343EB" w:rsidRDefault="00532E3F" w:rsidP="00532E3F">
      <w:pPr>
        <w:tabs>
          <w:tab w:val="left" w:pos="4717"/>
        </w:tabs>
        <w:rPr>
          <w:lang w:val="tr-TR"/>
        </w:rPr>
      </w:pPr>
    </w:p>
    <w:p w14:paraId="76A6BB89" w14:textId="77777777" w:rsidR="00532E3F" w:rsidRPr="000343EB" w:rsidRDefault="00532E3F" w:rsidP="00532E3F">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532E3F" w:rsidRPr="000343EB" w14:paraId="337F4184"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757563B6" w14:textId="77777777" w:rsidR="00532E3F" w:rsidRPr="000343EB" w:rsidRDefault="00532E3F" w:rsidP="00A52618">
            <w:pPr>
              <w:spacing w:before="40" w:after="40"/>
              <w:jc w:val="center"/>
              <w:rPr>
                <w:lang w:val="tr-TR"/>
              </w:rPr>
            </w:pPr>
            <w:r w:rsidRPr="000343EB">
              <w:rPr>
                <w:rFonts w:ascii="Arial" w:hAnsi="Arial"/>
                <w:sz w:val="13"/>
                <w:lang w:val="tr-TR"/>
              </w:rPr>
              <w:t>67 yaşını dolduracak öğretim üyelerinin tespit edilmesi</w:t>
            </w:r>
          </w:p>
        </w:tc>
      </w:tr>
    </w:tbl>
    <w:p w14:paraId="34013D4B"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491F7372"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2E994601" w14:textId="77777777" w:rsidR="00532E3F" w:rsidRPr="000343EB" w:rsidRDefault="00532E3F" w:rsidP="00A52618">
            <w:pPr>
              <w:spacing w:before="40" w:after="40"/>
              <w:jc w:val="center"/>
              <w:rPr>
                <w:lang w:val="tr-TR"/>
              </w:rPr>
            </w:pPr>
            <w:r w:rsidRPr="000343EB">
              <w:rPr>
                <w:rFonts w:ascii="Arial" w:hAnsi="Arial"/>
                <w:sz w:val="13"/>
                <w:lang w:val="tr-TR"/>
              </w:rPr>
              <w:t xml:space="preserve">Öğretim üyesi ile iletişime geçip dilekçe ve </w:t>
            </w:r>
            <w:proofErr w:type="spellStart"/>
            <w:r w:rsidRPr="000343EB">
              <w:rPr>
                <w:rFonts w:ascii="Arial" w:hAnsi="Arial"/>
                <w:sz w:val="13"/>
                <w:lang w:val="tr-TR"/>
              </w:rPr>
              <w:t>Ek’leri</w:t>
            </w:r>
            <w:proofErr w:type="spellEnd"/>
            <w:r w:rsidRPr="000343EB">
              <w:rPr>
                <w:rFonts w:ascii="Arial" w:hAnsi="Arial"/>
                <w:sz w:val="13"/>
                <w:lang w:val="tr-TR"/>
              </w:rPr>
              <w:t xml:space="preserve"> hakkında bilgi verilmesi</w:t>
            </w:r>
          </w:p>
        </w:tc>
      </w:tr>
    </w:tbl>
    <w:p w14:paraId="569CC982"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7D9CF0CE"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57EB6C0C" w14:textId="77777777" w:rsidR="00532E3F" w:rsidRPr="000343EB" w:rsidRDefault="00532E3F" w:rsidP="00A52618">
            <w:pPr>
              <w:spacing w:before="40" w:after="40"/>
              <w:jc w:val="center"/>
              <w:rPr>
                <w:lang w:val="tr-TR"/>
              </w:rPr>
            </w:pPr>
            <w:r w:rsidRPr="000343EB">
              <w:rPr>
                <w:rFonts w:ascii="Arial" w:hAnsi="Arial"/>
                <w:sz w:val="13"/>
                <w:lang w:val="tr-TR"/>
              </w:rPr>
              <w:t>İlgili öğretim üyesinin görev yaptığı birimden ve ilgili Fakülteden, 67 yaşını doldurduktan sonra görevine devam etmesinin kurum açısından gerekli olup olmadığına ilişkin görüş alınması.</w:t>
            </w:r>
          </w:p>
        </w:tc>
      </w:tr>
    </w:tbl>
    <w:p w14:paraId="08CF16FC"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32227602"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0BB176AD" w14:textId="77777777" w:rsidR="00532E3F" w:rsidRPr="000343EB" w:rsidRDefault="00532E3F" w:rsidP="00A52618">
            <w:pPr>
              <w:spacing w:before="40" w:after="40"/>
              <w:jc w:val="center"/>
              <w:rPr>
                <w:lang w:val="tr-TR"/>
              </w:rPr>
            </w:pPr>
            <w:r w:rsidRPr="000343EB">
              <w:rPr>
                <w:rFonts w:ascii="Arial" w:hAnsi="Arial"/>
                <w:sz w:val="13"/>
                <w:lang w:val="tr-TR"/>
              </w:rPr>
              <w:t>Gelen cevaplar doğrultusunda Üniversite Yönetim Kuruluna alınması.</w:t>
            </w:r>
          </w:p>
        </w:tc>
      </w:tr>
    </w:tbl>
    <w:p w14:paraId="6F15F62D"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57DCC4DD"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3892192E" w14:textId="77777777" w:rsidR="00532E3F" w:rsidRPr="000343EB" w:rsidRDefault="00532E3F" w:rsidP="00A52618">
            <w:pPr>
              <w:spacing w:before="40" w:after="40"/>
              <w:jc w:val="center"/>
              <w:rPr>
                <w:lang w:val="tr-TR"/>
              </w:rPr>
            </w:pPr>
            <w:r w:rsidRPr="000343EB">
              <w:rPr>
                <w:rFonts w:ascii="Arial" w:hAnsi="Arial"/>
                <w:sz w:val="13"/>
                <w:lang w:val="tr-TR"/>
              </w:rPr>
              <w:t xml:space="preserve">Üniversite Yönetiminden çıkan karar doğrultusunda </w:t>
            </w:r>
            <w:proofErr w:type="spellStart"/>
            <w:r w:rsidRPr="000343EB">
              <w:rPr>
                <w:rFonts w:ascii="Arial" w:hAnsi="Arial"/>
                <w:sz w:val="13"/>
                <w:lang w:val="tr-TR"/>
              </w:rPr>
              <w:t>Yöke</w:t>
            </w:r>
            <w:proofErr w:type="spellEnd"/>
            <w:r w:rsidRPr="000343EB">
              <w:rPr>
                <w:rFonts w:ascii="Arial" w:hAnsi="Arial"/>
                <w:sz w:val="13"/>
                <w:lang w:val="tr-TR"/>
              </w:rPr>
              <w:t xml:space="preserve"> görüş yazısı yazılması.</w:t>
            </w:r>
          </w:p>
        </w:tc>
      </w:tr>
    </w:tbl>
    <w:p w14:paraId="4B79333E"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058D1D9E"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03AFAD04" w14:textId="77777777" w:rsidR="00532E3F" w:rsidRPr="000343EB" w:rsidRDefault="00532E3F" w:rsidP="00A52618">
            <w:pPr>
              <w:spacing w:before="40" w:after="40"/>
              <w:jc w:val="center"/>
              <w:rPr>
                <w:lang w:val="tr-TR"/>
              </w:rPr>
            </w:pPr>
            <w:proofErr w:type="spellStart"/>
            <w:r w:rsidRPr="000343EB">
              <w:rPr>
                <w:rFonts w:ascii="Arial" w:hAnsi="Arial"/>
                <w:sz w:val="13"/>
                <w:lang w:val="tr-TR"/>
              </w:rPr>
              <w:t>Yökten</w:t>
            </w:r>
            <w:proofErr w:type="spellEnd"/>
            <w:r w:rsidRPr="000343EB">
              <w:rPr>
                <w:rFonts w:ascii="Arial" w:hAnsi="Arial"/>
                <w:sz w:val="13"/>
                <w:lang w:val="tr-TR"/>
              </w:rPr>
              <w:t xml:space="preserve"> gelen cevap doğrultusunda sözleşme hazırlanması</w:t>
            </w:r>
          </w:p>
        </w:tc>
      </w:tr>
    </w:tbl>
    <w:p w14:paraId="11B5DB7E"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34A422BE"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08B220E2" w14:textId="77777777" w:rsidR="00532E3F" w:rsidRPr="000343EB" w:rsidRDefault="00532E3F" w:rsidP="00A52618">
            <w:pPr>
              <w:spacing w:before="40" w:after="40"/>
              <w:jc w:val="center"/>
              <w:rPr>
                <w:lang w:val="tr-TR"/>
              </w:rPr>
            </w:pPr>
            <w:r w:rsidRPr="000343EB">
              <w:rPr>
                <w:rFonts w:ascii="Arial" w:hAnsi="Arial"/>
                <w:sz w:val="13"/>
                <w:lang w:val="tr-TR"/>
              </w:rPr>
              <w:t>Sözleşmeli olarak görevine devam edeceğine dair yazının ilgili birimlere yazılması.</w:t>
            </w:r>
          </w:p>
        </w:tc>
      </w:tr>
    </w:tbl>
    <w:p w14:paraId="17D5A60C"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6413CB57"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7A4FD7B9" w14:textId="77777777" w:rsidR="00532E3F" w:rsidRPr="000343EB" w:rsidRDefault="00532E3F" w:rsidP="00A52618">
            <w:pPr>
              <w:spacing w:before="40" w:after="40"/>
              <w:jc w:val="center"/>
              <w:rPr>
                <w:lang w:val="tr-TR"/>
              </w:rPr>
            </w:pPr>
            <w:r w:rsidRPr="000343EB">
              <w:rPr>
                <w:rFonts w:ascii="Arial" w:hAnsi="Arial"/>
                <w:sz w:val="13"/>
                <w:lang w:val="tr-TR"/>
              </w:rPr>
              <w:t>HİTAP/YÖKSİS ve personel sistemi kayıtlarının tamamlanması</w:t>
            </w:r>
          </w:p>
        </w:tc>
      </w:tr>
    </w:tbl>
    <w:p w14:paraId="666CC19D" w14:textId="77777777" w:rsidR="00532E3F" w:rsidRPr="000343EB" w:rsidRDefault="00532E3F" w:rsidP="00532E3F">
      <w:pPr>
        <w:tabs>
          <w:tab w:val="left" w:pos="4717"/>
        </w:tabs>
        <w:rPr>
          <w:lang w:val="tr-TR"/>
        </w:rPr>
      </w:pPr>
    </w:p>
    <w:p w14:paraId="754C8B49" w14:textId="77777777" w:rsidR="00532E3F" w:rsidRPr="000343EB" w:rsidRDefault="00532E3F" w:rsidP="00532E3F">
      <w:pPr>
        <w:tabs>
          <w:tab w:val="left" w:pos="4717"/>
        </w:tabs>
        <w:rPr>
          <w:lang w:val="tr-TR"/>
        </w:rPr>
      </w:pPr>
    </w:p>
    <w:p w14:paraId="148854E7" w14:textId="77777777" w:rsidR="00532E3F" w:rsidRPr="000343EB" w:rsidRDefault="00532E3F" w:rsidP="00532E3F">
      <w:pPr>
        <w:tabs>
          <w:tab w:val="left" w:pos="4717"/>
        </w:tabs>
        <w:rPr>
          <w:lang w:val="tr-TR"/>
        </w:rPr>
      </w:pPr>
    </w:p>
    <w:p w14:paraId="4D2DCC41" w14:textId="77777777" w:rsidR="00532E3F" w:rsidRPr="000343EB" w:rsidRDefault="00532E3F" w:rsidP="00532E3F">
      <w:pPr>
        <w:tabs>
          <w:tab w:val="left" w:pos="4717"/>
        </w:tabs>
        <w:rPr>
          <w:lang w:val="tr-TR"/>
        </w:rPr>
      </w:pPr>
    </w:p>
    <w:p w14:paraId="7101A523" w14:textId="77777777" w:rsidR="00532E3F" w:rsidRPr="000343EB" w:rsidRDefault="00532E3F" w:rsidP="00532E3F">
      <w:pPr>
        <w:tabs>
          <w:tab w:val="left" w:pos="4717"/>
        </w:tabs>
        <w:rPr>
          <w:lang w:val="tr-TR"/>
        </w:rPr>
      </w:pPr>
    </w:p>
    <w:p w14:paraId="67293383" w14:textId="77777777" w:rsidR="00532E3F" w:rsidRPr="000343EB" w:rsidRDefault="00532E3F" w:rsidP="00532E3F">
      <w:pPr>
        <w:tabs>
          <w:tab w:val="left" w:pos="4717"/>
        </w:tabs>
        <w:rPr>
          <w:lang w:val="tr-TR"/>
        </w:rPr>
      </w:pPr>
    </w:p>
    <w:p w14:paraId="32AA15E9" w14:textId="77777777" w:rsidR="00532E3F" w:rsidRPr="000343EB" w:rsidRDefault="00532E3F" w:rsidP="00532E3F">
      <w:pPr>
        <w:tabs>
          <w:tab w:val="left" w:pos="4717"/>
        </w:tabs>
        <w:rPr>
          <w:lang w:val="tr-TR"/>
        </w:rPr>
      </w:pPr>
    </w:p>
    <w:p w14:paraId="42176602" w14:textId="77777777" w:rsidR="00532E3F" w:rsidRPr="000343EB" w:rsidRDefault="00532E3F" w:rsidP="00532E3F">
      <w:pPr>
        <w:tabs>
          <w:tab w:val="left" w:pos="4717"/>
        </w:tabs>
        <w:rPr>
          <w:lang w:val="tr-TR"/>
        </w:rPr>
      </w:pPr>
    </w:p>
    <w:p w14:paraId="16B136D1" w14:textId="77777777" w:rsidR="00532E3F" w:rsidRPr="000343EB" w:rsidRDefault="00532E3F" w:rsidP="00532E3F">
      <w:pPr>
        <w:tabs>
          <w:tab w:val="left" w:pos="4717"/>
        </w:tabs>
        <w:rPr>
          <w:lang w:val="tr-TR"/>
        </w:rPr>
      </w:pPr>
    </w:p>
    <w:p w14:paraId="2790AC78" w14:textId="77777777" w:rsidR="00532E3F" w:rsidRPr="000343EB" w:rsidRDefault="00532E3F" w:rsidP="00532E3F">
      <w:pPr>
        <w:tabs>
          <w:tab w:val="left" w:pos="4717"/>
        </w:tabs>
        <w:rPr>
          <w:lang w:val="tr-TR"/>
        </w:rPr>
      </w:pPr>
    </w:p>
    <w:p w14:paraId="74354870" w14:textId="77777777" w:rsidR="00532E3F" w:rsidRPr="000343EB" w:rsidRDefault="00532E3F" w:rsidP="00532E3F">
      <w:pPr>
        <w:tabs>
          <w:tab w:val="left" w:pos="4717"/>
        </w:tabs>
        <w:rPr>
          <w:lang w:val="tr-TR"/>
        </w:rPr>
      </w:pPr>
    </w:p>
    <w:p w14:paraId="3B28F084" w14:textId="77777777" w:rsidR="00532E3F" w:rsidRPr="000343EB" w:rsidRDefault="00532E3F" w:rsidP="00532E3F">
      <w:pPr>
        <w:tabs>
          <w:tab w:val="left" w:pos="4717"/>
        </w:tabs>
        <w:rPr>
          <w:lang w:val="tr-TR"/>
        </w:rPr>
      </w:pPr>
    </w:p>
    <w:tbl>
      <w:tblPr>
        <w:tblW w:w="0" w:type="auto"/>
        <w:jc w:val="center"/>
        <w:tblLayout w:type="fixed"/>
        <w:tblLook w:val="04A0" w:firstRow="1" w:lastRow="0" w:firstColumn="1" w:lastColumn="0" w:noHBand="0" w:noVBand="1"/>
      </w:tblPr>
      <w:tblGrid>
        <w:gridCol w:w="1587"/>
        <w:gridCol w:w="5216"/>
        <w:gridCol w:w="1474"/>
        <w:gridCol w:w="1871"/>
      </w:tblGrid>
      <w:tr w:rsidR="00532E3F" w:rsidRPr="000343EB" w14:paraId="3664AA8E" w14:textId="77777777" w:rsidTr="00A52618">
        <w:trPr>
          <w:jc w:val="center"/>
        </w:trPr>
        <w:tc>
          <w:tcPr>
            <w:tcW w:w="1587" w:type="dxa"/>
            <w:vMerge w:val="restart"/>
            <w:tcBorders>
              <w:top w:val="single" w:sz="7" w:space="0" w:color="777777"/>
              <w:left w:val="single" w:sz="7" w:space="0" w:color="777777"/>
              <w:bottom w:val="single" w:sz="7" w:space="0" w:color="777777"/>
              <w:right w:val="single" w:sz="7" w:space="0" w:color="777777"/>
            </w:tcBorders>
            <w:vAlign w:val="center"/>
          </w:tcPr>
          <w:p w14:paraId="2C9FCD4C" w14:textId="77777777" w:rsidR="00532E3F" w:rsidRPr="000343EB" w:rsidRDefault="00532E3F" w:rsidP="00A52618">
            <w:pPr>
              <w:jc w:val="center"/>
              <w:rPr>
                <w:lang w:val="tr-TR"/>
              </w:rPr>
            </w:pPr>
            <w:r w:rsidRPr="000343EB">
              <w:rPr>
                <w:noProof/>
                <w:lang w:val="tr-TR"/>
              </w:rPr>
              <w:lastRenderedPageBreak/>
              <w:drawing>
                <wp:inline distT="0" distB="0" distL="0" distR="0" wp14:anchorId="786EE1AA" wp14:editId="50D43550">
                  <wp:extent cx="720000" cy="721629"/>
                  <wp:effectExtent l="0" t="0" r="0" b="0"/>
                  <wp:docPr id="1193804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_logo_for_flows.png"/>
                          <pic:cNvPicPr/>
                        </pic:nvPicPr>
                        <pic:blipFill>
                          <a:blip r:embed="rId8"/>
                          <a:stretch>
                            <a:fillRect/>
                          </a:stretch>
                        </pic:blipFill>
                        <pic:spPr>
                          <a:xfrm>
                            <a:off x="0" y="0"/>
                            <a:ext cx="720000" cy="721629"/>
                          </a:xfrm>
                          <a:prstGeom prst="rect">
                            <a:avLst/>
                          </a:prstGeom>
                        </pic:spPr>
                      </pic:pic>
                    </a:graphicData>
                  </a:graphic>
                </wp:inline>
              </w:drawing>
            </w:r>
          </w:p>
        </w:tc>
        <w:tc>
          <w:tcPr>
            <w:tcW w:w="5216" w:type="dxa"/>
            <w:vMerge w:val="restart"/>
            <w:tcBorders>
              <w:top w:val="single" w:sz="7" w:space="0" w:color="777777"/>
              <w:left w:val="single" w:sz="7" w:space="0" w:color="777777"/>
              <w:bottom w:val="single" w:sz="7" w:space="0" w:color="777777"/>
              <w:right w:val="single" w:sz="7" w:space="0" w:color="777777"/>
            </w:tcBorders>
            <w:vAlign w:val="center"/>
          </w:tcPr>
          <w:p w14:paraId="0993B22E" w14:textId="77777777" w:rsidR="00532E3F" w:rsidRPr="000343EB" w:rsidRDefault="00532E3F" w:rsidP="00A52618">
            <w:pPr>
              <w:jc w:val="center"/>
              <w:rPr>
                <w:rFonts w:ascii="Arial" w:hAnsi="Arial"/>
                <w:b/>
                <w:color w:val="14375F"/>
                <w:sz w:val="20"/>
                <w:lang w:val="tr-TR"/>
              </w:rPr>
            </w:pPr>
            <w:r w:rsidRPr="000343EB">
              <w:rPr>
                <w:rFonts w:ascii="Arial" w:hAnsi="Arial"/>
                <w:b/>
                <w:color w:val="14375F"/>
                <w:sz w:val="20"/>
                <w:lang w:val="tr-TR"/>
              </w:rPr>
              <w:t>T.C.</w:t>
            </w:r>
            <w:r w:rsidRPr="000343EB">
              <w:rPr>
                <w:rFonts w:ascii="Arial" w:hAnsi="Arial"/>
                <w:b/>
                <w:color w:val="14375F"/>
                <w:sz w:val="20"/>
                <w:lang w:val="tr-TR"/>
              </w:rPr>
              <w:br/>
              <w:t>SAĞLIK BİLİMLERİ ÜNİVERSİTESİ</w:t>
            </w:r>
            <w:r w:rsidRPr="000343EB">
              <w:rPr>
                <w:rFonts w:ascii="Arial" w:hAnsi="Arial"/>
                <w:b/>
                <w:color w:val="14375F"/>
                <w:sz w:val="20"/>
                <w:lang w:val="tr-TR"/>
              </w:rPr>
              <w:br/>
              <w:t>PERSONEL DAİRE BAŞKANLIĞI</w:t>
            </w:r>
            <w:r w:rsidRPr="000343EB">
              <w:rPr>
                <w:rFonts w:ascii="Arial" w:hAnsi="Arial"/>
                <w:b/>
                <w:color w:val="14375F"/>
                <w:sz w:val="20"/>
                <w:lang w:val="tr-TR"/>
              </w:rPr>
              <w:br/>
              <w:t>EK GÖSTERGE DEĞİŞİKLİĞİ</w:t>
            </w:r>
          </w:p>
          <w:p w14:paraId="022752D3" w14:textId="77777777" w:rsidR="00532E3F" w:rsidRPr="000343EB" w:rsidRDefault="00532E3F" w:rsidP="00A52618">
            <w:pPr>
              <w:jc w:val="center"/>
              <w:rPr>
                <w:lang w:val="tr-TR"/>
              </w:rPr>
            </w:pPr>
            <w:r w:rsidRPr="000343EB">
              <w:rPr>
                <w:rFonts w:ascii="Arial" w:hAnsi="Arial"/>
                <w:b/>
                <w:color w:val="14375F"/>
                <w:sz w:val="20"/>
                <w:lang w:val="tr-TR"/>
              </w:rPr>
              <w:t>İş Akış Süreci</w:t>
            </w:r>
          </w:p>
        </w:tc>
        <w:tc>
          <w:tcPr>
            <w:tcW w:w="1474" w:type="dxa"/>
            <w:tcBorders>
              <w:top w:val="single" w:sz="7" w:space="0" w:color="777777"/>
              <w:left w:val="single" w:sz="7" w:space="0" w:color="777777"/>
              <w:bottom w:val="single" w:sz="7" w:space="0" w:color="777777"/>
              <w:right w:val="single" w:sz="7" w:space="0" w:color="777777"/>
            </w:tcBorders>
            <w:vAlign w:val="center"/>
          </w:tcPr>
          <w:p w14:paraId="39A12066" w14:textId="77777777" w:rsidR="00532E3F" w:rsidRPr="000343EB" w:rsidRDefault="00532E3F" w:rsidP="00A52618">
            <w:pPr>
              <w:rPr>
                <w:lang w:val="tr-TR"/>
              </w:rPr>
            </w:pPr>
            <w:r w:rsidRPr="000343EB">
              <w:rPr>
                <w:b/>
                <w:sz w:val="14"/>
                <w:lang w:val="tr-TR"/>
              </w:rPr>
              <w:t>Doküman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564C84A" w14:textId="77777777" w:rsidR="00532E3F" w:rsidRPr="000343EB" w:rsidRDefault="00532E3F" w:rsidP="00A52618">
            <w:pPr>
              <w:rPr>
                <w:lang w:val="tr-TR"/>
              </w:rPr>
            </w:pPr>
            <w:r w:rsidRPr="000343EB">
              <w:rPr>
                <w:sz w:val="14"/>
                <w:lang w:val="tr-TR"/>
              </w:rPr>
              <w:t>UNİKA-İAS-C2-026</w:t>
            </w:r>
          </w:p>
        </w:tc>
      </w:tr>
      <w:tr w:rsidR="00532E3F" w:rsidRPr="000343EB" w14:paraId="35163F61"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4EEFE42C"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64115CF9"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0928B95E" w14:textId="77777777" w:rsidR="00532E3F" w:rsidRPr="000343EB" w:rsidRDefault="00532E3F" w:rsidP="00A52618">
            <w:pPr>
              <w:rPr>
                <w:lang w:val="tr-TR"/>
              </w:rPr>
            </w:pPr>
            <w:r w:rsidRPr="000343EB">
              <w:rPr>
                <w:b/>
                <w:sz w:val="14"/>
                <w:lang w:val="tr-TR"/>
              </w:rPr>
              <w:t>Yayın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7A5BF6C1" w14:textId="77777777" w:rsidR="00532E3F" w:rsidRPr="000343EB" w:rsidRDefault="00532E3F" w:rsidP="00A52618">
            <w:pPr>
              <w:rPr>
                <w:lang w:val="tr-TR"/>
              </w:rPr>
            </w:pPr>
            <w:r w:rsidRPr="000343EB">
              <w:rPr>
                <w:sz w:val="14"/>
                <w:lang w:val="tr-TR"/>
              </w:rPr>
              <w:t>11.05.2023</w:t>
            </w:r>
          </w:p>
        </w:tc>
      </w:tr>
      <w:tr w:rsidR="00532E3F" w:rsidRPr="000343EB" w14:paraId="31EEED06"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18A2A0E"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1C7C2F4F"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632FA378" w14:textId="77777777" w:rsidR="00532E3F" w:rsidRPr="000343EB" w:rsidRDefault="00532E3F" w:rsidP="00A52618">
            <w:pPr>
              <w:rPr>
                <w:lang w:val="tr-TR"/>
              </w:rPr>
            </w:pPr>
            <w:r w:rsidRPr="000343EB">
              <w:rPr>
                <w:b/>
                <w:sz w:val="14"/>
                <w:lang w:val="tr-TR"/>
              </w:rPr>
              <w:t>Revizyon Tarihi</w:t>
            </w:r>
          </w:p>
        </w:tc>
        <w:tc>
          <w:tcPr>
            <w:tcW w:w="1871" w:type="dxa"/>
            <w:tcBorders>
              <w:top w:val="single" w:sz="7" w:space="0" w:color="777777"/>
              <w:left w:val="single" w:sz="7" w:space="0" w:color="777777"/>
              <w:bottom w:val="single" w:sz="7" w:space="0" w:color="777777"/>
              <w:right w:val="single" w:sz="7" w:space="0" w:color="777777"/>
            </w:tcBorders>
            <w:vAlign w:val="center"/>
          </w:tcPr>
          <w:p w14:paraId="359F0E28" w14:textId="77777777" w:rsidR="00532E3F" w:rsidRPr="000343EB" w:rsidRDefault="00532E3F" w:rsidP="00A52618">
            <w:pPr>
              <w:rPr>
                <w:lang w:val="tr-TR"/>
              </w:rPr>
            </w:pPr>
            <w:r w:rsidRPr="000343EB">
              <w:rPr>
                <w:sz w:val="14"/>
                <w:lang w:val="tr-TR"/>
              </w:rPr>
              <w:t>-</w:t>
            </w:r>
          </w:p>
        </w:tc>
      </w:tr>
      <w:tr w:rsidR="00532E3F" w:rsidRPr="000343EB" w14:paraId="1AFDB2A4" w14:textId="77777777" w:rsidTr="00A52618">
        <w:trPr>
          <w:jc w:val="center"/>
        </w:trPr>
        <w:tc>
          <w:tcPr>
            <w:tcW w:w="1587" w:type="dxa"/>
            <w:vMerge/>
            <w:tcBorders>
              <w:top w:val="single" w:sz="7" w:space="0" w:color="777777"/>
              <w:left w:val="single" w:sz="7" w:space="0" w:color="777777"/>
              <w:bottom w:val="single" w:sz="7" w:space="0" w:color="777777"/>
              <w:right w:val="single" w:sz="7" w:space="0" w:color="777777"/>
            </w:tcBorders>
            <w:vAlign w:val="center"/>
          </w:tcPr>
          <w:p w14:paraId="3607C683" w14:textId="77777777" w:rsidR="00532E3F" w:rsidRPr="000343EB" w:rsidRDefault="00532E3F" w:rsidP="00A52618">
            <w:pPr>
              <w:rPr>
                <w:lang w:val="tr-TR"/>
              </w:rPr>
            </w:pPr>
          </w:p>
        </w:tc>
        <w:tc>
          <w:tcPr>
            <w:tcW w:w="5216" w:type="dxa"/>
            <w:vMerge/>
            <w:tcBorders>
              <w:top w:val="single" w:sz="7" w:space="0" w:color="777777"/>
              <w:left w:val="single" w:sz="7" w:space="0" w:color="777777"/>
              <w:bottom w:val="single" w:sz="7" w:space="0" w:color="777777"/>
              <w:right w:val="single" w:sz="7" w:space="0" w:color="777777"/>
            </w:tcBorders>
            <w:vAlign w:val="center"/>
          </w:tcPr>
          <w:p w14:paraId="6357666E" w14:textId="77777777" w:rsidR="00532E3F" w:rsidRPr="000343EB" w:rsidRDefault="00532E3F" w:rsidP="00A52618">
            <w:pPr>
              <w:rPr>
                <w:lang w:val="tr-TR"/>
              </w:rPr>
            </w:pPr>
          </w:p>
        </w:tc>
        <w:tc>
          <w:tcPr>
            <w:tcW w:w="1474" w:type="dxa"/>
            <w:tcBorders>
              <w:top w:val="single" w:sz="7" w:space="0" w:color="777777"/>
              <w:left w:val="single" w:sz="7" w:space="0" w:color="777777"/>
              <w:bottom w:val="single" w:sz="7" w:space="0" w:color="777777"/>
              <w:right w:val="single" w:sz="7" w:space="0" w:color="777777"/>
            </w:tcBorders>
            <w:vAlign w:val="center"/>
          </w:tcPr>
          <w:p w14:paraId="2B0177CF" w14:textId="77777777" w:rsidR="00532E3F" w:rsidRPr="000343EB" w:rsidRDefault="00532E3F" w:rsidP="00A52618">
            <w:pPr>
              <w:rPr>
                <w:lang w:val="tr-TR"/>
              </w:rPr>
            </w:pPr>
            <w:r w:rsidRPr="000343EB">
              <w:rPr>
                <w:b/>
                <w:sz w:val="14"/>
                <w:lang w:val="tr-TR"/>
              </w:rPr>
              <w:t>Revizyon No</w:t>
            </w:r>
          </w:p>
        </w:tc>
        <w:tc>
          <w:tcPr>
            <w:tcW w:w="1871" w:type="dxa"/>
            <w:tcBorders>
              <w:top w:val="single" w:sz="7" w:space="0" w:color="777777"/>
              <w:left w:val="single" w:sz="7" w:space="0" w:color="777777"/>
              <w:bottom w:val="single" w:sz="7" w:space="0" w:color="777777"/>
              <w:right w:val="single" w:sz="7" w:space="0" w:color="777777"/>
            </w:tcBorders>
            <w:vAlign w:val="center"/>
          </w:tcPr>
          <w:p w14:paraId="725DFE9D" w14:textId="77777777" w:rsidR="00532E3F" w:rsidRPr="000343EB" w:rsidRDefault="00532E3F" w:rsidP="00A52618">
            <w:pPr>
              <w:rPr>
                <w:lang w:val="tr-TR"/>
              </w:rPr>
            </w:pPr>
            <w:r w:rsidRPr="000343EB">
              <w:rPr>
                <w:sz w:val="14"/>
                <w:lang w:val="tr-TR"/>
              </w:rPr>
              <w:t>0</w:t>
            </w:r>
          </w:p>
        </w:tc>
      </w:tr>
    </w:tbl>
    <w:p w14:paraId="11BAFCBF" w14:textId="77777777" w:rsidR="00532E3F" w:rsidRPr="000343EB" w:rsidRDefault="00532E3F" w:rsidP="00532E3F">
      <w:pPr>
        <w:tabs>
          <w:tab w:val="left" w:pos="4717"/>
        </w:tabs>
        <w:rPr>
          <w:lang w:val="tr-TR"/>
        </w:rPr>
      </w:pPr>
    </w:p>
    <w:p w14:paraId="4D7EE395" w14:textId="77777777" w:rsidR="00532E3F" w:rsidRPr="000343EB" w:rsidRDefault="00532E3F" w:rsidP="00532E3F">
      <w:pPr>
        <w:tabs>
          <w:tab w:val="left" w:pos="4717"/>
        </w:tabs>
        <w:rPr>
          <w:lang w:val="tr-TR"/>
        </w:rPr>
      </w:pPr>
    </w:p>
    <w:p w14:paraId="17EDADD0" w14:textId="77777777" w:rsidR="00532E3F" w:rsidRPr="000343EB" w:rsidRDefault="00532E3F" w:rsidP="00532E3F">
      <w:pPr>
        <w:spacing w:after="20"/>
        <w:jc w:val="center"/>
        <w:rPr>
          <w:lang w:val="tr-TR"/>
        </w:rPr>
      </w:pPr>
      <w:r w:rsidRPr="000343EB">
        <w:rPr>
          <w:b/>
          <w:color w:val="B97000"/>
          <w:sz w:val="16"/>
          <w:lang w:val="tr-TR"/>
        </w:rPr>
        <w:t>BAŞLANGIÇ</w:t>
      </w:r>
    </w:p>
    <w:tbl>
      <w:tblPr>
        <w:tblW w:w="0" w:type="auto"/>
        <w:jc w:val="center"/>
        <w:tblLayout w:type="fixed"/>
        <w:tblLook w:val="04A0" w:firstRow="1" w:lastRow="0" w:firstColumn="1" w:lastColumn="0" w:noHBand="0" w:noVBand="1"/>
      </w:tblPr>
      <w:tblGrid>
        <w:gridCol w:w="7767"/>
      </w:tblGrid>
      <w:tr w:rsidR="00532E3F" w:rsidRPr="000343EB" w14:paraId="53B2FAB1"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1431C082" w14:textId="77777777" w:rsidR="00532E3F" w:rsidRPr="000343EB" w:rsidRDefault="00532E3F" w:rsidP="00A52618">
            <w:pPr>
              <w:spacing w:before="40" w:after="40"/>
              <w:jc w:val="center"/>
              <w:rPr>
                <w:lang w:val="tr-TR"/>
              </w:rPr>
            </w:pPr>
            <w:r w:rsidRPr="000343EB">
              <w:rPr>
                <w:rFonts w:ascii="Arial" w:hAnsi="Arial"/>
                <w:sz w:val="13"/>
                <w:lang w:val="tr-TR"/>
              </w:rPr>
              <w:t xml:space="preserve">Öğretim üyelerinin ilgili mevzuat hükümlerine göre ek gösterge cetvellerinin </w:t>
            </w:r>
            <w:proofErr w:type="gramStart"/>
            <w:r w:rsidRPr="000343EB">
              <w:rPr>
                <w:rFonts w:ascii="Arial" w:hAnsi="Arial"/>
                <w:sz w:val="13"/>
                <w:lang w:val="tr-TR"/>
              </w:rPr>
              <w:t>aylık  olarak</w:t>
            </w:r>
            <w:proofErr w:type="gramEnd"/>
            <w:r w:rsidRPr="000343EB">
              <w:rPr>
                <w:rFonts w:ascii="Arial" w:hAnsi="Arial"/>
                <w:sz w:val="13"/>
                <w:lang w:val="tr-TR"/>
              </w:rPr>
              <w:t xml:space="preserve">  incelenmesi.</w:t>
            </w:r>
          </w:p>
        </w:tc>
      </w:tr>
    </w:tbl>
    <w:p w14:paraId="14482C60"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0136A590"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2FDB0AB6" w14:textId="77777777" w:rsidR="00532E3F" w:rsidRPr="000343EB" w:rsidRDefault="00532E3F" w:rsidP="00A52618">
            <w:pPr>
              <w:spacing w:before="40" w:after="40"/>
              <w:jc w:val="center"/>
              <w:rPr>
                <w:lang w:val="tr-TR"/>
              </w:rPr>
            </w:pPr>
            <w:r w:rsidRPr="000343EB">
              <w:rPr>
                <w:rFonts w:ascii="Arial" w:hAnsi="Arial"/>
                <w:sz w:val="13"/>
                <w:lang w:val="tr-TR"/>
              </w:rPr>
              <w:t>Profesör kadrosunda 3 yılı dolanlar için ilgili birimlere yazışmaların yapılması</w:t>
            </w:r>
          </w:p>
        </w:tc>
      </w:tr>
    </w:tbl>
    <w:p w14:paraId="287A36B1"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1ABABC0A"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7390F2AD" w14:textId="77777777" w:rsidR="00532E3F" w:rsidRPr="000343EB" w:rsidRDefault="00532E3F" w:rsidP="00A52618">
            <w:pPr>
              <w:spacing w:before="40" w:after="40"/>
              <w:jc w:val="center"/>
              <w:rPr>
                <w:lang w:val="tr-TR"/>
              </w:rPr>
            </w:pPr>
            <w:r w:rsidRPr="000343EB">
              <w:rPr>
                <w:rFonts w:ascii="Arial" w:hAnsi="Arial"/>
                <w:sz w:val="13"/>
                <w:lang w:val="tr-TR"/>
              </w:rPr>
              <w:t xml:space="preserve">Profesör kadrosunda 4 yılı dolanlar için Rektörlük Oluru alıp üst yazı ile ilgili birimlere yazışmaların yapılması. </w:t>
            </w:r>
          </w:p>
        </w:tc>
      </w:tr>
    </w:tbl>
    <w:p w14:paraId="08CC9E22"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0343EB" w14:paraId="6FFF4497"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2CDB314E" w14:textId="77777777" w:rsidR="00532E3F" w:rsidRPr="000343EB" w:rsidRDefault="00532E3F" w:rsidP="00A52618">
            <w:pPr>
              <w:spacing w:before="40" w:after="40"/>
              <w:jc w:val="center"/>
              <w:rPr>
                <w:lang w:val="tr-TR"/>
              </w:rPr>
            </w:pPr>
            <w:r w:rsidRPr="000343EB">
              <w:rPr>
                <w:rFonts w:ascii="Arial" w:hAnsi="Arial"/>
                <w:sz w:val="13"/>
                <w:lang w:val="tr-TR"/>
              </w:rPr>
              <w:t xml:space="preserve"> HİTAP ve personel sistemi kayıtlarının tamamlanması.</w:t>
            </w:r>
          </w:p>
        </w:tc>
      </w:tr>
    </w:tbl>
    <w:p w14:paraId="2EF74B18" w14:textId="77777777" w:rsidR="00532E3F" w:rsidRPr="000343EB" w:rsidRDefault="00532E3F" w:rsidP="00532E3F">
      <w:pPr>
        <w:spacing w:after="0"/>
        <w:jc w:val="center"/>
        <w:rPr>
          <w:lang w:val="tr-TR"/>
        </w:rPr>
      </w:pPr>
      <w:r w:rsidRPr="000343EB">
        <w:rPr>
          <w:b/>
          <w:color w:val="B97000"/>
          <w:sz w:val="26"/>
          <w:lang w:val="tr-TR"/>
        </w:rPr>
        <w:t>↓</w:t>
      </w:r>
    </w:p>
    <w:tbl>
      <w:tblPr>
        <w:tblW w:w="0" w:type="auto"/>
        <w:jc w:val="center"/>
        <w:tblLayout w:type="fixed"/>
        <w:tblLook w:val="04A0" w:firstRow="1" w:lastRow="0" w:firstColumn="1" w:lastColumn="0" w:noHBand="0" w:noVBand="1"/>
      </w:tblPr>
      <w:tblGrid>
        <w:gridCol w:w="7767"/>
      </w:tblGrid>
      <w:tr w:rsidR="00532E3F" w:rsidRPr="006164F7" w14:paraId="467424EF" w14:textId="77777777" w:rsidTr="00A52618">
        <w:trPr>
          <w:jc w:val="center"/>
        </w:trPr>
        <w:tc>
          <w:tcPr>
            <w:tcW w:w="7767" w:type="dxa"/>
            <w:tcBorders>
              <w:top w:val="single" w:sz="16" w:space="0" w:color="173B6C"/>
              <w:left w:val="single" w:sz="16" w:space="0" w:color="173B6C"/>
              <w:bottom w:val="single" w:sz="16" w:space="0" w:color="173B6C"/>
              <w:right w:val="single" w:sz="16" w:space="0" w:color="173B6C"/>
            </w:tcBorders>
          </w:tcPr>
          <w:p w14:paraId="6008A378" w14:textId="77777777" w:rsidR="00532E3F" w:rsidRPr="006164F7" w:rsidRDefault="00532E3F" w:rsidP="00A52618">
            <w:pPr>
              <w:spacing w:before="40" w:after="40"/>
              <w:jc w:val="center"/>
              <w:rPr>
                <w:lang w:val="tr-TR"/>
              </w:rPr>
            </w:pPr>
            <w:r w:rsidRPr="000343EB">
              <w:rPr>
                <w:rFonts w:ascii="Arial" w:hAnsi="Arial"/>
                <w:sz w:val="13"/>
                <w:lang w:val="tr-TR"/>
              </w:rPr>
              <w:t>İşlem evrakının personel özlük dosyasında muhafaza edilmesi.</w:t>
            </w:r>
          </w:p>
        </w:tc>
      </w:tr>
    </w:tbl>
    <w:p w14:paraId="70B9C5B4" w14:textId="77777777" w:rsidR="00532E3F" w:rsidRPr="006164F7" w:rsidRDefault="00532E3F" w:rsidP="00532E3F">
      <w:pPr>
        <w:tabs>
          <w:tab w:val="left" w:pos="4717"/>
        </w:tabs>
        <w:rPr>
          <w:lang w:val="tr-TR"/>
        </w:rPr>
      </w:pPr>
    </w:p>
    <w:p w14:paraId="13E40FD1" w14:textId="77777777" w:rsidR="00532E3F" w:rsidRPr="006164F7" w:rsidRDefault="00532E3F" w:rsidP="006164F7">
      <w:pPr>
        <w:tabs>
          <w:tab w:val="left" w:pos="4717"/>
        </w:tabs>
        <w:rPr>
          <w:lang w:val="tr-TR"/>
        </w:rPr>
      </w:pPr>
    </w:p>
    <w:sectPr w:rsidR="00532E3F" w:rsidRPr="006164F7" w:rsidSect="00034616">
      <w:headerReference w:type="even" r:id="rId12"/>
      <w:headerReference w:type="default" r:id="rId13"/>
      <w:footerReference w:type="even" r:id="rId14"/>
      <w:footerReference w:type="default" r:id="rId15"/>
      <w:headerReference w:type="first" r:id="rId16"/>
      <w:footerReference w:type="first" r:id="rId17"/>
      <w:pgSz w:w="11906" w:h="16838"/>
      <w:pgMar w:top="397" w:right="680" w:bottom="397"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19B1F" w14:textId="77777777" w:rsidR="00D07D77" w:rsidRDefault="00D07D77">
      <w:pPr>
        <w:spacing w:after="0" w:line="240" w:lineRule="auto"/>
      </w:pPr>
      <w:r>
        <w:separator/>
      </w:r>
    </w:p>
  </w:endnote>
  <w:endnote w:type="continuationSeparator" w:id="0">
    <w:p w14:paraId="7E68966D" w14:textId="77777777" w:rsidR="00D07D77" w:rsidRDefault="00D07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porativ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D9FD" w14:textId="77777777" w:rsidR="006164F7" w:rsidRDefault="006164F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54F2" w14:textId="2D391392" w:rsidR="003F6E38" w:rsidRPr="006164F7" w:rsidRDefault="00000000">
    <w:pPr>
      <w:pStyle w:val="AltBilgi"/>
      <w:jc w:val="center"/>
      <w:rPr>
        <w:lang w:val="tr-TR"/>
      </w:rPr>
    </w:pPr>
    <w:r w:rsidRPr="006164F7">
      <w:rPr>
        <w:color w:val="646464"/>
        <w:sz w:val="13"/>
        <w:lang w:val="tr-TR"/>
      </w:rPr>
      <w:t xml:space="preserve">Sağlık Bilimleri </w:t>
    </w:r>
    <w:proofErr w:type="gramStart"/>
    <w:r w:rsidRPr="006164F7">
      <w:rPr>
        <w:color w:val="646464"/>
        <w:sz w:val="13"/>
        <w:lang w:val="tr-TR"/>
      </w:rPr>
      <w:t>Üniversitesi -</w:t>
    </w:r>
    <w:proofErr w:type="gramEnd"/>
    <w:r w:rsidRPr="006164F7">
      <w:rPr>
        <w:color w:val="646464"/>
        <w:sz w:val="13"/>
        <w:lang w:val="tr-TR"/>
      </w:rPr>
      <w:t xml:space="preserve"> Personel Daire Başkanlığı</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DC96" w14:textId="77777777" w:rsidR="006164F7" w:rsidRDefault="006164F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0818" w14:textId="77777777" w:rsidR="00D07D77" w:rsidRDefault="00D07D77">
      <w:pPr>
        <w:spacing w:after="0" w:line="240" w:lineRule="auto"/>
      </w:pPr>
      <w:r>
        <w:separator/>
      </w:r>
    </w:p>
  </w:footnote>
  <w:footnote w:type="continuationSeparator" w:id="0">
    <w:p w14:paraId="385AAD1D" w14:textId="77777777" w:rsidR="00D07D77" w:rsidRDefault="00D07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6F04" w14:textId="77777777" w:rsidR="006164F7" w:rsidRDefault="006164F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E454" w14:textId="77777777" w:rsidR="006164F7" w:rsidRDefault="006164F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6607E" w14:textId="77777777" w:rsidR="006164F7" w:rsidRDefault="006164F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581B5775"/>
    <w:multiLevelType w:val="multilevel"/>
    <w:tmpl w:val="BE80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007924">
    <w:abstractNumId w:val="8"/>
  </w:num>
  <w:num w:numId="2" w16cid:durableId="1184129333">
    <w:abstractNumId w:val="6"/>
  </w:num>
  <w:num w:numId="3" w16cid:durableId="1724406304">
    <w:abstractNumId w:val="5"/>
  </w:num>
  <w:num w:numId="4" w16cid:durableId="821120513">
    <w:abstractNumId w:val="4"/>
  </w:num>
  <w:num w:numId="5" w16cid:durableId="332876200">
    <w:abstractNumId w:val="7"/>
  </w:num>
  <w:num w:numId="6" w16cid:durableId="1134517667">
    <w:abstractNumId w:val="3"/>
  </w:num>
  <w:num w:numId="7" w16cid:durableId="1446998481">
    <w:abstractNumId w:val="2"/>
  </w:num>
  <w:num w:numId="8" w16cid:durableId="2015567043">
    <w:abstractNumId w:val="1"/>
  </w:num>
  <w:num w:numId="9" w16cid:durableId="2134708560">
    <w:abstractNumId w:val="0"/>
  </w:num>
  <w:num w:numId="10" w16cid:durableId="19474223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9A6"/>
    <w:rsid w:val="000343EB"/>
    <w:rsid w:val="00034616"/>
    <w:rsid w:val="0006063C"/>
    <w:rsid w:val="000A3D37"/>
    <w:rsid w:val="0015074B"/>
    <w:rsid w:val="001F6F2E"/>
    <w:rsid w:val="0029639D"/>
    <w:rsid w:val="002F334E"/>
    <w:rsid w:val="00326F90"/>
    <w:rsid w:val="003F6E38"/>
    <w:rsid w:val="0049023A"/>
    <w:rsid w:val="004D302F"/>
    <w:rsid w:val="00532E3F"/>
    <w:rsid w:val="005A04E6"/>
    <w:rsid w:val="005B22B8"/>
    <w:rsid w:val="006164F7"/>
    <w:rsid w:val="0071571B"/>
    <w:rsid w:val="007322EE"/>
    <w:rsid w:val="007F6729"/>
    <w:rsid w:val="008608C5"/>
    <w:rsid w:val="008834C2"/>
    <w:rsid w:val="00895DB7"/>
    <w:rsid w:val="00916EAD"/>
    <w:rsid w:val="00AA1D8D"/>
    <w:rsid w:val="00B47730"/>
    <w:rsid w:val="00BE354D"/>
    <w:rsid w:val="00CB0664"/>
    <w:rsid w:val="00D07D77"/>
    <w:rsid w:val="00D16DCB"/>
    <w:rsid w:val="00DA747B"/>
    <w:rsid w:val="00F25F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C4B1E0"/>
  <w14:defaultImageDpi w14:val="300"/>
  <w15:docId w15:val="{D2A5A97B-DFDB-4D40-9715-4CC4836F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5B22B8"/>
    <w:rPr>
      <w:color w:val="0000FF" w:themeColor="hyperlink"/>
      <w:u w:val="single"/>
    </w:rPr>
  </w:style>
  <w:style w:type="character" w:styleId="zmlenmeyenBahsetme">
    <w:name w:val="Unresolved Mention"/>
    <w:basedOn w:val="VarsaylanParagrafYazTipi"/>
    <w:uiPriority w:val="99"/>
    <w:semiHidden/>
    <w:unhideWhenUsed/>
    <w:rsid w:val="005B2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edu.tr/uploads/mainsite/sbuogruyeyukatamasurecelekortamyurut.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bu.edu.tr/uploads/mainsite/sbuogruyeyukatamasurecelekortamyurut.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bu.edu.tr/uploads/mainsite/sbuogruyeyukatamasurecelekortamyurut.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47</Pages>
  <Words>8904</Words>
  <Characters>50755</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Ilhan BİSGİN</cp:lastModifiedBy>
  <cp:revision>6</cp:revision>
  <dcterms:created xsi:type="dcterms:W3CDTF">2026-08-25T10:02:00Z</dcterms:created>
  <dcterms:modified xsi:type="dcterms:W3CDTF">2026-08-27T08:57:00Z</dcterms:modified>
  <cp:category/>
</cp:coreProperties>
</file>