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3E3B" w14:textId="77777777" w:rsidR="00543BDC" w:rsidRDefault="00000000" w:rsidP="003E0869">
      <w:pPr>
        <w:pStyle w:val="Balk1"/>
      </w:pPr>
      <w:r>
        <w:t>SBÜ PERSONEL DAİRESİ BAŞKANLIĞI</w:t>
      </w:r>
      <w:r>
        <w:br/>
        <w:t>HİZMET ENVANTERİ</w:t>
      </w:r>
    </w:p>
    <w:p w14:paraId="7EFF4F8C" w14:textId="2F4F3CED" w:rsidR="00543BDC" w:rsidRDefault="00543BDC" w:rsidP="00DC0BEC"/>
    <w:tbl>
      <w:tblPr>
        <w:tblStyle w:val="TabloKlavuzu"/>
        <w:tblW w:w="13380" w:type="dxa"/>
        <w:jc w:val="center"/>
        <w:tblLayout w:type="fixed"/>
        <w:tblLook w:val="04A0" w:firstRow="1" w:lastRow="0" w:firstColumn="1" w:lastColumn="0" w:noHBand="0" w:noVBand="1"/>
      </w:tblPr>
      <w:tblGrid>
        <w:gridCol w:w="1701"/>
        <w:gridCol w:w="4989"/>
        <w:gridCol w:w="1701"/>
        <w:gridCol w:w="4989"/>
      </w:tblGrid>
      <w:tr w:rsidR="00543BDC" w14:paraId="5F275E11" w14:textId="77777777">
        <w:trPr>
          <w:jc w:val="center"/>
        </w:trPr>
        <w:tc>
          <w:tcPr>
            <w:tcW w:w="1701" w:type="dxa"/>
            <w:shd w:val="clear" w:color="auto" w:fill="EEF3F8"/>
            <w:tcMar>
              <w:top w:w="55" w:type="dxa"/>
              <w:left w:w="70" w:type="dxa"/>
              <w:bottom w:w="55" w:type="dxa"/>
              <w:right w:w="70" w:type="dxa"/>
            </w:tcMar>
          </w:tcPr>
          <w:p w14:paraId="239BA047" w14:textId="77777777" w:rsidR="00543BDC" w:rsidRDefault="00000000">
            <w:r>
              <w:rPr>
                <w:b/>
              </w:rPr>
              <w:t>Birim</w:t>
            </w:r>
          </w:p>
        </w:tc>
        <w:tc>
          <w:tcPr>
            <w:tcW w:w="4989" w:type="dxa"/>
            <w:tcMar>
              <w:top w:w="55" w:type="dxa"/>
              <w:left w:w="70" w:type="dxa"/>
              <w:bottom w:w="55" w:type="dxa"/>
              <w:right w:w="70" w:type="dxa"/>
            </w:tcMar>
          </w:tcPr>
          <w:p w14:paraId="2460855B" w14:textId="77777777" w:rsidR="00543BDC" w:rsidRDefault="00000000">
            <w:r>
              <w:t>Personel Daire Başkanlığı</w:t>
            </w:r>
          </w:p>
        </w:tc>
        <w:tc>
          <w:tcPr>
            <w:tcW w:w="1701" w:type="dxa"/>
            <w:shd w:val="clear" w:color="auto" w:fill="EEF3F8"/>
            <w:tcMar>
              <w:top w:w="55" w:type="dxa"/>
              <w:left w:w="70" w:type="dxa"/>
              <w:bottom w:w="55" w:type="dxa"/>
              <w:right w:w="70" w:type="dxa"/>
            </w:tcMar>
          </w:tcPr>
          <w:p w14:paraId="25E8CB6D" w14:textId="77777777" w:rsidR="00543BDC" w:rsidRDefault="00000000">
            <w:r>
              <w:rPr>
                <w:b/>
              </w:rPr>
              <w:t>Doküman Türü</w:t>
            </w:r>
          </w:p>
        </w:tc>
        <w:tc>
          <w:tcPr>
            <w:tcW w:w="4989" w:type="dxa"/>
            <w:tcMar>
              <w:top w:w="55" w:type="dxa"/>
              <w:left w:w="70" w:type="dxa"/>
              <w:bottom w:w="55" w:type="dxa"/>
              <w:right w:w="70" w:type="dxa"/>
            </w:tcMar>
          </w:tcPr>
          <w:p w14:paraId="6ED0E67E" w14:textId="77777777" w:rsidR="00543BDC" w:rsidRDefault="00000000">
            <w:r>
              <w:t>Hizmet Envanteri</w:t>
            </w:r>
          </w:p>
        </w:tc>
      </w:tr>
      <w:tr w:rsidR="00543BDC" w14:paraId="698DC0CF" w14:textId="77777777">
        <w:trPr>
          <w:jc w:val="center"/>
        </w:trPr>
        <w:tc>
          <w:tcPr>
            <w:tcW w:w="1701" w:type="dxa"/>
            <w:shd w:val="clear" w:color="auto" w:fill="EEF3F8"/>
            <w:tcMar>
              <w:top w:w="55" w:type="dxa"/>
              <w:left w:w="70" w:type="dxa"/>
              <w:bottom w:w="55" w:type="dxa"/>
              <w:right w:w="70" w:type="dxa"/>
            </w:tcMar>
          </w:tcPr>
          <w:p w14:paraId="04509A68" w14:textId="77777777" w:rsidR="00543BDC" w:rsidRDefault="00000000">
            <w:r>
              <w:rPr>
                <w:b/>
              </w:rPr>
              <w:t>Dönem</w:t>
            </w:r>
          </w:p>
        </w:tc>
        <w:tc>
          <w:tcPr>
            <w:tcW w:w="4989" w:type="dxa"/>
            <w:tcMar>
              <w:top w:w="55" w:type="dxa"/>
              <w:left w:w="70" w:type="dxa"/>
              <w:bottom w:w="55" w:type="dxa"/>
              <w:right w:w="70" w:type="dxa"/>
            </w:tcMar>
          </w:tcPr>
          <w:p w14:paraId="23402E4C" w14:textId="77777777" w:rsidR="00543BDC" w:rsidRDefault="00000000">
            <w:r>
              <w:t>2025-2026</w:t>
            </w:r>
          </w:p>
        </w:tc>
        <w:tc>
          <w:tcPr>
            <w:tcW w:w="1701" w:type="dxa"/>
            <w:shd w:val="clear" w:color="auto" w:fill="EEF3F8"/>
            <w:tcMar>
              <w:top w:w="55" w:type="dxa"/>
              <w:left w:w="70" w:type="dxa"/>
              <w:bottom w:w="55" w:type="dxa"/>
              <w:right w:w="70" w:type="dxa"/>
            </w:tcMar>
          </w:tcPr>
          <w:p w14:paraId="703CDB05" w14:textId="77777777" w:rsidR="00543BDC" w:rsidRDefault="00000000">
            <w:r>
              <w:rPr>
                <w:b/>
              </w:rPr>
              <w:t>Toplam Hizmet</w:t>
            </w:r>
          </w:p>
        </w:tc>
        <w:tc>
          <w:tcPr>
            <w:tcW w:w="4989" w:type="dxa"/>
            <w:tcMar>
              <w:top w:w="55" w:type="dxa"/>
              <w:left w:w="70" w:type="dxa"/>
              <w:bottom w:w="55" w:type="dxa"/>
              <w:right w:w="70" w:type="dxa"/>
            </w:tcMar>
          </w:tcPr>
          <w:p w14:paraId="69AB3E9B" w14:textId="77777777" w:rsidR="00543BDC" w:rsidRDefault="00000000">
            <w:r>
              <w:t>105</w:t>
            </w:r>
          </w:p>
        </w:tc>
      </w:tr>
      <w:tr w:rsidR="00543BDC" w14:paraId="5AE0D7CC" w14:textId="77777777">
        <w:trPr>
          <w:jc w:val="center"/>
        </w:trPr>
        <w:tc>
          <w:tcPr>
            <w:tcW w:w="1701" w:type="dxa"/>
            <w:shd w:val="clear" w:color="auto" w:fill="EEF3F8"/>
            <w:tcMar>
              <w:top w:w="55" w:type="dxa"/>
              <w:left w:w="70" w:type="dxa"/>
              <w:bottom w:w="55" w:type="dxa"/>
              <w:right w:w="70" w:type="dxa"/>
            </w:tcMar>
          </w:tcPr>
          <w:p w14:paraId="7E2AB2BE" w14:textId="77777777" w:rsidR="00543BDC" w:rsidRDefault="00000000">
            <w:r>
              <w:rPr>
                <w:b/>
              </w:rPr>
              <w:t>Onay Tarihi</w:t>
            </w:r>
          </w:p>
        </w:tc>
        <w:tc>
          <w:tcPr>
            <w:tcW w:w="4989" w:type="dxa"/>
            <w:tcMar>
              <w:top w:w="55" w:type="dxa"/>
              <w:left w:w="70" w:type="dxa"/>
              <w:bottom w:w="55" w:type="dxa"/>
              <w:right w:w="70" w:type="dxa"/>
            </w:tcMar>
          </w:tcPr>
          <w:p w14:paraId="4718124B" w14:textId="74FF14B8" w:rsidR="00543BDC" w:rsidRDefault="00854653">
            <w:r>
              <w:t>31/</w:t>
            </w:r>
            <w:proofErr w:type="gramStart"/>
            <w:r>
              <w:t>01//</w:t>
            </w:r>
            <w:proofErr w:type="gramEnd"/>
            <w:r>
              <w:t>2026</w:t>
            </w:r>
          </w:p>
        </w:tc>
        <w:tc>
          <w:tcPr>
            <w:tcW w:w="1701" w:type="dxa"/>
            <w:shd w:val="clear" w:color="auto" w:fill="EEF3F8"/>
            <w:tcMar>
              <w:top w:w="55" w:type="dxa"/>
              <w:left w:w="70" w:type="dxa"/>
              <w:bottom w:w="55" w:type="dxa"/>
              <w:right w:w="70" w:type="dxa"/>
            </w:tcMar>
          </w:tcPr>
          <w:p w14:paraId="0182970D" w14:textId="77777777" w:rsidR="00543BDC" w:rsidRDefault="00000000">
            <w:r>
              <w:rPr>
                <w:b/>
              </w:rPr>
              <w:t>Revizyon No</w:t>
            </w:r>
          </w:p>
        </w:tc>
        <w:tc>
          <w:tcPr>
            <w:tcW w:w="4989" w:type="dxa"/>
            <w:tcMar>
              <w:top w:w="55" w:type="dxa"/>
              <w:left w:w="70" w:type="dxa"/>
              <w:bottom w:w="55" w:type="dxa"/>
              <w:right w:w="70" w:type="dxa"/>
            </w:tcMar>
          </w:tcPr>
          <w:p w14:paraId="09E96BFF" w14:textId="77777777" w:rsidR="00543BDC" w:rsidRDefault="00000000">
            <w:r>
              <w:t>00</w:t>
            </w:r>
          </w:p>
        </w:tc>
      </w:tr>
    </w:tbl>
    <w:p w14:paraId="7EC3A15B" w14:textId="77777777" w:rsidR="00543BDC" w:rsidRDefault="00000000">
      <w:pPr>
        <w:pStyle w:val="Balk1"/>
      </w:pPr>
      <w:r>
        <w:t>1. Kullanım ve doğrulama notu</w:t>
      </w:r>
    </w:p>
    <w:p w14:paraId="240CBD9B" w14:textId="77777777" w:rsidR="00DC0BEC" w:rsidRDefault="00DC0BEC" w:rsidP="00DC0BEC">
      <w:pPr>
        <w:pStyle w:val="ListeMaddemi"/>
        <w:spacing w:after="40"/>
      </w:pPr>
      <w:r>
        <w:rPr>
          <w:color w:val="000000"/>
          <w:sz w:val="17"/>
        </w:rPr>
        <w:t xml:space="preserve">5018 </w:t>
      </w:r>
      <w:proofErr w:type="spellStart"/>
      <w:r>
        <w:rPr>
          <w:color w:val="000000"/>
          <w:sz w:val="17"/>
        </w:rPr>
        <w:t>sayılı</w:t>
      </w:r>
      <w:proofErr w:type="spellEnd"/>
      <w:r>
        <w:rPr>
          <w:color w:val="000000"/>
          <w:sz w:val="17"/>
        </w:rPr>
        <w:t xml:space="preserve"> Kamu Mali </w:t>
      </w:r>
      <w:proofErr w:type="spellStart"/>
      <w:r>
        <w:rPr>
          <w:color w:val="000000"/>
          <w:sz w:val="17"/>
        </w:rPr>
        <w:t>Yönetimi</w:t>
      </w:r>
      <w:proofErr w:type="spellEnd"/>
      <w:r>
        <w:rPr>
          <w:color w:val="000000"/>
          <w:sz w:val="17"/>
        </w:rPr>
        <w:t xml:space="preserve"> </w:t>
      </w:r>
      <w:proofErr w:type="spellStart"/>
      <w:r>
        <w:rPr>
          <w:color w:val="000000"/>
          <w:sz w:val="17"/>
        </w:rPr>
        <w:t>ve</w:t>
      </w:r>
      <w:proofErr w:type="spellEnd"/>
      <w:r>
        <w:rPr>
          <w:color w:val="000000"/>
          <w:sz w:val="17"/>
        </w:rPr>
        <w:t xml:space="preserve"> </w:t>
      </w:r>
      <w:proofErr w:type="spellStart"/>
      <w:r>
        <w:rPr>
          <w:color w:val="000000"/>
          <w:sz w:val="17"/>
        </w:rPr>
        <w:t>Kontrol</w:t>
      </w:r>
      <w:proofErr w:type="spellEnd"/>
      <w:r>
        <w:rPr>
          <w:color w:val="000000"/>
          <w:sz w:val="17"/>
        </w:rPr>
        <w:t xml:space="preserve"> </w:t>
      </w:r>
      <w:proofErr w:type="spellStart"/>
      <w:r>
        <w:rPr>
          <w:color w:val="000000"/>
          <w:sz w:val="17"/>
        </w:rPr>
        <w:t>Kanunu</w:t>
      </w:r>
      <w:proofErr w:type="spellEnd"/>
      <w:r>
        <w:rPr>
          <w:color w:val="000000"/>
          <w:sz w:val="17"/>
        </w:rPr>
        <w:t xml:space="preserve"> </w:t>
      </w:r>
      <w:proofErr w:type="spellStart"/>
      <w:r>
        <w:rPr>
          <w:color w:val="000000"/>
          <w:sz w:val="17"/>
        </w:rPr>
        <w:t>ve</w:t>
      </w:r>
      <w:proofErr w:type="spellEnd"/>
      <w:r>
        <w:rPr>
          <w:color w:val="000000"/>
          <w:sz w:val="17"/>
        </w:rPr>
        <w:t xml:space="preserve"> Kamu </w:t>
      </w:r>
      <w:proofErr w:type="spellStart"/>
      <w:r>
        <w:rPr>
          <w:color w:val="000000"/>
          <w:sz w:val="17"/>
        </w:rPr>
        <w:t>İç</w:t>
      </w:r>
      <w:proofErr w:type="spellEnd"/>
      <w:r>
        <w:rPr>
          <w:color w:val="000000"/>
          <w:sz w:val="17"/>
        </w:rPr>
        <w:t xml:space="preserve"> </w:t>
      </w:r>
      <w:proofErr w:type="spellStart"/>
      <w:r>
        <w:rPr>
          <w:color w:val="000000"/>
          <w:sz w:val="17"/>
        </w:rPr>
        <w:t>Kontrol</w:t>
      </w:r>
      <w:proofErr w:type="spellEnd"/>
      <w:r>
        <w:rPr>
          <w:color w:val="000000"/>
          <w:sz w:val="17"/>
        </w:rPr>
        <w:t xml:space="preserve"> </w:t>
      </w:r>
      <w:proofErr w:type="spellStart"/>
      <w:r>
        <w:rPr>
          <w:color w:val="000000"/>
          <w:sz w:val="17"/>
        </w:rPr>
        <w:t>Standartları</w:t>
      </w:r>
      <w:proofErr w:type="spellEnd"/>
      <w:r>
        <w:rPr>
          <w:color w:val="000000"/>
          <w:sz w:val="17"/>
        </w:rPr>
        <w:t xml:space="preserve"> </w:t>
      </w:r>
      <w:proofErr w:type="spellStart"/>
      <w:r>
        <w:rPr>
          <w:color w:val="000000"/>
          <w:sz w:val="17"/>
        </w:rPr>
        <w:t>Tebliği</w:t>
      </w:r>
      <w:proofErr w:type="spellEnd"/>
      <w:r>
        <w:rPr>
          <w:color w:val="000000"/>
          <w:sz w:val="17"/>
        </w:rPr>
        <w:t>.</w:t>
      </w:r>
    </w:p>
    <w:p w14:paraId="17D2A852" w14:textId="77777777" w:rsidR="00DC0BEC" w:rsidRDefault="00DC0BEC" w:rsidP="00DC0BEC">
      <w:pPr>
        <w:pStyle w:val="ListeMaddemi"/>
        <w:spacing w:after="40"/>
      </w:pPr>
      <w:r>
        <w:rPr>
          <w:color w:val="000000"/>
          <w:sz w:val="17"/>
        </w:rPr>
        <w:t xml:space="preserve">2547 </w:t>
      </w:r>
      <w:proofErr w:type="spellStart"/>
      <w:r>
        <w:rPr>
          <w:color w:val="000000"/>
          <w:sz w:val="17"/>
        </w:rPr>
        <w:t>sayılı</w:t>
      </w:r>
      <w:proofErr w:type="spellEnd"/>
      <w:r>
        <w:rPr>
          <w:color w:val="000000"/>
          <w:sz w:val="17"/>
        </w:rPr>
        <w:t xml:space="preserve"> </w:t>
      </w:r>
      <w:proofErr w:type="spellStart"/>
      <w:r>
        <w:rPr>
          <w:color w:val="000000"/>
          <w:sz w:val="17"/>
        </w:rPr>
        <w:t>Yükseköğretim</w:t>
      </w:r>
      <w:proofErr w:type="spellEnd"/>
      <w:r>
        <w:rPr>
          <w:color w:val="000000"/>
          <w:sz w:val="17"/>
        </w:rPr>
        <w:t xml:space="preserve"> Kanunu, 657 </w:t>
      </w:r>
      <w:proofErr w:type="spellStart"/>
      <w:r>
        <w:rPr>
          <w:color w:val="000000"/>
          <w:sz w:val="17"/>
        </w:rPr>
        <w:t>sayılı</w:t>
      </w:r>
      <w:proofErr w:type="spellEnd"/>
      <w:r>
        <w:rPr>
          <w:color w:val="000000"/>
          <w:sz w:val="17"/>
        </w:rPr>
        <w:t xml:space="preserve"> Devlet </w:t>
      </w:r>
      <w:proofErr w:type="spellStart"/>
      <w:r>
        <w:rPr>
          <w:color w:val="000000"/>
          <w:sz w:val="17"/>
        </w:rPr>
        <w:t>Memurları</w:t>
      </w:r>
      <w:proofErr w:type="spellEnd"/>
      <w:r>
        <w:rPr>
          <w:color w:val="000000"/>
          <w:sz w:val="17"/>
        </w:rPr>
        <w:t xml:space="preserve"> </w:t>
      </w:r>
      <w:proofErr w:type="spellStart"/>
      <w:r>
        <w:rPr>
          <w:color w:val="000000"/>
          <w:sz w:val="17"/>
        </w:rPr>
        <w:t>Kanunu</w:t>
      </w:r>
      <w:proofErr w:type="spellEnd"/>
      <w:r>
        <w:rPr>
          <w:color w:val="000000"/>
          <w:sz w:val="17"/>
        </w:rPr>
        <w:t xml:space="preserve"> </w:t>
      </w:r>
      <w:proofErr w:type="spellStart"/>
      <w:r>
        <w:rPr>
          <w:color w:val="000000"/>
          <w:sz w:val="17"/>
        </w:rPr>
        <w:t>ve</w:t>
      </w:r>
      <w:proofErr w:type="spellEnd"/>
      <w:r>
        <w:rPr>
          <w:color w:val="000000"/>
          <w:sz w:val="17"/>
        </w:rPr>
        <w:t xml:space="preserve"> </w:t>
      </w:r>
      <w:proofErr w:type="spellStart"/>
      <w:r>
        <w:rPr>
          <w:color w:val="000000"/>
          <w:sz w:val="17"/>
        </w:rPr>
        <w:t>ilgili</w:t>
      </w:r>
      <w:proofErr w:type="spellEnd"/>
      <w:r>
        <w:rPr>
          <w:color w:val="000000"/>
          <w:sz w:val="17"/>
        </w:rPr>
        <w:t xml:space="preserve"> </w:t>
      </w:r>
      <w:proofErr w:type="spellStart"/>
      <w:r>
        <w:rPr>
          <w:color w:val="000000"/>
          <w:sz w:val="17"/>
        </w:rPr>
        <w:t>personel</w:t>
      </w:r>
      <w:proofErr w:type="spellEnd"/>
      <w:r>
        <w:rPr>
          <w:color w:val="000000"/>
          <w:sz w:val="17"/>
        </w:rPr>
        <w:t xml:space="preserve"> </w:t>
      </w:r>
      <w:proofErr w:type="spellStart"/>
      <w:r>
        <w:rPr>
          <w:color w:val="000000"/>
          <w:sz w:val="17"/>
        </w:rPr>
        <w:t>mevzuatı</w:t>
      </w:r>
      <w:proofErr w:type="spellEnd"/>
      <w:r>
        <w:rPr>
          <w:color w:val="000000"/>
          <w:sz w:val="17"/>
        </w:rPr>
        <w:t>.</w:t>
      </w:r>
    </w:p>
    <w:p w14:paraId="0790106F" w14:textId="77777777" w:rsidR="00DC0BEC" w:rsidRDefault="00DC0BEC" w:rsidP="00DC0BEC">
      <w:pPr>
        <w:pStyle w:val="ListeMaddemi"/>
        <w:spacing w:after="40"/>
      </w:pPr>
      <w:r>
        <w:rPr>
          <w:color w:val="000000"/>
          <w:sz w:val="17"/>
        </w:rPr>
        <w:t xml:space="preserve">SBÜ </w:t>
      </w:r>
      <w:proofErr w:type="spellStart"/>
      <w:r>
        <w:rPr>
          <w:color w:val="000000"/>
          <w:sz w:val="17"/>
        </w:rPr>
        <w:t>Stratejik</w:t>
      </w:r>
      <w:proofErr w:type="spellEnd"/>
      <w:r>
        <w:rPr>
          <w:color w:val="000000"/>
          <w:sz w:val="17"/>
        </w:rPr>
        <w:t xml:space="preserve"> </w:t>
      </w:r>
      <w:proofErr w:type="spellStart"/>
      <w:r>
        <w:rPr>
          <w:color w:val="000000"/>
          <w:sz w:val="17"/>
        </w:rPr>
        <w:t>Planı</w:t>
      </w:r>
      <w:proofErr w:type="spellEnd"/>
      <w:r>
        <w:rPr>
          <w:color w:val="000000"/>
          <w:sz w:val="17"/>
        </w:rPr>
        <w:t xml:space="preserve">, 2025 </w:t>
      </w:r>
      <w:proofErr w:type="spellStart"/>
      <w:r>
        <w:rPr>
          <w:color w:val="000000"/>
          <w:sz w:val="17"/>
        </w:rPr>
        <w:t>Yılı</w:t>
      </w:r>
      <w:proofErr w:type="spellEnd"/>
      <w:r>
        <w:rPr>
          <w:color w:val="000000"/>
          <w:sz w:val="17"/>
        </w:rPr>
        <w:t xml:space="preserve"> </w:t>
      </w:r>
      <w:proofErr w:type="spellStart"/>
      <w:r>
        <w:rPr>
          <w:color w:val="000000"/>
          <w:sz w:val="17"/>
        </w:rPr>
        <w:t>Personel</w:t>
      </w:r>
      <w:proofErr w:type="spellEnd"/>
      <w:r>
        <w:rPr>
          <w:color w:val="000000"/>
          <w:sz w:val="17"/>
        </w:rPr>
        <w:t xml:space="preserve"> </w:t>
      </w:r>
      <w:proofErr w:type="spellStart"/>
      <w:r>
        <w:rPr>
          <w:color w:val="000000"/>
          <w:sz w:val="17"/>
        </w:rPr>
        <w:t>Dairesi</w:t>
      </w:r>
      <w:proofErr w:type="spellEnd"/>
      <w:r>
        <w:rPr>
          <w:color w:val="000000"/>
          <w:sz w:val="17"/>
        </w:rPr>
        <w:t xml:space="preserve"> </w:t>
      </w:r>
      <w:proofErr w:type="spellStart"/>
      <w:r>
        <w:rPr>
          <w:color w:val="000000"/>
          <w:sz w:val="17"/>
        </w:rPr>
        <w:t>Başkanlığı</w:t>
      </w:r>
      <w:proofErr w:type="spellEnd"/>
      <w:r>
        <w:rPr>
          <w:color w:val="000000"/>
          <w:sz w:val="17"/>
        </w:rPr>
        <w:t xml:space="preserve"> </w:t>
      </w:r>
      <w:proofErr w:type="spellStart"/>
      <w:r>
        <w:rPr>
          <w:color w:val="000000"/>
          <w:sz w:val="17"/>
        </w:rPr>
        <w:t>Birim</w:t>
      </w:r>
      <w:proofErr w:type="spellEnd"/>
      <w:r>
        <w:rPr>
          <w:color w:val="000000"/>
          <w:sz w:val="17"/>
        </w:rPr>
        <w:t xml:space="preserve"> </w:t>
      </w:r>
      <w:proofErr w:type="spellStart"/>
      <w:r>
        <w:rPr>
          <w:color w:val="000000"/>
          <w:sz w:val="17"/>
        </w:rPr>
        <w:t>Faaliyet</w:t>
      </w:r>
      <w:proofErr w:type="spellEnd"/>
      <w:r>
        <w:rPr>
          <w:color w:val="000000"/>
          <w:sz w:val="17"/>
        </w:rPr>
        <w:t xml:space="preserve"> </w:t>
      </w:r>
      <w:proofErr w:type="spellStart"/>
      <w:r>
        <w:rPr>
          <w:color w:val="000000"/>
          <w:sz w:val="17"/>
        </w:rPr>
        <w:t>Raporu</w:t>
      </w:r>
      <w:proofErr w:type="spellEnd"/>
      <w:r>
        <w:rPr>
          <w:color w:val="000000"/>
          <w:sz w:val="17"/>
        </w:rPr>
        <w:t xml:space="preserve"> </w:t>
      </w:r>
      <w:proofErr w:type="spellStart"/>
      <w:r>
        <w:rPr>
          <w:color w:val="000000"/>
          <w:sz w:val="17"/>
        </w:rPr>
        <w:t>ve</w:t>
      </w:r>
      <w:proofErr w:type="spellEnd"/>
      <w:r>
        <w:rPr>
          <w:color w:val="000000"/>
          <w:sz w:val="17"/>
        </w:rPr>
        <w:t xml:space="preserve"> </w:t>
      </w:r>
      <w:proofErr w:type="spellStart"/>
      <w:r>
        <w:rPr>
          <w:color w:val="000000"/>
          <w:sz w:val="17"/>
        </w:rPr>
        <w:t>hizmet</w:t>
      </w:r>
      <w:proofErr w:type="spellEnd"/>
      <w:r>
        <w:rPr>
          <w:color w:val="000000"/>
          <w:sz w:val="17"/>
        </w:rPr>
        <w:t xml:space="preserve"> </w:t>
      </w:r>
      <w:proofErr w:type="spellStart"/>
      <w:r>
        <w:rPr>
          <w:color w:val="000000"/>
          <w:sz w:val="17"/>
        </w:rPr>
        <w:t>envanteri</w:t>
      </w:r>
      <w:proofErr w:type="spellEnd"/>
      <w:r>
        <w:rPr>
          <w:color w:val="000000"/>
          <w:sz w:val="17"/>
        </w:rPr>
        <w:t>.</w:t>
      </w:r>
    </w:p>
    <w:p w14:paraId="3CD3201B" w14:textId="77777777" w:rsidR="00DC0BEC" w:rsidRDefault="00DC0BEC" w:rsidP="00DC0BEC">
      <w:pPr>
        <w:pStyle w:val="ListeMaddemi"/>
        <w:spacing w:after="40"/>
      </w:pPr>
      <w:r>
        <w:rPr>
          <w:color w:val="000000"/>
          <w:sz w:val="17"/>
        </w:rPr>
        <w:t xml:space="preserve">SBÜ </w:t>
      </w:r>
      <w:proofErr w:type="spellStart"/>
      <w:r>
        <w:rPr>
          <w:color w:val="000000"/>
          <w:sz w:val="17"/>
        </w:rPr>
        <w:t>Kurumsal</w:t>
      </w:r>
      <w:proofErr w:type="spellEnd"/>
      <w:r>
        <w:rPr>
          <w:color w:val="000000"/>
          <w:sz w:val="17"/>
        </w:rPr>
        <w:t xml:space="preserve"> Risk </w:t>
      </w:r>
      <w:proofErr w:type="spellStart"/>
      <w:r>
        <w:rPr>
          <w:color w:val="000000"/>
          <w:sz w:val="17"/>
        </w:rPr>
        <w:t>Yönetimi</w:t>
      </w:r>
      <w:proofErr w:type="spellEnd"/>
      <w:r>
        <w:rPr>
          <w:color w:val="000000"/>
          <w:sz w:val="17"/>
        </w:rPr>
        <w:t xml:space="preserve"> </w:t>
      </w:r>
      <w:proofErr w:type="spellStart"/>
      <w:r>
        <w:rPr>
          <w:color w:val="000000"/>
          <w:sz w:val="17"/>
        </w:rPr>
        <w:t>ve</w:t>
      </w:r>
      <w:proofErr w:type="spellEnd"/>
      <w:r>
        <w:rPr>
          <w:color w:val="000000"/>
          <w:sz w:val="17"/>
        </w:rPr>
        <w:t xml:space="preserve"> Risk </w:t>
      </w:r>
      <w:proofErr w:type="spellStart"/>
      <w:r>
        <w:rPr>
          <w:color w:val="000000"/>
          <w:sz w:val="17"/>
        </w:rPr>
        <w:t>Strateji</w:t>
      </w:r>
      <w:proofErr w:type="spellEnd"/>
      <w:r>
        <w:rPr>
          <w:color w:val="000000"/>
          <w:sz w:val="17"/>
        </w:rPr>
        <w:t xml:space="preserve"> </w:t>
      </w:r>
      <w:proofErr w:type="spellStart"/>
      <w:r>
        <w:rPr>
          <w:color w:val="000000"/>
          <w:sz w:val="17"/>
        </w:rPr>
        <w:t>Belgesi</w:t>
      </w:r>
      <w:proofErr w:type="spellEnd"/>
      <w:r>
        <w:rPr>
          <w:color w:val="000000"/>
          <w:sz w:val="17"/>
        </w:rPr>
        <w:t xml:space="preserve"> </w:t>
      </w:r>
      <w:proofErr w:type="spellStart"/>
      <w:r>
        <w:rPr>
          <w:color w:val="000000"/>
          <w:sz w:val="17"/>
        </w:rPr>
        <w:t>ile</w:t>
      </w:r>
      <w:proofErr w:type="spellEnd"/>
      <w:r>
        <w:rPr>
          <w:color w:val="000000"/>
          <w:sz w:val="17"/>
        </w:rPr>
        <w:t xml:space="preserve"> </w:t>
      </w:r>
      <w:proofErr w:type="spellStart"/>
      <w:r>
        <w:rPr>
          <w:color w:val="000000"/>
          <w:sz w:val="17"/>
        </w:rPr>
        <w:t>güncel</w:t>
      </w:r>
      <w:proofErr w:type="spellEnd"/>
      <w:r>
        <w:rPr>
          <w:color w:val="000000"/>
          <w:sz w:val="17"/>
        </w:rPr>
        <w:t xml:space="preserve"> </w:t>
      </w:r>
      <w:proofErr w:type="spellStart"/>
      <w:r>
        <w:rPr>
          <w:color w:val="000000"/>
          <w:sz w:val="17"/>
        </w:rPr>
        <w:t>Birim</w:t>
      </w:r>
      <w:proofErr w:type="spellEnd"/>
      <w:r>
        <w:rPr>
          <w:color w:val="000000"/>
          <w:sz w:val="17"/>
        </w:rPr>
        <w:t xml:space="preserve"> Risk </w:t>
      </w:r>
      <w:proofErr w:type="spellStart"/>
      <w:r>
        <w:rPr>
          <w:color w:val="000000"/>
          <w:sz w:val="17"/>
        </w:rPr>
        <w:t>Kayıt</w:t>
      </w:r>
      <w:proofErr w:type="spellEnd"/>
      <w:r>
        <w:rPr>
          <w:color w:val="000000"/>
          <w:sz w:val="17"/>
        </w:rPr>
        <w:t xml:space="preserve"> </w:t>
      </w:r>
      <w:proofErr w:type="spellStart"/>
      <w:r>
        <w:rPr>
          <w:color w:val="000000"/>
          <w:sz w:val="17"/>
        </w:rPr>
        <w:t>Formu</w:t>
      </w:r>
      <w:proofErr w:type="spellEnd"/>
      <w:r>
        <w:rPr>
          <w:color w:val="000000"/>
          <w:sz w:val="17"/>
        </w:rPr>
        <w:t>.</w:t>
      </w:r>
    </w:p>
    <w:p w14:paraId="0A8384FA" w14:textId="77777777" w:rsidR="00DC0BEC" w:rsidRDefault="00DC0BEC" w:rsidP="00DC0BEC">
      <w:pPr>
        <w:pStyle w:val="ListeMaddemi"/>
        <w:spacing w:after="40"/>
      </w:pPr>
      <w:r>
        <w:rPr>
          <w:color w:val="000000"/>
          <w:sz w:val="17"/>
        </w:rPr>
        <w:t xml:space="preserve">SBÜ Kamu </w:t>
      </w:r>
      <w:proofErr w:type="spellStart"/>
      <w:r>
        <w:rPr>
          <w:color w:val="000000"/>
          <w:sz w:val="17"/>
        </w:rPr>
        <w:t>İç</w:t>
      </w:r>
      <w:proofErr w:type="spellEnd"/>
      <w:r>
        <w:rPr>
          <w:color w:val="000000"/>
          <w:sz w:val="17"/>
        </w:rPr>
        <w:t xml:space="preserve"> </w:t>
      </w:r>
      <w:proofErr w:type="spellStart"/>
      <w:r>
        <w:rPr>
          <w:color w:val="000000"/>
          <w:sz w:val="17"/>
        </w:rPr>
        <w:t>Kontrol</w:t>
      </w:r>
      <w:proofErr w:type="spellEnd"/>
      <w:r>
        <w:rPr>
          <w:color w:val="000000"/>
          <w:sz w:val="17"/>
        </w:rPr>
        <w:t xml:space="preserve"> </w:t>
      </w:r>
      <w:proofErr w:type="spellStart"/>
      <w:r>
        <w:rPr>
          <w:color w:val="000000"/>
          <w:sz w:val="17"/>
        </w:rPr>
        <w:t>Standartlarına</w:t>
      </w:r>
      <w:proofErr w:type="spellEnd"/>
      <w:r>
        <w:rPr>
          <w:color w:val="000000"/>
          <w:sz w:val="17"/>
        </w:rPr>
        <w:t xml:space="preserve"> </w:t>
      </w:r>
      <w:proofErr w:type="spellStart"/>
      <w:r>
        <w:rPr>
          <w:color w:val="000000"/>
          <w:sz w:val="17"/>
        </w:rPr>
        <w:t>Uyum</w:t>
      </w:r>
      <w:proofErr w:type="spellEnd"/>
      <w:r>
        <w:rPr>
          <w:color w:val="000000"/>
          <w:sz w:val="17"/>
        </w:rPr>
        <w:t xml:space="preserve"> Eylem </w:t>
      </w:r>
      <w:proofErr w:type="spellStart"/>
      <w:r>
        <w:rPr>
          <w:color w:val="000000"/>
          <w:sz w:val="17"/>
        </w:rPr>
        <w:t>Planı</w:t>
      </w:r>
      <w:proofErr w:type="spellEnd"/>
      <w:r>
        <w:rPr>
          <w:color w:val="000000"/>
          <w:sz w:val="17"/>
        </w:rPr>
        <w:t xml:space="preserve"> </w:t>
      </w:r>
      <w:proofErr w:type="spellStart"/>
      <w:r>
        <w:rPr>
          <w:color w:val="000000"/>
          <w:sz w:val="17"/>
        </w:rPr>
        <w:t>ve</w:t>
      </w:r>
      <w:proofErr w:type="spellEnd"/>
      <w:r>
        <w:rPr>
          <w:color w:val="000000"/>
          <w:sz w:val="17"/>
        </w:rPr>
        <w:t xml:space="preserve"> </w:t>
      </w:r>
      <w:proofErr w:type="spellStart"/>
      <w:r>
        <w:rPr>
          <w:color w:val="000000"/>
          <w:sz w:val="17"/>
        </w:rPr>
        <w:t>birim</w:t>
      </w:r>
      <w:proofErr w:type="spellEnd"/>
      <w:r>
        <w:rPr>
          <w:color w:val="000000"/>
          <w:sz w:val="17"/>
        </w:rPr>
        <w:t xml:space="preserve"> </w:t>
      </w:r>
      <w:proofErr w:type="spellStart"/>
      <w:r>
        <w:rPr>
          <w:color w:val="000000"/>
          <w:sz w:val="17"/>
        </w:rPr>
        <w:t>izleme</w:t>
      </w:r>
      <w:proofErr w:type="spellEnd"/>
      <w:r>
        <w:rPr>
          <w:color w:val="000000"/>
          <w:sz w:val="17"/>
        </w:rPr>
        <w:t xml:space="preserve"> </w:t>
      </w:r>
      <w:proofErr w:type="spellStart"/>
      <w:r>
        <w:rPr>
          <w:color w:val="000000"/>
          <w:sz w:val="17"/>
        </w:rPr>
        <w:t>tablosu</w:t>
      </w:r>
      <w:proofErr w:type="spellEnd"/>
      <w:r>
        <w:rPr>
          <w:color w:val="000000"/>
          <w:sz w:val="17"/>
        </w:rPr>
        <w:t>.</w:t>
      </w:r>
    </w:p>
    <w:p w14:paraId="091920D2" w14:textId="3439613D" w:rsidR="00DC0BEC" w:rsidRPr="00DC0BEC" w:rsidRDefault="00DC0BEC" w:rsidP="00DC0BEC">
      <w:pPr>
        <w:pStyle w:val="ListeMaddemi"/>
        <w:spacing w:after="40"/>
      </w:pPr>
      <w:r>
        <w:rPr>
          <w:color w:val="000000"/>
          <w:sz w:val="17"/>
        </w:rPr>
        <w:t xml:space="preserve">SBÜ </w:t>
      </w:r>
      <w:proofErr w:type="spellStart"/>
      <w:r>
        <w:rPr>
          <w:color w:val="000000"/>
          <w:sz w:val="17"/>
        </w:rPr>
        <w:t>kalite</w:t>
      </w:r>
      <w:proofErr w:type="spellEnd"/>
      <w:r>
        <w:rPr>
          <w:color w:val="000000"/>
          <w:sz w:val="17"/>
        </w:rPr>
        <w:t xml:space="preserve"> </w:t>
      </w:r>
      <w:proofErr w:type="spellStart"/>
      <w:r>
        <w:rPr>
          <w:color w:val="000000"/>
          <w:sz w:val="17"/>
        </w:rPr>
        <w:t>güvence</w:t>
      </w:r>
      <w:proofErr w:type="spellEnd"/>
      <w:r>
        <w:rPr>
          <w:color w:val="000000"/>
          <w:sz w:val="17"/>
        </w:rPr>
        <w:t xml:space="preserve"> </w:t>
      </w:r>
      <w:proofErr w:type="spellStart"/>
      <w:r>
        <w:rPr>
          <w:color w:val="000000"/>
          <w:sz w:val="17"/>
        </w:rPr>
        <w:t>sistemi</w:t>
      </w:r>
      <w:proofErr w:type="spellEnd"/>
      <w:r>
        <w:rPr>
          <w:color w:val="000000"/>
          <w:sz w:val="17"/>
        </w:rPr>
        <w:t xml:space="preserve">, </w:t>
      </w:r>
      <w:proofErr w:type="spellStart"/>
      <w:r>
        <w:rPr>
          <w:color w:val="000000"/>
          <w:sz w:val="17"/>
        </w:rPr>
        <w:t>iç</w:t>
      </w:r>
      <w:proofErr w:type="spellEnd"/>
      <w:r>
        <w:rPr>
          <w:color w:val="000000"/>
          <w:sz w:val="17"/>
        </w:rPr>
        <w:t xml:space="preserve"> </w:t>
      </w:r>
      <w:proofErr w:type="spellStart"/>
      <w:r>
        <w:rPr>
          <w:color w:val="000000"/>
          <w:sz w:val="17"/>
        </w:rPr>
        <w:t>paydaş</w:t>
      </w:r>
      <w:proofErr w:type="spellEnd"/>
      <w:r>
        <w:rPr>
          <w:color w:val="000000"/>
          <w:sz w:val="17"/>
        </w:rPr>
        <w:t xml:space="preserve"> </w:t>
      </w:r>
      <w:proofErr w:type="spellStart"/>
      <w:r>
        <w:rPr>
          <w:color w:val="000000"/>
          <w:sz w:val="17"/>
        </w:rPr>
        <w:t>anketleri</w:t>
      </w:r>
      <w:proofErr w:type="spellEnd"/>
      <w:r>
        <w:rPr>
          <w:color w:val="000000"/>
          <w:sz w:val="17"/>
        </w:rPr>
        <w:t xml:space="preserve"> </w:t>
      </w:r>
      <w:proofErr w:type="spellStart"/>
      <w:r>
        <w:rPr>
          <w:color w:val="000000"/>
          <w:sz w:val="17"/>
        </w:rPr>
        <w:t>ve</w:t>
      </w:r>
      <w:proofErr w:type="spellEnd"/>
      <w:r>
        <w:rPr>
          <w:color w:val="000000"/>
          <w:sz w:val="17"/>
        </w:rPr>
        <w:t xml:space="preserve"> </w:t>
      </w:r>
      <w:proofErr w:type="spellStart"/>
      <w:r>
        <w:rPr>
          <w:color w:val="000000"/>
          <w:sz w:val="17"/>
        </w:rPr>
        <w:t>performans</w:t>
      </w:r>
      <w:proofErr w:type="spellEnd"/>
      <w:r>
        <w:rPr>
          <w:color w:val="000000"/>
          <w:sz w:val="17"/>
        </w:rPr>
        <w:t xml:space="preserve"> </w:t>
      </w:r>
      <w:proofErr w:type="spellStart"/>
      <w:r>
        <w:rPr>
          <w:color w:val="000000"/>
          <w:sz w:val="17"/>
        </w:rPr>
        <w:t>göstergeleri</w:t>
      </w:r>
      <w:proofErr w:type="spellEnd"/>
      <w:r>
        <w:rPr>
          <w:color w:val="000000"/>
          <w:sz w:val="17"/>
        </w:rPr>
        <w:t>.</w:t>
      </w:r>
    </w:p>
    <w:p w14:paraId="0738FD41" w14:textId="264C360B" w:rsidR="00DC0BEC" w:rsidRPr="00DC0BEC" w:rsidRDefault="00DC0BEC" w:rsidP="00DC0BEC">
      <w:pPr>
        <w:pStyle w:val="ListeMaddemi"/>
        <w:spacing w:after="40"/>
      </w:pPr>
      <w:proofErr w:type="spellStart"/>
      <w:r>
        <w:rPr>
          <w:color w:val="000000"/>
          <w:sz w:val="17"/>
        </w:rPr>
        <w:t>İş</w:t>
      </w:r>
      <w:proofErr w:type="spellEnd"/>
      <w:r>
        <w:rPr>
          <w:color w:val="000000"/>
          <w:sz w:val="17"/>
        </w:rPr>
        <w:t xml:space="preserve"> </w:t>
      </w:r>
      <w:proofErr w:type="spellStart"/>
      <w:r>
        <w:rPr>
          <w:color w:val="000000"/>
          <w:sz w:val="17"/>
        </w:rPr>
        <w:t>Akış</w:t>
      </w:r>
      <w:proofErr w:type="spellEnd"/>
      <w:r>
        <w:rPr>
          <w:color w:val="000000"/>
          <w:sz w:val="17"/>
        </w:rPr>
        <w:t xml:space="preserve"> </w:t>
      </w:r>
      <w:proofErr w:type="spellStart"/>
      <w:r>
        <w:rPr>
          <w:color w:val="000000"/>
          <w:sz w:val="17"/>
        </w:rPr>
        <w:t>Şemaları</w:t>
      </w:r>
      <w:proofErr w:type="spellEnd"/>
    </w:p>
    <w:p w14:paraId="30622D14" w14:textId="19044B7C" w:rsidR="00DC0BEC" w:rsidRPr="00DC0BEC" w:rsidRDefault="00DC0BEC" w:rsidP="00DC0BEC">
      <w:pPr>
        <w:pStyle w:val="ListeMaddemi"/>
        <w:spacing w:after="40"/>
      </w:pPr>
      <w:proofErr w:type="spellStart"/>
      <w:r>
        <w:rPr>
          <w:color w:val="000000"/>
          <w:sz w:val="17"/>
        </w:rPr>
        <w:t>Şube</w:t>
      </w:r>
      <w:proofErr w:type="spellEnd"/>
      <w:r>
        <w:rPr>
          <w:color w:val="000000"/>
          <w:sz w:val="17"/>
        </w:rPr>
        <w:t xml:space="preserve"> </w:t>
      </w:r>
      <w:proofErr w:type="spellStart"/>
      <w:r>
        <w:rPr>
          <w:color w:val="000000"/>
          <w:sz w:val="17"/>
        </w:rPr>
        <w:t>Müdürlüğü</w:t>
      </w:r>
      <w:proofErr w:type="spellEnd"/>
      <w:r>
        <w:rPr>
          <w:color w:val="000000"/>
          <w:sz w:val="17"/>
        </w:rPr>
        <w:t xml:space="preserve"> </w:t>
      </w:r>
      <w:proofErr w:type="spellStart"/>
      <w:r>
        <w:rPr>
          <w:color w:val="000000"/>
          <w:sz w:val="17"/>
        </w:rPr>
        <w:t>Görev</w:t>
      </w:r>
      <w:proofErr w:type="spellEnd"/>
      <w:r>
        <w:rPr>
          <w:color w:val="000000"/>
          <w:sz w:val="17"/>
        </w:rPr>
        <w:t xml:space="preserve"> </w:t>
      </w:r>
      <w:proofErr w:type="spellStart"/>
      <w:r>
        <w:rPr>
          <w:color w:val="000000"/>
          <w:sz w:val="17"/>
        </w:rPr>
        <w:t>Tanım</w:t>
      </w:r>
      <w:proofErr w:type="spellEnd"/>
      <w:r>
        <w:rPr>
          <w:color w:val="000000"/>
          <w:sz w:val="17"/>
        </w:rPr>
        <w:t xml:space="preserve"> Formlarına</w:t>
      </w:r>
    </w:p>
    <w:p w14:paraId="6E0A12FA" w14:textId="77777777" w:rsidR="00DC0BEC" w:rsidRDefault="00DC0BEC" w:rsidP="00DC0BEC">
      <w:pPr>
        <w:pStyle w:val="ListeMaddemi"/>
        <w:numPr>
          <w:ilvl w:val="0"/>
          <w:numId w:val="0"/>
        </w:numPr>
        <w:spacing w:after="40"/>
        <w:ind w:left="360"/>
        <w:rPr>
          <w:color w:val="000000"/>
          <w:sz w:val="17"/>
        </w:rPr>
      </w:pPr>
    </w:p>
    <w:p w14:paraId="3BF483B9" w14:textId="4CF15F0B" w:rsidR="00DC0BEC" w:rsidRDefault="00DC0BEC" w:rsidP="00DC0BEC">
      <w:pPr>
        <w:pStyle w:val="ListeMaddemi"/>
        <w:numPr>
          <w:ilvl w:val="0"/>
          <w:numId w:val="0"/>
        </w:numPr>
        <w:spacing w:after="40"/>
        <w:ind w:left="360"/>
      </w:pPr>
      <w:proofErr w:type="spellStart"/>
      <w:r>
        <w:t>dayanaraktan</w:t>
      </w:r>
      <w:proofErr w:type="spellEnd"/>
      <w:r>
        <w:t xml:space="preserve"> </w:t>
      </w:r>
      <w:proofErr w:type="spellStart"/>
      <w:r>
        <w:t>hazırlanmıştır</w:t>
      </w:r>
      <w:proofErr w:type="spellEnd"/>
      <w:r>
        <w:t>.</w:t>
      </w:r>
    </w:p>
    <w:p w14:paraId="4326F0E0" w14:textId="77777777" w:rsidR="00543BDC" w:rsidRDefault="00000000">
      <w:pPr>
        <w:pStyle w:val="Balk1"/>
      </w:pPr>
      <w:r>
        <w:t>2. Hizmet grupları</w:t>
      </w:r>
    </w:p>
    <w:tbl>
      <w:tblPr>
        <w:tblStyle w:val="TabloKlavuzu"/>
        <w:tblW w:w="13380" w:type="dxa"/>
        <w:jc w:val="center"/>
        <w:tblLayout w:type="fixed"/>
        <w:tblLook w:val="04A0" w:firstRow="1" w:lastRow="0" w:firstColumn="1" w:lastColumn="0" w:noHBand="0" w:noVBand="1"/>
      </w:tblPr>
      <w:tblGrid>
        <w:gridCol w:w="10205"/>
        <w:gridCol w:w="3175"/>
      </w:tblGrid>
      <w:tr w:rsidR="00543BDC" w14:paraId="5D3BEEC0" w14:textId="77777777">
        <w:trPr>
          <w:jc w:val="center"/>
        </w:trPr>
        <w:tc>
          <w:tcPr>
            <w:tcW w:w="10205" w:type="dxa"/>
            <w:shd w:val="clear" w:color="auto" w:fill="17365D"/>
            <w:tcMar>
              <w:top w:w="55" w:type="dxa"/>
              <w:left w:w="70" w:type="dxa"/>
              <w:bottom w:w="55" w:type="dxa"/>
              <w:right w:w="70" w:type="dxa"/>
            </w:tcMar>
          </w:tcPr>
          <w:p w14:paraId="47F3A5B4" w14:textId="77777777" w:rsidR="00543BDC" w:rsidRDefault="00000000">
            <w:r>
              <w:rPr>
                <w:b/>
                <w:color w:val="FFFFFF"/>
              </w:rPr>
              <w:t xml:space="preserve">Hizmet </w:t>
            </w:r>
            <w:proofErr w:type="spellStart"/>
            <w:r>
              <w:rPr>
                <w:b/>
                <w:color w:val="FFFFFF"/>
              </w:rPr>
              <w:t>grubu</w:t>
            </w:r>
            <w:proofErr w:type="spellEnd"/>
          </w:p>
        </w:tc>
        <w:tc>
          <w:tcPr>
            <w:tcW w:w="3175" w:type="dxa"/>
            <w:shd w:val="clear" w:color="auto" w:fill="17365D"/>
            <w:tcMar>
              <w:top w:w="55" w:type="dxa"/>
              <w:left w:w="70" w:type="dxa"/>
              <w:bottom w:w="55" w:type="dxa"/>
              <w:right w:w="70" w:type="dxa"/>
            </w:tcMar>
          </w:tcPr>
          <w:p w14:paraId="6928CC8B" w14:textId="77777777" w:rsidR="00543BDC" w:rsidRDefault="00000000">
            <w:r>
              <w:rPr>
                <w:b/>
                <w:color w:val="FFFFFF"/>
              </w:rPr>
              <w:t>Hizmet sayısı</w:t>
            </w:r>
          </w:p>
        </w:tc>
      </w:tr>
      <w:tr w:rsidR="00543BDC" w14:paraId="6E2DA1D2" w14:textId="77777777">
        <w:trPr>
          <w:jc w:val="center"/>
        </w:trPr>
        <w:tc>
          <w:tcPr>
            <w:tcW w:w="10205" w:type="dxa"/>
            <w:tcMar>
              <w:top w:w="55" w:type="dxa"/>
              <w:left w:w="70" w:type="dxa"/>
              <w:bottom w:w="55" w:type="dxa"/>
              <w:right w:w="70" w:type="dxa"/>
            </w:tcMar>
          </w:tcPr>
          <w:p w14:paraId="5F43180F" w14:textId="77777777" w:rsidR="00543BDC" w:rsidRDefault="00000000">
            <w:r>
              <w:rPr>
                <w:color w:val="000000"/>
              </w:rPr>
              <w:t>Akademik kadro ve ilan</w:t>
            </w:r>
          </w:p>
        </w:tc>
        <w:tc>
          <w:tcPr>
            <w:tcW w:w="3175" w:type="dxa"/>
            <w:tcMar>
              <w:top w:w="55" w:type="dxa"/>
              <w:left w:w="70" w:type="dxa"/>
              <w:bottom w:w="55" w:type="dxa"/>
              <w:right w:w="70" w:type="dxa"/>
            </w:tcMar>
          </w:tcPr>
          <w:p w14:paraId="2BFEEF43" w14:textId="77777777" w:rsidR="00543BDC" w:rsidRDefault="00000000">
            <w:r>
              <w:rPr>
                <w:color w:val="000000"/>
              </w:rPr>
              <w:t>6</w:t>
            </w:r>
          </w:p>
        </w:tc>
      </w:tr>
      <w:tr w:rsidR="00543BDC" w14:paraId="2B255595" w14:textId="77777777">
        <w:trPr>
          <w:jc w:val="center"/>
        </w:trPr>
        <w:tc>
          <w:tcPr>
            <w:tcW w:w="10205" w:type="dxa"/>
            <w:tcMar>
              <w:top w:w="55" w:type="dxa"/>
              <w:left w:w="70" w:type="dxa"/>
              <w:bottom w:w="55" w:type="dxa"/>
              <w:right w:w="70" w:type="dxa"/>
            </w:tcMar>
          </w:tcPr>
          <w:p w14:paraId="67A5F63D" w14:textId="77777777" w:rsidR="00543BDC" w:rsidRDefault="00000000">
            <w:r>
              <w:rPr>
                <w:color w:val="000000"/>
              </w:rPr>
              <w:t>Akademik/ortak özlük</w:t>
            </w:r>
          </w:p>
        </w:tc>
        <w:tc>
          <w:tcPr>
            <w:tcW w:w="3175" w:type="dxa"/>
            <w:tcMar>
              <w:top w:w="55" w:type="dxa"/>
              <w:left w:w="70" w:type="dxa"/>
              <w:bottom w:w="55" w:type="dxa"/>
              <w:right w:w="70" w:type="dxa"/>
            </w:tcMar>
          </w:tcPr>
          <w:p w14:paraId="64E4733A" w14:textId="77777777" w:rsidR="00543BDC" w:rsidRDefault="00000000">
            <w:r>
              <w:rPr>
                <w:color w:val="000000"/>
              </w:rPr>
              <w:t>17</w:t>
            </w:r>
          </w:p>
        </w:tc>
      </w:tr>
      <w:tr w:rsidR="00543BDC" w14:paraId="668C3716" w14:textId="77777777">
        <w:trPr>
          <w:jc w:val="center"/>
        </w:trPr>
        <w:tc>
          <w:tcPr>
            <w:tcW w:w="10205" w:type="dxa"/>
            <w:tcMar>
              <w:top w:w="55" w:type="dxa"/>
              <w:left w:w="70" w:type="dxa"/>
              <w:bottom w:w="55" w:type="dxa"/>
              <w:right w:w="70" w:type="dxa"/>
            </w:tcMar>
          </w:tcPr>
          <w:p w14:paraId="525102FB" w14:textId="77777777" w:rsidR="00543BDC" w:rsidRDefault="00000000">
            <w:r>
              <w:rPr>
                <w:color w:val="000000"/>
              </w:rPr>
              <w:t>Eğitim ve gelişim</w:t>
            </w:r>
          </w:p>
        </w:tc>
        <w:tc>
          <w:tcPr>
            <w:tcW w:w="3175" w:type="dxa"/>
            <w:tcMar>
              <w:top w:w="55" w:type="dxa"/>
              <w:left w:w="70" w:type="dxa"/>
              <w:bottom w:w="55" w:type="dxa"/>
              <w:right w:w="70" w:type="dxa"/>
            </w:tcMar>
          </w:tcPr>
          <w:p w14:paraId="08EC2676" w14:textId="77777777" w:rsidR="00543BDC" w:rsidRDefault="00000000">
            <w:r>
              <w:rPr>
                <w:color w:val="000000"/>
              </w:rPr>
              <w:t>4</w:t>
            </w:r>
          </w:p>
        </w:tc>
      </w:tr>
      <w:tr w:rsidR="00543BDC" w14:paraId="7E0B1F90" w14:textId="77777777">
        <w:trPr>
          <w:jc w:val="center"/>
        </w:trPr>
        <w:tc>
          <w:tcPr>
            <w:tcW w:w="10205" w:type="dxa"/>
            <w:tcMar>
              <w:top w:w="55" w:type="dxa"/>
              <w:left w:w="70" w:type="dxa"/>
              <w:bottom w:w="55" w:type="dxa"/>
              <w:right w:w="70" w:type="dxa"/>
            </w:tcMar>
          </w:tcPr>
          <w:p w14:paraId="2C2A2601" w14:textId="77777777" w:rsidR="00543BDC" w:rsidRDefault="00000000">
            <w:r>
              <w:rPr>
                <w:color w:val="000000"/>
              </w:rPr>
              <w:t>İdari ve sözleşmeli personel</w:t>
            </w:r>
          </w:p>
        </w:tc>
        <w:tc>
          <w:tcPr>
            <w:tcW w:w="3175" w:type="dxa"/>
            <w:tcMar>
              <w:top w:w="55" w:type="dxa"/>
              <w:left w:w="70" w:type="dxa"/>
              <w:bottom w:w="55" w:type="dxa"/>
              <w:right w:w="70" w:type="dxa"/>
            </w:tcMar>
          </w:tcPr>
          <w:p w14:paraId="6800B420" w14:textId="77777777" w:rsidR="00543BDC" w:rsidRDefault="00000000">
            <w:r>
              <w:rPr>
                <w:color w:val="000000"/>
              </w:rPr>
              <w:t>24</w:t>
            </w:r>
          </w:p>
        </w:tc>
      </w:tr>
      <w:tr w:rsidR="00543BDC" w14:paraId="19D1AE9D" w14:textId="77777777">
        <w:trPr>
          <w:jc w:val="center"/>
        </w:trPr>
        <w:tc>
          <w:tcPr>
            <w:tcW w:w="10205" w:type="dxa"/>
            <w:tcMar>
              <w:top w:w="55" w:type="dxa"/>
              <w:left w:w="70" w:type="dxa"/>
              <w:bottom w:w="55" w:type="dxa"/>
              <w:right w:w="70" w:type="dxa"/>
            </w:tcMar>
          </w:tcPr>
          <w:p w14:paraId="0BC6E5C1" w14:textId="77777777" w:rsidR="00543BDC" w:rsidRDefault="00000000">
            <w:r>
              <w:rPr>
                <w:color w:val="000000"/>
              </w:rPr>
              <w:t>Disiplin, inceleme ve hukuk</w:t>
            </w:r>
          </w:p>
        </w:tc>
        <w:tc>
          <w:tcPr>
            <w:tcW w:w="3175" w:type="dxa"/>
            <w:tcMar>
              <w:top w:w="55" w:type="dxa"/>
              <w:left w:w="70" w:type="dxa"/>
              <w:bottom w:w="55" w:type="dxa"/>
              <w:right w:w="70" w:type="dxa"/>
            </w:tcMar>
          </w:tcPr>
          <w:p w14:paraId="6868DC20" w14:textId="77777777" w:rsidR="00543BDC" w:rsidRDefault="00000000">
            <w:r>
              <w:rPr>
                <w:color w:val="000000"/>
              </w:rPr>
              <w:t>9</w:t>
            </w:r>
          </w:p>
        </w:tc>
      </w:tr>
      <w:tr w:rsidR="00543BDC" w14:paraId="0CF4E9CE" w14:textId="77777777">
        <w:trPr>
          <w:jc w:val="center"/>
        </w:trPr>
        <w:tc>
          <w:tcPr>
            <w:tcW w:w="10205" w:type="dxa"/>
            <w:tcMar>
              <w:top w:w="55" w:type="dxa"/>
              <w:left w:w="70" w:type="dxa"/>
              <w:bottom w:w="55" w:type="dxa"/>
              <w:right w:w="70" w:type="dxa"/>
            </w:tcMar>
          </w:tcPr>
          <w:p w14:paraId="1C248199" w14:textId="77777777" w:rsidR="00543BDC" w:rsidRDefault="00000000">
            <w:r>
              <w:rPr>
                <w:color w:val="000000"/>
              </w:rPr>
              <w:t>Akademik görevlendirme</w:t>
            </w:r>
          </w:p>
        </w:tc>
        <w:tc>
          <w:tcPr>
            <w:tcW w:w="3175" w:type="dxa"/>
            <w:tcMar>
              <w:top w:w="55" w:type="dxa"/>
              <w:left w:w="70" w:type="dxa"/>
              <w:bottom w:w="55" w:type="dxa"/>
              <w:right w:w="70" w:type="dxa"/>
            </w:tcMar>
          </w:tcPr>
          <w:p w14:paraId="3F8C85C7" w14:textId="77777777" w:rsidR="00543BDC" w:rsidRDefault="00000000">
            <w:r>
              <w:rPr>
                <w:color w:val="000000"/>
              </w:rPr>
              <w:t>13</w:t>
            </w:r>
          </w:p>
        </w:tc>
      </w:tr>
      <w:tr w:rsidR="00543BDC" w14:paraId="64D5E8F3" w14:textId="77777777">
        <w:trPr>
          <w:jc w:val="center"/>
        </w:trPr>
        <w:tc>
          <w:tcPr>
            <w:tcW w:w="10205" w:type="dxa"/>
            <w:tcMar>
              <w:top w:w="55" w:type="dxa"/>
              <w:left w:w="70" w:type="dxa"/>
              <w:bottom w:w="55" w:type="dxa"/>
              <w:right w:w="70" w:type="dxa"/>
            </w:tcMar>
          </w:tcPr>
          <w:p w14:paraId="2ABA3464" w14:textId="77777777" w:rsidR="00543BDC" w:rsidRDefault="00000000">
            <w:r>
              <w:rPr>
                <w:color w:val="000000"/>
              </w:rPr>
              <w:t>Arşiv ve dosyalama</w:t>
            </w:r>
          </w:p>
        </w:tc>
        <w:tc>
          <w:tcPr>
            <w:tcW w:w="3175" w:type="dxa"/>
            <w:tcMar>
              <w:top w:w="55" w:type="dxa"/>
              <w:left w:w="70" w:type="dxa"/>
              <w:bottom w:w="55" w:type="dxa"/>
              <w:right w:w="70" w:type="dxa"/>
            </w:tcMar>
          </w:tcPr>
          <w:p w14:paraId="4478AEC7" w14:textId="77777777" w:rsidR="00543BDC" w:rsidRDefault="00000000">
            <w:r>
              <w:rPr>
                <w:color w:val="000000"/>
              </w:rPr>
              <w:t>1</w:t>
            </w:r>
          </w:p>
        </w:tc>
      </w:tr>
      <w:tr w:rsidR="00543BDC" w14:paraId="0D2BB8B8" w14:textId="77777777">
        <w:trPr>
          <w:jc w:val="center"/>
        </w:trPr>
        <w:tc>
          <w:tcPr>
            <w:tcW w:w="10205" w:type="dxa"/>
            <w:tcMar>
              <w:top w:w="55" w:type="dxa"/>
              <w:left w:w="70" w:type="dxa"/>
              <w:bottom w:w="55" w:type="dxa"/>
              <w:right w:w="70" w:type="dxa"/>
            </w:tcMar>
          </w:tcPr>
          <w:p w14:paraId="7D569840" w14:textId="77777777" w:rsidR="00543BDC" w:rsidRDefault="00000000">
            <w:r>
              <w:rPr>
                <w:color w:val="000000"/>
              </w:rPr>
              <w:t>Tahakkuk ve mali işlemler</w:t>
            </w:r>
          </w:p>
        </w:tc>
        <w:tc>
          <w:tcPr>
            <w:tcW w:w="3175" w:type="dxa"/>
            <w:tcMar>
              <w:top w:w="55" w:type="dxa"/>
              <w:left w:w="70" w:type="dxa"/>
              <w:bottom w:w="55" w:type="dxa"/>
              <w:right w:w="70" w:type="dxa"/>
            </w:tcMar>
          </w:tcPr>
          <w:p w14:paraId="7E1BD79E" w14:textId="77777777" w:rsidR="00543BDC" w:rsidRDefault="00000000">
            <w:r>
              <w:rPr>
                <w:color w:val="000000"/>
              </w:rPr>
              <w:t>24</w:t>
            </w:r>
          </w:p>
        </w:tc>
      </w:tr>
      <w:tr w:rsidR="00543BDC" w14:paraId="0EC27584" w14:textId="77777777">
        <w:trPr>
          <w:jc w:val="center"/>
        </w:trPr>
        <w:tc>
          <w:tcPr>
            <w:tcW w:w="10205" w:type="dxa"/>
            <w:tcMar>
              <w:top w:w="55" w:type="dxa"/>
              <w:left w:w="70" w:type="dxa"/>
              <w:bottom w:w="55" w:type="dxa"/>
              <w:right w:w="70" w:type="dxa"/>
            </w:tcMar>
          </w:tcPr>
          <w:p w14:paraId="615A291C" w14:textId="77777777" w:rsidR="00543BDC" w:rsidRDefault="00000000">
            <w:r>
              <w:rPr>
                <w:color w:val="000000"/>
              </w:rPr>
              <w:lastRenderedPageBreak/>
              <w:t>İşçi personel ve diğer özlük</w:t>
            </w:r>
          </w:p>
        </w:tc>
        <w:tc>
          <w:tcPr>
            <w:tcW w:w="3175" w:type="dxa"/>
            <w:tcMar>
              <w:top w:w="55" w:type="dxa"/>
              <w:left w:w="70" w:type="dxa"/>
              <w:bottom w:w="55" w:type="dxa"/>
              <w:right w:w="70" w:type="dxa"/>
            </w:tcMar>
          </w:tcPr>
          <w:p w14:paraId="5AE7EED6" w14:textId="77777777" w:rsidR="00543BDC" w:rsidRDefault="00000000">
            <w:r>
              <w:rPr>
                <w:color w:val="000000"/>
              </w:rPr>
              <w:t>7</w:t>
            </w:r>
          </w:p>
        </w:tc>
      </w:tr>
    </w:tbl>
    <w:p w14:paraId="55230066" w14:textId="77777777" w:rsidR="00543BDC" w:rsidRDefault="00000000">
      <w:r>
        <w:br w:type="page"/>
      </w:r>
    </w:p>
    <w:p w14:paraId="3AD332C7" w14:textId="77777777" w:rsidR="00543BDC" w:rsidRDefault="00000000">
      <w:pPr>
        <w:pStyle w:val="Balk1"/>
      </w:pPr>
      <w:r>
        <w:lastRenderedPageBreak/>
        <w:t>3. SBÜ Personel Daire Başkanlığı Hizmet Envanteri</w:t>
      </w:r>
    </w:p>
    <w:tbl>
      <w:tblPr>
        <w:tblStyle w:val="TabloKlavuzu"/>
        <w:tblW w:w="14741" w:type="dxa"/>
        <w:jc w:val="center"/>
        <w:tblLayout w:type="fixed"/>
        <w:tblLook w:val="04A0" w:firstRow="1" w:lastRow="0" w:firstColumn="1" w:lastColumn="0" w:noHBand="0" w:noVBand="1"/>
      </w:tblPr>
      <w:tblGrid>
        <w:gridCol w:w="454"/>
        <w:gridCol w:w="1361"/>
        <w:gridCol w:w="2835"/>
        <w:gridCol w:w="2268"/>
        <w:gridCol w:w="1134"/>
        <w:gridCol w:w="1928"/>
        <w:gridCol w:w="3061"/>
        <w:gridCol w:w="850"/>
        <w:gridCol w:w="850"/>
      </w:tblGrid>
      <w:tr w:rsidR="00543BDC" w14:paraId="4A92EB36" w14:textId="77777777">
        <w:trPr>
          <w:tblHeader/>
          <w:jc w:val="center"/>
        </w:trPr>
        <w:tc>
          <w:tcPr>
            <w:tcW w:w="454" w:type="dxa"/>
            <w:shd w:val="clear" w:color="auto" w:fill="17365D"/>
            <w:tcMar>
              <w:top w:w="55" w:type="dxa"/>
              <w:left w:w="70" w:type="dxa"/>
              <w:bottom w:w="55" w:type="dxa"/>
              <w:right w:w="70" w:type="dxa"/>
            </w:tcMar>
            <w:vAlign w:val="center"/>
          </w:tcPr>
          <w:p w14:paraId="534FE172" w14:textId="77777777" w:rsidR="00543BDC" w:rsidRDefault="00000000">
            <w:pPr>
              <w:jc w:val="center"/>
            </w:pPr>
            <w:r>
              <w:rPr>
                <w:b/>
                <w:color w:val="FFFFFF"/>
                <w:sz w:val="13"/>
              </w:rPr>
              <w:t>No</w:t>
            </w:r>
          </w:p>
        </w:tc>
        <w:tc>
          <w:tcPr>
            <w:tcW w:w="1361" w:type="dxa"/>
            <w:shd w:val="clear" w:color="auto" w:fill="17365D"/>
            <w:tcMar>
              <w:top w:w="55" w:type="dxa"/>
              <w:left w:w="70" w:type="dxa"/>
              <w:bottom w:w="55" w:type="dxa"/>
              <w:right w:w="70" w:type="dxa"/>
            </w:tcMar>
            <w:vAlign w:val="center"/>
          </w:tcPr>
          <w:p w14:paraId="3A88B47F" w14:textId="77777777" w:rsidR="00543BDC" w:rsidRDefault="00000000">
            <w:pPr>
              <w:jc w:val="center"/>
            </w:pPr>
            <w:r>
              <w:rPr>
                <w:b/>
                <w:color w:val="FFFFFF"/>
                <w:sz w:val="13"/>
              </w:rPr>
              <w:t>Hizmet grubu</w:t>
            </w:r>
          </w:p>
        </w:tc>
        <w:tc>
          <w:tcPr>
            <w:tcW w:w="2835" w:type="dxa"/>
            <w:shd w:val="clear" w:color="auto" w:fill="17365D"/>
            <w:tcMar>
              <w:top w:w="55" w:type="dxa"/>
              <w:left w:w="70" w:type="dxa"/>
              <w:bottom w:w="55" w:type="dxa"/>
              <w:right w:w="70" w:type="dxa"/>
            </w:tcMar>
            <w:vAlign w:val="center"/>
          </w:tcPr>
          <w:p w14:paraId="29813D10" w14:textId="77777777" w:rsidR="00543BDC" w:rsidRDefault="00000000">
            <w:pPr>
              <w:jc w:val="center"/>
            </w:pPr>
            <w:r>
              <w:rPr>
                <w:b/>
                <w:color w:val="FFFFFF"/>
                <w:sz w:val="13"/>
              </w:rPr>
              <w:t>Hizmetin adı ve tanımı</w:t>
            </w:r>
          </w:p>
        </w:tc>
        <w:tc>
          <w:tcPr>
            <w:tcW w:w="2268" w:type="dxa"/>
            <w:shd w:val="clear" w:color="auto" w:fill="17365D"/>
            <w:tcMar>
              <w:top w:w="55" w:type="dxa"/>
              <w:left w:w="70" w:type="dxa"/>
              <w:bottom w:w="55" w:type="dxa"/>
              <w:right w:w="70" w:type="dxa"/>
            </w:tcMar>
            <w:vAlign w:val="center"/>
          </w:tcPr>
          <w:p w14:paraId="5E1048E1" w14:textId="77777777" w:rsidR="00543BDC" w:rsidRDefault="00000000">
            <w:pPr>
              <w:jc w:val="center"/>
            </w:pPr>
            <w:r>
              <w:rPr>
                <w:b/>
                <w:color w:val="FFFFFF"/>
                <w:sz w:val="13"/>
              </w:rPr>
              <w:t>Başlıca mevzuat</w:t>
            </w:r>
          </w:p>
        </w:tc>
        <w:tc>
          <w:tcPr>
            <w:tcW w:w="1134" w:type="dxa"/>
            <w:shd w:val="clear" w:color="auto" w:fill="17365D"/>
            <w:tcMar>
              <w:top w:w="55" w:type="dxa"/>
              <w:left w:w="70" w:type="dxa"/>
              <w:bottom w:w="55" w:type="dxa"/>
              <w:right w:w="70" w:type="dxa"/>
            </w:tcMar>
            <w:vAlign w:val="center"/>
          </w:tcPr>
          <w:p w14:paraId="31C8D72D" w14:textId="77777777" w:rsidR="00543BDC" w:rsidRDefault="00000000">
            <w:pPr>
              <w:jc w:val="center"/>
            </w:pPr>
            <w:r>
              <w:rPr>
                <w:b/>
                <w:color w:val="FFFFFF"/>
                <w:sz w:val="13"/>
              </w:rPr>
              <w:t>Yararlanan</w:t>
            </w:r>
          </w:p>
        </w:tc>
        <w:tc>
          <w:tcPr>
            <w:tcW w:w="1928" w:type="dxa"/>
            <w:shd w:val="clear" w:color="auto" w:fill="17365D"/>
            <w:tcMar>
              <w:top w:w="55" w:type="dxa"/>
              <w:left w:w="70" w:type="dxa"/>
              <w:bottom w:w="55" w:type="dxa"/>
              <w:right w:w="70" w:type="dxa"/>
            </w:tcMar>
            <w:vAlign w:val="center"/>
          </w:tcPr>
          <w:p w14:paraId="00F3A15C" w14:textId="77777777" w:rsidR="00543BDC" w:rsidRDefault="00000000">
            <w:pPr>
              <w:jc w:val="center"/>
            </w:pPr>
            <w:r>
              <w:rPr>
                <w:b/>
                <w:color w:val="FFFFFF"/>
                <w:sz w:val="13"/>
              </w:rPr>
              <w:t>Sorumlu süreç</w:t>
            </w:r>
          </w:p>
        </w:tc>
        <w:tc>
          <w:tcPr>
            <w:tcW w:w="3061" w:type="dxa"/>
            <w:shd w:val="clear" w:color="auto" w:fill="17365D"/>
            <w:tcMar>
              <w:top w:w="55" w:type="dxa"/>
              <w:left w:w="70" w:type="dxa"/>
              <w:bottom w:w="55" w:type="dxa"/>
              <w:right w:w="70" w:type="dxa"/>
            </w:tcMar>
            <w:vAlign w:val="center"/>
          </w:tcPr>
          <w:p w14:paraId="1D81E8E4" w14:textId="77777777" w:rsidR="00543BDC" w:rsidRDefault="00000000">
            <w:pPr>
              <w:jc w:val="center"/>
            </w:pPr>
            <w:r>
              <w:rPr>
                <w:b/>
                <w:color w:val="FFFFFF"/>
                <w:sz w:val="13"/>
              </w:rPr>
              <w:t>Başvuru belgeleri</w:t>
            </w:r>
          </w:p>
        </w:tc>
        <w:tc>
          <w:tcPr>
            <w:tcW w:w="850" w:type="dxa"/>
            <w:shd w:val="clear" w:color="auto" w:fill="17365D"/>
            <w:tcMar>
              <w:top w:w="55" w:type="dxa"/>
              <w:left w:w="70" w:type="dxa"/>
              <w:bottom w:w="55" w:type="dxa"/>
              <w:right w:w="70" w:type="dxa"/>
            </w:tcMar>
            <w:vAlign w:val="center"/>
          </w:tcPr>
          <w:p w14:paraId="1BD03B96" w14:textId="77777777" w:rsidR="00543BDC" w:rsidRDefault="00000000">
            <w:pPr>
              <w:jc w:val="center"/>
            </w:pPr>
            <w:r>
              <w:rPr>
                <w:b/>
                <w:color w:val="FFFFFF"/>
                <w:sz w:val="13"/>
              </w:rPr>
              <w:t>Ort. süre</w:t>
            </w:r>
          </w:p>
        </w:tc>
        <w:tc>
          <w:tcPr>
            <w:tcW w:w="850" w:type="dxa"/>
            <w:shd w:val="clear" w:color="auto" w:fill="17365D"/>
            <w:tcMar>
              <w:top w:w="55" w:type="dxa"/>
              <w:left w:w="70" w:type="dxa"/>
              <w:bottom w:w="55" w:type="dxa"/>
              <w:right w:w="70" w:type="dxa"/>
            </w:tcMar>
            <w:vAlign w:val="center"/>
          </w:tcPr>
          <w:p w14:paraId="1E8AB6C8" w14:textId="77777777" w:rsidR="00543BDC" w:rsidRDefault="00000000">
            <w:pPr>
              <w:jc w:val="center"/>
            </w:pPr>
            <w:r>
              <w:rPr>
                <w:b/>
                <w:color w:val="FFFFFF"/>
                <w:sz w:val="13"/>
              </w:rPr>
              <w:t>E-sunum</w:t>
            </w:r>
          </w:p>
        </w:tc>
      </w:tr>
      <w:tr w:rsidR="00543BDC" w14:paraId="15B9B183" w14:textId="77777777">
        <w:trPr>
          <w:jc w:val="center"/>
        </w:trPr>
        <w:tc>
          <w:tcPr>
            <w:tcW w:w="454" w:type="dxa"/>
            <w:tcMar>
              <w:top w:w="55" w:type="dxa"/>
              <w:left w:w="70" w:type="dxa"/>
              <w:bottom w:w="55" w:type="dxa"/>
              <w:right w:w="70" w:type="dxa"/>
            </w:tcMar>
          </w:tcPr>
          <w:p w14:paraId="015662EE" w14:textId="77777777" w:rsidR="00543BDC" w:rsidRDefault="00000000">
            <w:pPr>
              <w:spacing w:after="0" w:line="240" w:lineRule="auto"/>
              <w:jc w:val="center"/>
            </w:pPr>
            <w:r>
              <w:rPr>
                <w:b/>
                <w:sz w:val="12"/>
              </w:rPr>
              <w:t>1</w:t>
            </w:r>
          </w:p>
        </w:tc>
        <w:tc>
          <w:tcPr>
            <w:tcW w:w="1361" w:type="dxa"/>
            <w:tcMar>
              <w:top w:w="55" w:type="dxa"/>
              <w:left w:w="70" w:type="dxa"/>
              <w:bottom w:w="55" w:type="dxa"/>
              <w:right w:w="70" w:type="dxa"/>
            </w:tcMar>
          </w:tcPr>
          <w:p w14:paraId="6A1DFA42" w14:textId="77777777" w:rsidR="00543BDC" w:rsidRDefault="00000000">
            <w:pPr>
              <w:spacing w:after="0" w:line="240" w:lineRule="auto"/>
            </w:pPr>
            <w:r>
              <w:rPr>
                <w:sz w:val="12"/>
              </w:rPr>
              <w:t>Akademik kadro ve ilan</w:t>
            </w:r>
          </w:p>
        </w:tc>
        <w:tc>
          <w:tcPr>
            <w:tcW w:w="2835" w:type="dxa"/>
            <w:tcMar>
              <w:top w:w="55" w:type="dxa"/>
              <w:left w:w="70" w:type="dxa"/>
              <w:bottom w:w="55" w:type="dxa"/>
              <w:right w:w="70" w:type="dxa"/>
            </w:tcMar>
          </w:tcPr>
          <w:p w14:paraId="1B169FDB" w14:textId="77777777" w:rsidR="00543BDC" w:rsidRDefault="00000000">
            <w:pPr>
              <w:spacing w:after="0" w:line="240" w:lineRule="auto"/>
            </w:pPr>
            <w:r>
              <w:rPr>
                <w:sz w:val="12"/>
              </w:rPr>
              <w:t>Akademik Personel Kadro İzin işlemleri</w:t>
            </w:r>
            <w:r>
              <w:rPr>
                <w:sz w:val="12"/>
              </w:rPr>
              <w:br/>
              <w:t>Akademik Personel ihtiyaçlarının belirlenerek YÖK'ten talep edilmesi</w:t>
            </w:r>
          </w:p>
        </w:tc>
        <w:tc>
          <w:tcPr>
            <w:tcW w:w="2268" w:type="dxa"/>
            <w:tcMar>
              <w:top w:w="55" w:type="dxa"/>
              <w:left w:w="70" w:type="dxa"/>
              <w:bottom w:w="55" w:type="dxa"/>
              <w:right w:w="70" w:type="dxa"/>
            </w:tcMar>
          </w:tcPr>
          <w:p w14:paraId="4DFF4663" w14:textId="77777777" w:rsidR="00543BDC" w:rsidRDefault="00000000">
            <w:pPr>
              <w:spacing w:after="0" w:line="240" w:lineRule="auto"/>
            </w:pPr>
            <w:r>
              <w:rPr>
                <w:sz w:val="12"/>
              </w:rPr>
              <w:t>2547 S.K. Devlet Yükseköğretim Kurumlarında Öğretim Elemanı Norm Kadrolarının Belirlenmesine Ve Kullanılmasına İlişkin Yönetmelik</w:t>
            </w:r>
          </w:p>
        </w:tc>
        <w:tc>
          <w:tcPr>
            <w:tcW w:w="1134" w:type="dxa"/>
            <w:tcMar>
              <w:top w:w="55" w:type="dxa"/>
              <w:left w:w="70" w:type="dxa"/>
              <w:bottom w:w="55" w:type="dxa"/>
              <w:right w:w="70" w:type="dxa"/>
            </w:tcMar>
          </w:tcPr>
          <w:p w14:paraId="553C15C9"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7D1CA758"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4F4CC751" w14:textId="77777777" w:rsidR="00543BDC" w:rsidRDefault="00000000">
            <w:pPr>
              <w:spacing w:after="0" w:line="240" w:lineRule="auto"/>
            </w:pPr>
            <w:r>
              <w:rPr>
                <w:sz w:val="12"/>
              </w:rPr>
              <w:t>•Kadro ihtiyaçlarının tespiti için Birimlere PDB tarafından yazılan yazı •Birimlerin kadro ihtiyaçlarını belirten yazısı •Kadro talep formları •Birim Yönetim Kurulu Kararları •Üniversite Yönetim Kurulu Kararı •YÖK Başkanlığına kullanma izni almak amacıyla yazılan yazı •YÖK Başkanlığının onay yazısı</w:t>
            </w:r>
          </w:p>
        </w:tc>
        <w:tc>
          <w:tcPr>
            <w:tcW w:w="850" w:type="dxa"/>
            <w:tcMar>
              <w:top w:w="55" w:type="dxa"/>
              <w:left w:w="70" w:type="dxa"/>
              <w:bottom w:w="55" w:type="dxa"/>
              <w:right w:w="70" w:type="dxa"/>
            </w:tcMar>
          </w:tcPr>
          <w:p w14:paraId="4F873B14" w14:textId="77777777" w:rsidR="00543BDC" w:rsidRDefault="00000000">
            <w:pPr>
              <w:spacing w:after="0" w:line="240" w:lineRule="auto"/>
              <w:jc w:val="center"/>
            </w:pPr>
            <w:r>
              <w:rPr>
                <w:sz w:val="12"/>
              </w:rPr>
              <w:t>1-2 ay</w:t>
            </w:r>
          </w:p>
        </w:tc>
        <w:tc>
          <w:tcPr>
            <w:tcW w:w="850" w:type="dxa"/>
            <w:tcMar>
              <w:top w:w="55" w:type="dxa"/>
              <w:left w:w="70" w:type="dxa"/>
              <w:bottom w:w="55" w:type="dxa"/>
              <w:right w:w="70" w:type="dxa"/>
            </w:tcMar>
          </w:tcPr>
          <w:p w14:paraId="11F24124" w14:textId="77777777" w:rsidR="00543BDC" w:rsidRDefault="00000000">
            <w:pPr>
              <w:spacing w:after="0" w:line="240" w:lineRule="auto"/>
              <w:jc w:val="center"/>
            </w:pPr>
            <w:r>
              <w:rPr>
                <w:sz w:val="12"/>
              </w:rPr>
              <w:t>Evet</w:t>
            </w:r>
          </w:p>
        </w:tc>
      </w:tr>
      <w:tr w:rsidR="00543BDC" w14:paraId="5BD06054" w14:textId="77777777">
        <w:trPr>
          <w:jc w:val="center"/>
        </w:trPr>
        <w:tc>
          <w:tcPr>
            <w:tcW w:w="454" w:type="dxa"/>
            <w:shd w:val="clear" w:color="auto" w:fill="F7F9FC"/>
            <w:tcMar>
              <w:top w:w="55" w:type="dxa"/>
              <w:left w:w="70" w:type="dxa"/>
              <w:bottom w:w="55" w:type="dxa"/>
              <w:right w:w="70" w:type="dxa"/>
            </w:tcMar>
          </w:tcPr>
          <w:p w14:paraId="0FDBA13F" w14:textId="77777777" w:rsidR="00543BDC" w:rsidRDefault="00000000">
            <w:pPr>
              <w:spacing w:after="0" w:line="240" w:lineRule="auto"/>
              <w:jc w:val="center"/>
            </w:pPr>
            <w:r>
              <w:rPr>
                <w:b/>
                <w:sz w:val="12"/>
              </w:rPr>
              <w:t>2</w:t>
            </w:r>
          </w:p>
        </w:tc>
        <w:tc>
          <w:tcPr>
            <w:tcW w:w="1361" w:type="dxa"/>
            <w:shd w:val="clear" w:color="auto" w:fill="F7F9FC"/>
            <w:tcMar>
              <w:top w:w="55" w:type="dxa"/>
              <w:left w:w="70" w:type="dxa"/>
              <w:bottom w:w="55" w:type="dxa"/>
              <w:right w:w="70" w:type="dxa"/>
            </w:tcMar>
          </w:tcPr>
          <w:p w14:paraId="77C59944" w14:textId="77777777" w:rsidR="00543BDC" w:rsidRDefault="00000000">
            <w:pPr>
              <w:spacing w:after="0" w:line="240" w:lineRule="auto"/>
            </w:pPr>
            <w:r>
              <w:rPr>
                <w:sz w:val="12"/>
              </w:rPr>
              <w:t>Akademik kadro ve ilan</w:t>
            </w:r>
          </w:p>
        </w:tc>
        <w:tc>
          <w:tcPr>
            <w:tcW w:w="2835" w:type="dxa"/>
            <w:shd w:val="clear" w:color="auto" w:fill="F7F9FC"/>
            <w:tcMar>
              <w:top w:w="55" w:type="dxa"/>
              <w:left w:w="70" w:type="dxa"/>
              <w:bottom w:w="55" w:type="dxa"/>
              <w:right w:w="70" w:type="dxa"/>
            </w:tcMar>
          </w:tcPr>
          <w:p w14:paraId="7295CC6C" w14:textId="77777777" w:rsidR="00543BDC" w:rsidRDefault="00000000">
            <w:pPr>
              <w:spacing w:after="0" w:line="240" w:lineRule="auto"/>
            </w:pPr>
            <w:r>
              <w:rPr>
                <w:sz w:val="12"/>
              </w:rPr>
              <w:t>Akademik Personel Alım İlanı</w:t>
            </w:r>
            <w:r>
              <w:rPr>
                <w:sz w:val="12"/>
              </w:rPr>
              <w:br/>
              <w:t>Akademik Personel Alım İlanı</w:t>
            </w:r>
          </w:p>
        </w:tc>
        <w:tc>
          <w:tcPr>
            <w:tcW w:w="2268" w:type="dxa"/>
            <w:shd w:val="clear" w:color="auto" w:fill="F7F9FC"/>
            <w:tcMar>
              <w:top w:w="55" w:type="dxa"/>
              <w:left w:w="70" w:type="dxa"/>
              <w:bottom w:w="55" w:type="dxa"/>
              <w:right w:w="70" w:type="dxa"/>
            </w:tcMar>
          </w:tcPr>
          <w:p w14:paraId="77D03BD9" w14:textId="77777777" w:rsidR="00543BDC" w:rsidRDefault="00000000">
            <w:pPr>
              <w:spacing w:after="0" w:line="240" w:lineRule="auto"/>
            </w:pPr>
            <w:r>
              <w:rPr>
                <w:sz w:val="12"/>
              </w:rPr>
              <w:t>2547 S.K. İlgili Yönetmelikler ve Üniversite Yönergesi</w:t>
            </w:r>
          </w:p>
        </w:tc>
        <w:tc>
          <w:tcPr>
            <w:tcW w:w="1134" w:type="dxa"/>
            <w:shd w:val="clear" w:color="auto" w:fill="F7F9FC"/>
            <w:tcMar>
              <w:top w:w="55" w:type="dxa"/>
              <w:left w:w="70" w:type="dxa"/>
              <w:bottom w:w="55" w:type="dxa"/>
              <w:right w:w="70" w:type="dxa"/>
            </w:tcMar>
          </w:tcPr>
          <w:p w14:paraId="0A94F456"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0F6E4E81"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15C65460" w14:textId="77777777" w:rsidR="00543BDC" w:rsidRDefault="00000000">
            <w:pPr>
              <w:spacing w:after="0" w:line="240" w:lineRule="auto"/>
            </w:pPr>
            <w:r>
              <w:rPr>
                <w:sz w:val="12"/>
              </w:rPr>
              <w:t>•Birimlerden kadro ilan şartlarını talep eden PDB yazısı •Birimlerin ilan şartlarını belirtmek amacıyla PDB'ye yazdığı yazı •Alım ilanını Resmi Gazete'ye ileten Rektörlük yazısı •İlan Metni</w:t>
            </w:r>
          </w:p>
        </w:tc>
        <w:tc>
          <w:tcPr>
            <w:tcW w:w="850" w:type="dxa"/>
            <w:shd w:val="clear" w:color="auto" w:fill="F7F9FC"/>
            <w:tcMar>
              <w:top w:w="55" w:type="dxa"/>
              <w:left w:w="70" w:type="dxa"/>
              <w:bottom w:w="55" w:type="dxa"/>
              <w:right w:w="70" w:type="dxa"/>
            </w:tcMar>
          </w:tcPr>
          <w:p w14:paraId="749FB27A" w14:textId="77777777" w:rsidR="00543BDC" w:rsidRDefault="00000000">
            <w:pPr>
              <w:spacing w:after="0" w:line="240" w:lineRule="auto"/>
              <w:jc w:val="center"/>
            </w:pPr>
            <w:r>
              <w:rPr>
                <w:sz w:val="12"/>
              </w:rPr>
              <w:t>1-2 ay</w:t>
            </w:r>
          </w:p>
        </w:tc>
        <w:tc>
          <w:tcPr>
            <w:tcW w:w="850" w:type="dxa"/>
            <w:shd w:val="clear" w:color="auto" w:fill="F7F9FC"/>
            <w:tcMar>
              <w:top w:w="55" w:type="dxa"/>
              <w:left w:w="70" w:type="dxa"/>
              <w:bottom w:w="55" w:type="dxa"/>
              <w:right w:w="70" w:type="dxa"/>
            </w:tcMar>
          </w:tcPr>
          <w:p w14:paraId="2D8ED6BA" w14:textId="77777777" w:rsidR="00543BDC" w:rsidRDefault="00000000">
            <w:pPr>
              <w:spacing w:after="0" w:line="240" w:lineRule="auto"/>
              <w:jc w:val="center"/>
            </w:pPr>
            <w:r>
              <w:rPr>
                <w:sz w:val="12"/>
              </w:rPr>
              <w:t>Evet</w:t>
            </w:r>
          </w:p>
        </w:tc>
      </w:tr>
      <w:tr w:rsidR="00543BDC" w14:paraId="3F52689F" w14:textId="77777777">
        <w:trPr>
          <w:jc w:val="center"/>
        </w:trPr>
        <w:tc>
          <w:tcPr>
            <w:tcW w:w="454" w:type="dxa"/>
            <w:tcMar>
              <w:top w:w="55" w:type="dxa"/>
              <w:left w:w="70" w:type="dxa"/>
              <w:bottom w:w="55" w:type="dxa"/>
              <w:right w:w="70" w:type="dxa"/>
            </w:tcMar>
          </w:tcPr>
          <w:p w14:paraId="640C70A6" w14:textId="77777777" w:rsidR="00543BDC" w:rsidRDefault="00000000">
            <w:pPr>
              <w:spacing w:after="0" w:line="240" w:lineRule="auto"/>
              <w:jc w:val="center"/>
            </w:pPr>
            <w:r>
              <w:rPr>
                <w:b/>
                <w:sz w:val="12"/>
              </w:rPr>
              <w:t>3</w:t>
            </w:r>
          </w:p>
        </w:tc>
        <w:tc>
          <w:tcPr>
            <w:tcW w:w="1361" w:type="dxa"/>
            <w:tcMar>
              <w:top w:w="55" w:type="dxa"/>
              <w:left w:w="70" w:type="dxa"/>
              <w:bottom w:w="55" w:type="dxa"/>
              <w:right w:w="70" w:type="dxa"/>
            </w:tcMar>
          </w:tcPr>
          <w:p w14:paraId="4C4A6CFE" w14:textId="77777777" w:rsidR="00543BDC" w:rsidRDefault="00000000">
            <w:pPr>
              <w:spacing w:after="0" w:line="240" w:lineRule="auto"/>
            </w:pPr>
            <w:r>
              <w:rPr>
                <w:sz w:val="12"/>
              </w:rPr>
              <w:t>Akademik kadro ve ilan</w:t>
            </w:r>
          </w:p>
        </w:tc>
        <w:tc>
          <w:tcPr>
            <w:tcW w:w="2835" w:type="dxa"/>
            <w:tcMar>
              <w:top w:w="55" w:type="dxa"/>
              <w:left w:w="70" w:type="dxa"/>
              <w:bottom w:w="55" w:type="dxa"/>
              <w:right w:w="70" w:type="dxa"/>
            </w:tcMar>
          </w:tcPr>
          <w:p w14:paraId="5E441A33" w14:textId="77777777" w:rsidR="00543BDC" w:rsidRDefault="00000000">
            <w:pPr>
              <w:spacing w:after="0" w:line="240" w:lineRule="auto"/>
            </w:pPr>
            <w:r>
              <w:rPr>
                <w:sz w:val="12"/>
              </w:rPr>
              <w:t>Akademik kadrolara açıktan veya naklen atama işlemleri</w:t>
            </w:r>
            <w:r>
              <w:rPr>
                <w:sz w:val="12"/>
              </w:rPr>
              <w:br/>
              <w:t>Akademik kadrolara açıktan veya naklen atama işlemleri</w:t>
            </w:r>
          </w:p>
        </w:tc>
        <w:tc>
          <w:tcPr>
            <w:tcW w:w="2268" w:type="dxa"/>
            <w:tcMar>
              <w:top w:w="55" w:type="dxa"/>
              <w:left w:w="70" w:type="dxa"/>
              <w:bottom w:w="55" w:type="dxa"/>
              <w:right w:w="70" w:type="dxa"/>
            </w:tcMar>
          </w:tcPr>
          <w:p w14:paraId="75ADECC4" w14:textId="77777777" w:rsidR="00543BDC" w:rsidRDefault="00000000">
            <w:pPr>
              <w:spacing w:after="0" w:line="240" w:lineRule="auto"/>
            </w:pPr>
            <w:r>
              <w:rPr>
                <w:sz w:val="12"/>
              </w:rPr>
              <w:t>2547 ve 657 S.K.</w:t>
            </w:r>
          </w:p>
        </w:tc>
        <w:tc>
          <w:tcPr>
            <w:tcW w:w="1134" w:type="dxa"/>
            <w:tcMar>
              <w:top w:w="55" w:type="dxa"/>
              <w:left w:w="70" w:type="dxa"/>
              <w:bottom w:w="55" w:type="dxa"/>
              <w:right w:w="70" w:type="dxa"/>
            </w:tcMar>
          </w:tcPr>
          <w:p w14:paraId="2C611E08"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24C9D214"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D8D1371" w14:textId="77777777" w:rsidR="00543BDC" w:rsidRDefault="00000000">
            <w:pPr>
              <w:spacing w:after="0" w:line="240" w:lineRule="auto"/>
            </w:pPr>
            <w:r>
              <w:rPr>
                <w:sz w:val="12"/>
              </w:rPr>
              <w:t>•İlgili birimin atama teklifi •Birim Yönetim kurulu kararı •Üniversite Yönetim Kurulu Kararı •Naklen atamada muvafakat yazısı •Naklen atamada ilgili kuruma bilgi veren yazı •Jüri Raporları •Dilekçe •Diplomalar,Yabancı Dil Belgesi •ALES ve transkript belgeleri •Mal bildirim formu •Fotoğraf, Askerlik Belgesi •Sınav evrakı ve tutanak</w:t>
            </w:r>
          </w:p>
        </w:tc>
        <w:tc>
          <w:tcPr>
            <w:tcW w:w="850" w:type="dxa"/>
            <w:tcMar>
              <w:top w:w="55" w:type="dxa"/>
              <w:left w:w="70" w:type="dxa"/>
              <w:bottom w:w="55" w:type="dxa"/>
              <w:right w:w="70" w:type="dxa"/>
            </w:tcMar>
          </w:tcPr>
          <w:p w14:paraId="582FCF82" w14:textId="77777777" w:rsidR="00543BDC" w:rsidRDefault="00000000">
            <w:pPr>
              <w:spacing w:after="0" w:line="240" w:lineRule="auto"/>
              <w:jc w:val="center"/>
            </w:pPr>
            <w:r>
              <w:rPr>
                <w:sz w:val="12"/>
              </w:rPr>
              <w:t>1-2 ay</w:t>
            </w:r>
          </w:p>
        </w:tc>
        <w:tc>
          <w:tcPr>
            <w:tcW w:w="850" w:type="dxa"/>
            <w:tcMar>
              <w:top w:w="55" w:type="dxa"/>
              <w:left w:w="70" w:type="dxa"/>
              <w:bottom w:w="55" w:type="dxa"/>
              <w:right w:w="70" w:type="dxa"/>
            </w:tcMar>
          </w:tcPr>
          <w:p w14:paraId="3D389900" w14:textId="77777777" w:rsidR="00543BDC" w:rsidRDefault="00000000">
            <w:pPr>
              <w:spacing w:after="0" w:line="240" w:lineRule="auto"/>
              <w:jc w:val="center"/>
            </w:pPr>
            <w:r>
              <w:rPr>
                <w:sz w:val="12"/>
              </w:rPr>
              <w:t>Evet</w:t>
            </w:r>
          </w:p>
        </w:tc>
      </w:tr>
      <w:tr w:rsidR="00543BDC" w14:paraId="6643A960" w14:textId="77777777">
        <w:trPr>
          <w:jc w:val="center"/>
        </w:trPr>
        <w:tc>
          <w:tcPr>
            <w:tcW w:w="454" w:type="dxa"/>
            <w:shd w:val="clear" w:color="auto" w:fill="F7F9FC"/>
            <w:tcMar>
              <w:top w:w="55" w:type="dxa"/>
              <w:left w:w="70" w:type="dxa"/>
              <w:bottom w:w="55" w:type="dxa"/>
              <w:right w:w="70" w:type="dxa"/>
            </w:tcMar>
          </w:tcPr>
          <w:p w14:paraId="57846A83" w14:textId="77777777" w:rsidR="00543BDC" w:rsidRDefault="00000000">
            <w:pPr>
              <w:spacing w:after="0" w:line="240" w:lineRule="auto"/>
              <w:jc w:val="center"/>
            </w:pPr>
            <w:r>
              <w:rPr>
                <w:b/>
                <w:sz w:val="12"/>
              </w:rPr>
              <w:t>4</w:t>
            </w:r>
          </w:p>
        </w:tc>
        <w:tc>
          <w:tcPr>
            <w:tcW w:w="1361" w:type="dxa"/>
            <w:shd w:val="clear" w:color="auto" w:fill="F7F9FC"/>
            <w:tcMar>
              <w:top w:w="55" w:type="dxa"/>
              <w:left w:w="70" w:type="dxa"/>
              <w:bottom w:w="55" w:type="dxa"/>
              <w:right w:w="70" w:type="dxa"/>
            </w:tcMar>
          </w:tcPr>
          <w:p w14:paraId="0DF6F9C3" w14:textId="77777777" w:rsidR="00543BDC" w:rsidRDefault="00000000">
            <w:pPr>
              <w:spacing w:after="0" w:line="240" w:lineRule="auto"/>
            </w:pPr>
            <w:r>
              <w:rPr>
                <w:sz w:val="12"/>
              </w:rPr>
              <w:t>Akademik kadro ve ilan</w:t>
            </w:r>
          </w:p>
        </w:tc>
        <w:tc>
          <w:tcPr>
            <w:tcW w:w="2835" w:type="dxa"/>
            <w:shd w:val="clear" w:color="auto" w:fill="F7F9FC"/>
            <w:tcMar>
              <w:top w:w="55" w:type="dxa"/>
              <w:left w:w="70" w:type="dxa"/>
              <w:bottom w:w="55" w:type="dxa"/>
              <w:right w:w="70" w:type="dxa"/>
            </w:tcMar>
          </w:tcPr>
          <w:p w14:paraId="56D85CF8" w14:textId="77777777" w:rsidR="00543BDC" w:rsidRDefault="00000000">
            <w:pPr>
              <w:spacing w:after="0" w:line="240" w:lineRule="auto"/>
            </w:pPr>
            <w:r>
              <w:rPr>
                <w:sz w:val="12"/>
              </w:rPr>
              <w:t>İptal-ihdas</w:t>
            </w:r>
            <w:r>
              <w:rPr>
                <w:sz w:val="12"/>
              </w:rPr>
              <w:br/>
              <w:t>Akademik kadro iptal- ihdas işlemleri</w:t>
            </w:r>
          </w:p>
        </w:tc>
        <w:tc>
          <w:tcPr>
            <w:tcW w:w="2268" w:type="dxa"/>
            <w:shd w:val="clear" w:color="auto" w:fill="F7F9FC"/>
            <w:tcMar>
              <w:top w:w="55" w:type="dxa"/>
              <w:left w:w="70" w:type="dxa"/>
              <w:bottom w:w="55" w:type="dxa"/>
              <w:right w:w="70" w:type="dxa"/>
            </w:tcMar>
          </w:tcPr>
          <w:p w14:paraId="45737999" w14:textId="77777777" w:rsidR="00543BDC" w:rsidRDefault="00000000">
            <w:pPr>
              <w:spacing w:after="0" w:line="240" w:lineRule="auto"/>
            </w:pPr>
            <w:r>
              <w:rPr>
                <w:sz w:val="12"/>
              </w:rPr>
              <w:t>2547 S.K. İlgili Yönetmelikler</w:t>
            </w:r>
          </w:p>
        </w:tc>
        <w:tc>
          <w:tcPr>
            <w:tcW w:w="1134" w:type="dxa"/>
            <w:shd w:val="clear" w:color="auto" w:fill="F7F9FC"/>
            <w:tcMar>
              <w:top w:w="55" w:type="dxa"/>
              <w:left w:w="70" w:type="dxa"/>
              <w:bottom w:w="55" w:type="dxa"/>
              <w:right w:w="70" w:type="dxa"/>
            </w:tcMar>
          </w:tcPr>
          <w:p w14:paraId="7A0CC4CF"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56E73E6C"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00528D94" w14:textId="77777777" w:rsidR="00543BDC" w:rsidRDefault="00000000">
            <w:pPr>
              <w:spacing w:after="0" w:line="240" w:lineRule="auto"/>
            </w:pPr>
            <w:r>
              <w:rPr>
                <w:sz w:val="12"/>
              </w:rPr>
              <w:t>•Birimlerden gelen talep yazıları •Talepleri YÖK'e ileten yazı</w:t>
            </w:r>
          </w:p>
        </w:tc>
        <w:tc>
          <w:tcPr>
            <w:tcW w:w="850" w:type="dxa"/>
            <w:shd w:val="clear" w:color="auto" w:fill="F7F9FC"/>
            <w:tcMar>
              <w:top w:w="55" w:type="dxa"/>
              <w:left w:w="70" w:type="dxa"/>
              <w:bottom w:w="55" w:type="dxa"/>
              <w:right w:w="70" w:type="dxa"/>
            </w:tcMar>
          </w:tcPr>
          <w:p w14:paraId="7A0E2028" w14:textId="77777777" w:rsidR="00543BDC" w:rsidRDefault="00000000">
            <w:pPr>
              <w:spacing w:after="0" w:line="240" w:lineRule="auto"/>
              <w:jc w:val="center"/>
            </w:pPr>
            <w:r>
              <w:rPr>
                <w:sz w:val="12"/>
              </w:rPr>
              <w:t>1 yıl</w:t>
            </w:r>
          </w:p>
        </w:tc>
        <w:tc>
          <w:tcPr>
            <w:tcW w:w="850" w:type="dxa"/>
            <w:shd w:val="clear" w:color="auto" w:fill="F7F9FC"/>
            <w:tcMar>
              <w:top w:w="55" w:type="dxa"/>
              <w:left w:w="70" w:type="dxa"/>
              <w:bottom w:w="55" w:type="dxa"/>
              <w:right w:w="70" w:type="dxa"/>
            </w:tcMar>
          </w:tcPr>
          <w:p w14:paraId="0AF4A3FC" w14:textId="77777777" w:rsidR="00543BDC" w:rsidRDefault="00000000">
            <w:pPr>
              <w:spacing w:after="0" w:line="240" w:lineRule="auto"/>
              <w:jc w:val="center"/>
            </w:pPr>
            <w:r>
              <w:rPr>
                <w:sz w:val="12"/>
              </w:rPr>
              <w:t>Evet</w:t>
            </w:r>
          </w:p>
        </w:tc>
      </w:tr>
      <w:tr w:rsidR="00543BDC" w14:paraId="5C62A9E7" w14:textId="77777777">
        <w:trPr>
          <w:jc w:val="center"/>
        </w:trPr>
        <w:tc>
          <w:tcPr>
            <w:tcW w:w="454" w:type="dxa"/>
            <w:tcMar>
              <w:top w:w="55" w:type="dxa"/>
              <w:left w:w="70" w:type="dxa"/>
              <w:bottom w:w="55" w:type="dxa"/>
              <w:right w:w="70" w:type="dxa"/>
            </w:tcMar>
          </w:tcPr>
          <w:p w14:paraId="4CC5B5DF" w14:textId="77777777" w:rsidR="00543BDC" w:rsidRDefault="00000000">
            <w:pPr>
              <w:spacing w:after="0" w:line="240" w:lineRule="auto"/>
              <w:jc w:val="center"/>
            </w:pPr>
            <w:r>
              <w:rPr>
                <w:b/>
                <w:sz w:val="12"/>
              </w:rPr>
              <w:t>5</w:t>
            </w:r>
          </w:p>
        </w:tc>
        <w:tc>
          <w:tcPr>
            <w:tcW w:w="1361" w:type="dxa"/>
            <w:tcMar>
              <w:top w:w="55" w:type="dxa"/>
              <w:left w:w="70" w:type="dxa"/>
              <w:bottom w:w="55" w:type="dxa"/>
              <w:right w:w="70" w:type="dxa"/>
            </w:tcMar>
          </w:tcPr>
          <w:p w14:paraId="57DEF85D" w14:textId="77777777" w:rsidR="00543BDC" w:rsidRDefault="00000000">
            <w:pPr>
              <w:spacing w:after="0" w:line="240" w:lineRule="auto"/>
            </w:pPr>
            <w:r>
              <w:rPr>
                <w:sz w:val="12"/>
              </w:rPr>
              <w:t>Akademik kadro ve ilan</w:t>
            </w:r>
          </w:p>
        </w:tc>
        <w:tc>
          <w:tcPr>
            <w:tcW w:w="2835" w:type="dxa"/>
            <w:tcMar>
              <w:top w:w="55" w:type="dxa"/>
              <w:left w:w="70" w:type="dxa"/>
              <w:bottom w:w="55" w:type="dxa"/>
              <w:right w:w="70" w:type="dxa"/>
            </w:tcMar>
          </w:tcPr>
          <w:p w14:paraId="1FEAE526" w14:textId="77777777" w:rsidR="00543BDC" w:rsidRDefault="00000000">
            <w:pPr>
              <w:spacing w:after="0" w:line="240" w:lineRule="auto"/>
            </w:pPr>
            <w:r>
              <w:rPr>
                <w:sz w:val="12"/>
              </w:rPr>
              <w:t>TUS,DUS,EUS işlemleri</w:t>
            </w:r>
            <w:r>
              <w:rPr>
                <w:sz w:val="12"/>
              </w:rPr>
              <w:br/>
              <w:t>Akademik personel TUS,DUS,EUS işlemleri</w:t>
            </w:r>
          </w:p>
        </w:tc>
        <w:tc>
          <w:tcPr>
            <w:tcW w:w="2268" w:type="dxa"/>
            <w:tcMar>
              <w:top w:w="55" w:type="dxa"/>
              <w:left w:w="70" w:type="dxa"/>
              <w:bottom w:w="55" w:type="dxa"/>
              <w:right w:w="70" w:type="dxa"/>
            </w:tcMar>
          </w:tcPr>
          <w:p w14:paraId="1165A2B9" w14:textId="77777777" w:rsidR="00543BDC" w:rsidRDefault="00000000">
            <w:pPr>
              <w:spacing w:after="0" w:line="240" w:lineRule="auto"/>
            </w:pPr>
            <w:r>
              <w:rPr>
                <w:sz w:val="12"/>
              </w:rPr>
              <w:t>Tıpta Ve Diş Hekimliğinde Uzmanlık Eğitimi Yönetmeliği</w:t>
            </w:r>
          </w:p>
        </w:tc>
        <w:tc>
          <w:tcPr>
            <w:tcW w:w="1134" w:type="dxa"/>
            <w:tcMar>
              <w:top w:w="55" w:type="dxa"/>
              <w:left w:w="70" w:type="dxa"/>
              <w:bottom w:w="55" w:type="dxa"/>
              <w:right w:w="70" w:type="dxa"/>
            </w:tcMar>
          </w:tcPr>
          <w:p w14:paraId="0320445D"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07EB5D42"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B656CAA" w14:textId="77777777" w:rsidR="00543BDC" w:rsidRDefault="00000000">
            <w:pPr>
              <w:spacing w:after="0" w:line="240" w:lineRule="auto"/>
            </w:pPr>
            <w:r>
              <w:rPr>
                <w:sz w:val="12"/>
              </w:rPr>
              <w:t>•Kontenjanların belirlenmesi için Birime yazılan yazı. •Birimden gelen cevap yazısı. •Yerleştirme sonucuna göre ilgili birimlerden gelecek atama evrakı •Açıktan atama için arşiv araştırması talep eden yazı •Naklen atama için muvafakat yazıları •Atama Kararnamesi •Atamalar sonuçlandığında boş kalan kontenjanları ÖSYM’ye bildiren yazı</w:t>
            </w:r>
          </w:p>
        </w:tc>
        <w:tc>
          <w:tcPr>
            <w:tcW w:w="850" w:type="dxa"/>
            <w:tcMar>
              <w:top w:w="55" w:type="dxa"/>
              <w:left w:w="70" w:type="dxa"/>
              <w:bottom w:w="55" w:type="dxa"/>
              <w:right w:w="70" w:type="dxa"/>
            </w:tcMar>
          </w:tcPr>
          <w:p w14:paraId="2D06B5BA" w14:textId="77777777" w:rsidR="00543BDC" w:rsidRDefault="00000000">
            <w:pPr>
              <w:spacing w:after="0" w:line="240" w:lineRule="auto"/>
              <w:jc w:val="center"/>
            </w:pPr>
            <w:r>
              <w:rPr>
                <w:sz w:val="12"/>
              </w:rPr>
              <w:t>3 ay</w:t>
            </w:r>
          </w:p>
        </w:tc>
        <w:tc>
          <w:tcPr>
            <w:tcW w:w="850" w:type="dxa"/>
            <w:tcMar>
              <w:top w:w="55" w:type="dxa"/>
              <w:left w:w="70" w:type="dxa"/>
              <w:bottom w:w="55" w:type="dxa"/>
              <w:right w:w="70" w:type="dxa"/>
            </w:tcMar>
          </w:tcPr>
          <w:p w14:paraId="75767490" w14:textId="77777777" w:rsidR="00543BDC" w:rsidRDefault="00000000">
            <w:pPr>
              <w:spacing w:after="0" w:line="240" w:lineRule="auto"/>
              <w:jc w:val="center"/>
            </w:pPr>
            <w:r>
              <w:rPr>
                <w:sz w:val="12"/>
              </w:rPr>
              <w:t>Evet</w:t>
            </w:r>
          </w:p>
        </w:tc>
      </w:tr>
      <w:tr w:rsidR="00543BDC" w14:paraId="12074D69" w14:textId="77777777">
        <w:trPr>
          <w:jc w:val="center"/>
        </w:trPr>
        <w:tc>
          <w:tcPr>
            <w:tcW w:w="454" w:type="dxa"/>
            <w:shd w:val="clear" w:color="auto" w:fill="F7F9FC"/>
            <w:tcMar>
              <w:top w:w="55" w:type="dxa"/>
              <w:left w:w="70" w:type="dxa"/>
              <w:bottom w:w="55" w:type="dxa"/>
              <w:right w:w="70" w:type="dxa"/>
            </w:tcMar>
          </w:tcPr>
          <w:p w14:paraId="501CEAD8" w14:textId="77777777" w:rsidR="00543BDC" w:rsidRDefault="00000000">
            <w:pPr>
              <w:spacing w:after="0" w:line="240" w:lineRule="auto"/>
              <w:jc w:val="center"/>
            </w:pPr>
            <w:r>
              <w:rPr>
                <w:b/>
                <w:sz w:val="12"/>
              </w:rPr>
              <w:t>6</w:t>
            </w:r>
          </w:p>
        </w:tc>
        <w:tc>
          <w:tcPr>
            <w:tcW w:w="1361" w:type="dxa"/>
            <w:shd w:val="clear" w:color="auto" w:fill="F7F9FC"/>
            <w:tcMar>
              <w:top w:w="55" w:type="dxa"/>
              <w:left w:w="70" w:type="dxa"/>
              <w:bottom w:w="55" w:type="dxa"/>
              <w:right w:w="70" w:type="dxa"/>
            </w:tcMar>
          </w:tcPr>
          <w:p w14:paraId="006A37D7" w14:textId="77777777" w:rsidR="00543BDC" w:rsidRDefault="00000000">
            <w:pPr>
              <w:spacing w:after="0" w:line="240" w:lineRule="auto"/>
            </w:pPr>
            <w:r>
              <w:rPr>
                <w:sz w:val="12"/>
              </w:rPr>
              <w:t>Akademik kadro ve ilan</w:t>
            </w:r>
          </w:p>
        </w:tc>
        <w:tc>
          <w:tcPr>
            <w:tcW w:w="2835" w:type="dxa"/>
            <w:shd w:val="clear" w:color="auto" w:fill="F7F9FC"/>
            <w:tcMar>
              <w:top w:w="55" w:type="dxa"/>
              <w:left w:w="70" w:type="dxa"/>
              <w:bottom w:w="55" w:type="dxa"/>
              <w:right w:w="70" w:type="dxa"/>
            </w:tcMar>
          </w:tcPr>
          <w:p w14:paraId="05ECDEA5" w14:textId="77777777" w:rsidR="00543BDC" w:rsidRDefault="00000000">
            <w:pPr>
              <w:spacing w:after="0" w:line="240" w:lineRule="auto"/>
            </w:pPr>
            <w:r>
              <w:rPr>
                <w:sz w:val="12"/>
              </w:rPr>
              <w:t>Kadro aktarımı</w:t>
            </w:r>
            <w:r>
              <w:rPr>
                <w:sz w:val="12"/>
              </w:rPr>
              <w:br/>
              <w:t>Akademik personel dolu kadro aktarımı</w:t>
            </w:r>
          </w:p>
        </w:tc>
        <w:tc>
          <w:tcPr>
            <w:tcW w:w="2268" w:type="dxa"/>
            <w:shd w:val="clear" w:color="auto" w:fill="F7F9FC"/>
            <w:tcMar>
              <w:top w:w="55" w:type="dxa"/>
              <w:left w:w="70" w:type="dxa"/>
              <w:bottom w:w="55" w:type="dxa"/>
              <w:right w:w="70" w:type="dxa"/>
            </w:tcMar>
          </w:tcPr>
          <w:p w14:paraId="6B260182" w14:textId="77777777" w:rsidR="00543BDC" w:rsidRDefault="00000000">
            <w:pPr>
              <w:spacing w:after="0" w:line="240" w:lineRule="auto"/>
            </w:pPr>
            <w:r>
              <w:rPr>
                <w:sz w:val="12"/>
              </w:rPr>
              <w:t>2547 S.K. İlgili Yönetmelikler ve Üniversite Yönergesi</w:t>
            </w:r>
          </w:p>
        </w:tc>
        <w:tc>
          <w:tcPr>
            <w:tcW w:w="1134" w:type="dxa"/>
            <w:shd w:val="clear" w:color="auto" w:fill="F7F9FC"/>
            <w:tcMar>
              <w:top w:w="55" w:type="dxa"/>
              <w:left w:w="70" w:type="dxa"/>
              <w:bottom w:w="55" w:type="dxa"/>
              <w:right w:w="70" w:type="dxa"/>
            </w:tcMar>
          </w:tcPr>
          <w:p w14:paraId="2C14CBF3"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34E0FD46"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366131A9" w14:textId="77777777" w:rsidR="00543BDC" w:rsidRDefault="00000000">
            <w:pPr>
              <w:spacing w:after="0" w:line="240" w:lineRule="auto"/>
            </w:pPr>
            <w:r>
              <w:rPr>
                <w:sz w:val="12"/>
              </w:rPr>
              <w:t>•Kapatılan birimlerdeki dolu kadroların aktarılmasını talep eden Birim yazısı •ÜYKK •YÖK’e talep yazısı •YÖK’ten gelen kadro aktarma onayına istinaden düzenlenen kararname ve kadro cetvelleri</w:t>
            </w:r>
          </w:p>
        </w:tc>
        <w:tc>
          <w:tcPr>
            <w:tcW w:w="850" w:type="dxa"/>
            <w:shd w:val="clear" w:color="auto" w:fill="F7F9FC"/>
            <w:tcMar>
              <w:top w:w="55" w:type="dxa"/>
              <w:left w:w="70" w:type="dxa"/>
              <w:bottom w:w="55" w:type="dxa"/>
              <w:right w:w="70" w:type="dxa"/>
            </w:tcMar>
          </w:tcPr>
          <w:p w14:paraId="49BAE1F5" w14:textId="77777777" w:rsidR="00543BDC" w:rsidRDefault="00000000">
            <w:pPr>
              <w:spacing w:after="0" w:line="240" w:lineRule="auto"/>
              <w:jc w:val="center"/>
            </w:pPr>
            <w:r>
              <w:rPr>
                <w:sz w:val="12"/>
              </w:rPr>
              <w:t>3 ay</w:t>
            </w:r>
          </w:p>
        </w:tc>
        <w:tc>
          <w:tcPr>
            <w:tcW w:w="850" w:type="dxa"/>
            <w:shd w:val="clear" w:color="auto" w:fill="F7F9FC"/>
            <w:tcMar>
              <w:top w:w="55" w:type="dxa"/>
              <w:left w:w="70" w:type="dxa"/>
              <w:bottom w:w="55" w:type="dxa"/>
              <w:right w:w="70" w:type="dxa"/>
            </w:tcMar>
          </w:tcPr>
          <w:p w14:paraId="217B4B5F" w14:textId="77777777" w:rsidR="00543BDC" w:rsidRDefault="00000000">
            <w:pPr>
              <w:spacing w:after="0" w:line="240" w:lineRule="auto"/>
              <w:jc w:val="center"/>
            </w:pPr>
            <w:r>
              <w:rPr>
                <w:sz w:val="12"/>
              </w:rPr>
              <w:t>Evet</w:t>
            </w:r>
          </w:p>
        </w:tc>
      </w:tr>
      <w:tr w:rsidR="00543BDC" w14:paraId="5C63B408" w14:textId="77777777">
        <w:trPr>
          <w:jc w:val="center"/>
        </w:trPr>
        <w:tc>
          <w:tcPr>
            <w:tcW w:w="454" w:type="dxa"/>
            <w:tcMar>
              <w:top w:w="55" w:type="dxa"/>
              <w:left w:w="70" w:type="dxa"/>
              <w:bottom w:w="55" w:type="dxa"/>
              <w:right w:w="70" w:type="dxa"/>
            </w:tcMar>
          </w:tcPr>
          <w:p w14:paraId="3D317D14" w14:textId="77777777" w:rsidR="00543BDC" w:rsidRDefault="00000000">
            <w:pPr>
              <w:spacing w:after="0" w:line="240" w:lineRule="auto"/>
              <w:jc w:val="center"/>
            </w:pPr>
            <w:r>
              <w:rPr>
                <w:b/>
                <w:sz w:val="12"/>
              </w:rPr>
              <w:t>7</w:t>
            </w:r>
          </w:p>
        </w:tc>
        <w:tc>
          <w:tcPr>
            <w:tcW w:w="1361" w:type="dxa"/>
            <w:tcMar>
              <w:top w:w="55" w:type="dxa"/>
              <w:left w:w="70" w:type="dxa"/>
              <w:bottom w:w="55" w:type="dxa"/>
              <w:right w:w="70" w:type="dxa"/>
            </w:tcMar>
          </w:tcPr>
          <w:p w14:paraId="2E982A21"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1E9500DE" w14:textId="77777777" w:rsidR="00543BDC" w:rsidRDefault="00000000">
            <w:pPr>
              <w:spacing w:after="0" w:line="240" w:lineRule="auto"/>
            </w:pPr>
            <w:r>
              <w:rPr>
                <w:sz w:val="12"/>
              </w:rPr>
              <w:t>Akademik personelin terfi işlemleri</w:t>
            </w:r>
            <w:r>
              <w:rPr>
                <w:sz w:val="12"/>
              </w:rPr>
              <w:br/>
              <w:t>Akademik personelin terfi işlemleri</w:t>
            </w:r>
          </w:p>
        </w:tc>
        <w:tc>
          <w:tcPr>
            <w:tcW w:w="2268" w:type="dxa"/>
            <w:tcMar>
              <w:top w:w="55" w:type="dxa"/>
              <w:left w:w="70" w:type="dxa"/>
              <w:bottom w:w="55" w:type="dxa"/>
              <w:right w:w="70" w:type="dxa"/>
            </w:tcMar>
          </w:tcPr>
          <w:p w14:paraId="554F060F" w14:textId="77777777" w:rsidR="00543BDC" w:rsidRDefault="00000000">
            <w:pPr>
              <w:spacing w:after="0" w:line="240" w:lineRule="auto"/>
            </w:pPr>
            <w:r>
              <w:rPr>
                <w:sz w:val="12"/>
              </w:rPr>
              <w:t>2914 S.K. 7 ve 8. Maddeleri</w:t>
            </w:r>
          </w:p>
        </w:tc>
        <w:tc>
          <w:tcPr>
            <w:tcW w:w="1134" w:type="dxa"/>
            <w:tcMar>
              <w:top w:w="55" w:type="dxa"/>
              <w:left w:w="70" w:type="dxa"/>
              <w:bottom w:w="55" w:type="dxa"/>
              <w:right w:w="70" w:type="dxa"/>
            </w:tcMar>
          </w:tcPr>
          <w:p w14:paraId="53A85D3E"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7D0DEDA9"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1A6359F1" w14:textId="77777777" w:rsidR="00543BDC" w:rsidRDefault="00000000">
            <w:pPr>
              <w:spacing w:after="0" w:line="240" w:lineRule="auto"/>
            </w:pPr>
            <w:r>
              <w:rPr>
                <w:sz w:val="12"/>
              </w:rPr>
              <w:t>•Akademik personelin kadrosunun bulunduğu birim tarafından elektronik ortamda gönderilen terfi formu</w:t>
            </w:r>
          </w:p>
        </w:tc>
        <w:tc>
          <w:tcPr>
            <w:tcW w:w="850" w:type="dxa"/>
            <w:tcMar>
              <w:top w:w="55" w:type="dxa"/>
              <w:left w:w="70" w:type="dxa"/>
              <w:bottom w:w="55" w:type="dxa"/>
              <w:right w:w="70" w:type="dxa"/>
            </w:tcMar>
          </w:tcPr>
          <w:p w14:paraId="707E3B9A"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35C186F8" w14:textId="77777777" w:rsidR="00543BDC" w:rsidRDefault="00000000">
            <w:pPr>
              <w:spacing w:after="0" w:line="240" w:lineRule="auto"/>
              <w:jc w:val="center"/>
            </w:pPr>
            <w:r>
              <w:rPr>
                <w:sz w:val="12"/>
              </w:rPr>
              <w:t>Evet</w:t>
            </w:r>
          </w:p>
        </w:tc>
      </w:tr>
      <w:tr w:rsidR="00543BDC" w14:paraId="637C982E" w14:textId="77777777">
        <w:trPr>
          <w:jc w:val="center"/>
        </w:trPr>
        <w:tc>
          <w:tcPr>
            <w:tcW w:w="454" w:type="dxa"/>
            <w:shd w:val="clear" w:color="auto" w:fill="F7F9FC"/>
            <w:tcMar>
              <w:top w:w="55" w:type="dxa"/>
              <w:left w:w="70" w:type="dxa"/>
              <w:bottom w:w="55" w:type="dxa"/>
              <w:right w:w="70" w:type="dxa"/>
            </w:tcMar>
          </w:tcPr>
          <w:p w14:paraId="77FE6BDF" w14:textId="77777777" w:rsidR="00543BDC" w:rsidRDefault="00000000">
            <w:pPr>
              <w:spacing w:after="0" w:line="240" w:lineRule="auto"/>
              <w:jc w:val="center"/>
            </w:pPr>
            <w:r>
              <w:rPr>
                <w:b/>
                <w:sz w:val="12"/>
              </w:rPr>
              <w:t>8</w:t>
            </w:r>
          </w:p>
        </w:tc>
        <w:tc>
          <w:tcPr>
            <w:tcW w:w="1361" w:type="dxa"/>
            <w:shd w:val="clear" w:color="auto" w:fill="F7F9FC"/>
            <w:tcMar>
              <w:top w:w="55" w:type="dxa"/>
              <w:left w:w="70" w:type="dxa"/>
              <w:bottom w:w="55" w:type="dxa"/>
              <w:right w:w="70" w:type="dxa"/>
            </w:tcMar>
          </w:tcPr>
          <w:p w14:paraId="767D4976"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3F783305" w14:textId="77777777" w:rsidR="00543BDC" w:rsidRDefault="00000000">
            <w:pPr>
              <w:spacing w:after="0" w:line="240" w:lineRule="auto"/>
            </w:pPr>
            <w:r>
              <w:rPr>
                <w:sz w:val="12"/>
              </w:rPr>
              <w:t>Akademik personelin öğrenim intibakı</w:t>
            </w:r>
            <w:r>
              <w:rPr>
                <w:sz w:val="12"/>
              </w:rPr>
              <w:br/>
              <w:t>Akademik personelin öğrenim intibakı</w:t>
            </w:r>
          </w:p>
        </w:tc>
        <w:tc>
          <w:tcPr>
            <w:tcW w:w="2268" w:type="dxa"/>
            <w:shd w:val="clear" w:color="auto" w:fill="F7F9FC"/>
            <w:tcMar>
              <w:top w:w="55" w:type="dxa"/>
              <w:left w:w="70" w:type="dxa"/>
              <w:bottom w:w="55" w:type="dxa"/>
              <w:right w:w="70" w:type="dxa"/>
            </w:tcMar>
          </w:tcPr>
          <w:p w14:paraId="014A2A1A" w14:textId="77777777" w:rsidR="00543BDC" w:rsidRDefault="00000000">
            <w:pPr>
              <w:spacing w:after="0" w:line="240" w:lineRule="auto"/>
            </w:pPr>
            <w:r>
              <w:rPr>
                <w:sz w:val="12"/>
              </w:rPr>
              <w:t>2914 S.K. 6.Maddesi</w:t>
            </w:r>
          </w:p>
        </w:tc>
        <w:tc>
          <w:tcPr>
            <w:tcW w:w="1134" w:type="dxa"/>
            <w:shd w:val="clear" w:color="auto" w:fill="F7F9FC"/>
            <w:tcMar>
              <w:top w:w="55" w:type="dxa"/>
              <w:left w:w="70" w:type="dxa"/>
              <w:bottom w:w="55" w:type="dxa"/>
              <w:right w:w="70" w:type="dxa"/>
            </w:tcMar>
          </w:tcPr>
          <w:p w14:paraId="153DCE69"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7F245700"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302AA3EF" w14:textId="77777777" w:rsidR="00543BDC" w:rsidRDefault="00000000">
            <w:pPr>
              <w:spacing w:after="0" w:line="240" w:lineRule="auto"/>
            </w:pPr>
            <w:r>
              <w:rPr>
                <w:sz w:val="12"/>
              </w:rPr>
              <w:t>•Akademik personelin kadrosunun bulunduğu birimin üst yazısı •Öğrenim belgesi</w:t>
            </w:r>
          </w:p>
        </w:tc>
        <w:tc>
          <w:tcPr>
            <w:tcW w:w="850" w:type="dxa"/>
            <w:shd w:val="clear" w:color="auto" w:fill="F7F9FC"/>
            <w:tcMar>
              <w:top w:w="55" w:type="dxa"/>
              <w:left w:w="70" w:type="dxa"/>
              <w:bottom w:w="55" w:type="dxa"/>
              <w:right w:w="70" w:type="dxa"/>
            </w:tcMar>
          </w:tcPr>
          <w:p w14:paraId="6EDFCC88" w14:textId="77777777" w:rsidR="00543BDC" w:rsidRDefault="00000000">
            <w:pPr>
              <w:spacing w:after="0" w:line="240" w:lineRule="auto"/>
              <w:jc w:val="center"/>
            </w:pPr>
            <w:r>
              <w:rPr>
                <w:sz w:val="12"/>
              </w:rPr>
              <w:t>4 Gün</w:t>
            </w:r>
          </w:p>
        </w:tc>
        <w:tc>
          <w:tcPr>
            <w:tcW w:w="850" w:type="dxa"/>
            <w:shd w:val="clear" w:color="auto" w:fill="F7F9FC"/>
            <w:tcMar>
              <w:top w:w="55" w:type="dxa"/>
              <w:left w:w="70" w:type="dxa"/>
              <w:bottom w:w="55" w:type="dxa"/>
              <w:right w:w="70" w:type="dxa"/>
            </w:tcMar>
          </w:tcPr>
          <w:p w14:paraId="1AB66CE7" w14:textId="77777777" w:rsidR="00543BDC" w:rsidRDefault="00000000">
            <w:pPr>
              <w:spacing w:after="0" w:line="240" w:lineRule="auto"/>
              <w:jc w:val="center"/>
            </w:pPr>
            <w:r>
              <w:rPr>
                <w:sz w:val="12"/>
              </w:rPr>
              <w:t>Evet</w:t>
            </w:r>
          </w:p>
        </w:tc>
      </w:tr>
      <w:tr w:rsidR="00543BDC" w14:paraId="18CA3926" w14:textId="77777777">
        <w:trPr>
          <w:jc w:val="center"/>
        </w:trPr>
        <w:tc>
          <w:tcPr>
            <w:tcW w:w="454" w:type="dxa"/>
            <w:tcMar>
              <w:top w:w="55" w:type="dxa"/>
              <w:left w:w="70" w:type="dxa"/>
              <w:bottom w:w="55" w:type="dxa"/>
              <w:right w:w="70" w:type="dxa"/>
            </w:tcMar>
          </w:tcPr>
          <w:p w14:paraId="3DE71ABE" w14:textId="77777777" w:rsidR="00543BDC" w:rsidRDefault="00000000">
            <w:pPr>
              <w:spacing w:after="0" w:line="240" w:lineRule="auto"/>
              <w:jc w:val="center"/>
            </w:pPr>
            <w:r>
              <w:rPr>
                <w:b/>
                <w:sz w:val="12"/>
              </w:rPr>
              <w:t>9</w:t>
            </w:r>
          </w:p>
        </w:tc>
        <w:tc>
          <w:tcPr>
            <w:tcW w:w="1361" w:type="dxa"/>
            <w:tcMar>
              <w:top w:w="55" w:type="dxa"/>
              <w:left w:w="70" w:type="dxa"/>
              <w:bottom w:w="55" w:type="dxa"/>
              <w:right w:w="70" w:type="dxa"/>
            </w:tcMar>
          </w:tcPr>
          <w:p w14:paraId="65F9B26E"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373F03C6" w14:textId="77777777" w:rsidR="00543BDC" w:rsidRDefault="00000000">
            <w:pPr>
              <w:spacing w:after="0" w:line="240" w:lineRule="auto"/>
            </w:pPr>
            <w:r>
              <w:rPr>
                <w:sz w:val="12"/>
              </w:rPr>
              <w:t>Akademik/İdari Personelin sigortalı hizmetinin değerlendirilmesi</w:t>
            </w:r>
            <w:r>
              <w:rPr>
                <w:sz w:val="12"/>
              </w:rPr>
              <w:br/>
              <w:t>Akademik/İdari Personelin sigortalı hizmetinin değerlendirilmesi</w:t>
            </w:r>
          </w:p>
        </w:tc>
        <w:tc>
          <w:tcPr>
            <w:tcW w:w="2268" w:type="dxa"/>
            <w:tcMar>
              <w:top w:w="55" w:type="dxa"/>
              <w:left w:w="70" w:type="dxa"/>
              <w:bottom w:w="55" w:type="dxa"/>
              <w:right w:w="70" w:type="dxa"/>
            </w:tcMar>
          </w:tcPr>
          <w:p w14:paraId="0780864B" w14:textId="77777777" w:rsidR="00543BDC" w:rsidRDefault="00000000">
            <w:pPr>
              <w:spacing w:after="0" w:line="240" w:lineRule="auto"/>
            </w:pPr>
            <w:r>
              <w:rPr>
                <w:sz w:val="12"/>
              </w:rPr>
              <w:t>5434 S.K. Mülga Ek 18. Maddesi</w:t>
            </w:r>
          </w:p>
        </w:tc>
        <w:tc>
          <w:tcPr>
            <w:tcW w:w="1134" w:type="dxa"/>
            <w:tcMar>
              <w:top w:w="55" w:type="dxa"/>
              <w:left w:w="70" w:type="dxa"/>
              <w:bottom w:w="55" w:type="dxa"/>
              <w:right w:w="70" w:type="dxa"/>
            </w:tcMar>
          </w:tcPr>
          <w:p w14:paraId="68ACAA09"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4303FD5A"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0B1B369F" w14:textId="77777777" w:rsidR="00543BDC" w:rsidRDefault="00000000">
            <w:pPr>
              <w:spacing w:after="0" w:line="240" w:lineRule="auto"/>
            </w:pPr>
            <w:r>
              <w:rPr>
                <w:sz w:val="12"/>
              </w:rPr>
              <w:t>•Sosyal Güvenlik Kurumundan alınan hizmet dökümü</w:t>
            </w:r>
          </w:p>
        </w:tc>
        <w:tc>
          <w:tcPr>
            <w:tcW w:w="850" w:type="dxa"/>
            <w:tcMar>
              <w:top w:w="55" w:type="dxa"/>
              <w:left w:w="70" w:type="dxa"/>
              <w:bottom w:w="55" w:type="dxa"/>
              <w:right w:w="70" w:type="dxa"/>
            </w:tcMar>
          </w:tcPr>
          <w:p w14:paraId="2E0B2BD5"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7D9D5B73" w14:textId="77777777" w:rsidR="00543BDC" w:rsidRDefault="00000000">
            <w:pPr>
              <w:spacing w:after="0" w:line="240" w:lineRule="auto"/>
              <w:jc w:val="center"/>
            </w:pPr>
            <w:r>
              <w:rPr>
                <w:sz w:val="12"/>
              </w:rPr>
              <w:t>Evet</w:t>
            </w:r>
          </w:p>
        </w:tc>
      </w:tr>
      <w:tr w:rsidR="00543BDC" w14:paraId="254040E3" w14:textId="77777777">
        <w:trPr>
          <w:jc w:val="center"/>
        </w:trPr>
        <w:tc>
          <w:tcPr>
            <w:tcW w:w="454" w:type="dxa"/>
            <w:shd w:val="clear" w:color="auto" w:fill="F7F9FC"/>
            <w:tcMar>
              <w:top w:w="55" w:type="dxa"/>
              <w:left w:w="70" w:type="dxa"/>
              <w:bottom w:w="55" w:type="dxa"/>
              <w:right w:w="70" w:type="dxa"/>
            </w:tcMar>
          </w:tcPr>
          <w:p w14:paraId="20FF2FB6" w14:textId="77777777" w:rsidR="00543BDC" w:rsidRDefault="00000000">
            <w:pPr>
              <w:spacing w:after="0" w:line="240" w:lineRule="auto"/>
              <w:jc w:val="center"/>
            </w:pPr>
            <w:r>
              <w:rPr>
                <w:b/>
                <w:sz w:val="12"/>
              </w:rPr>
              <w:t>10</w:t>
            </w:r>
          </w:p>
        </w:tc>
        <w:tc>
          <w:tcPr>
            <w:tcW w:w="1361" w:type="dxa"/>
            <w:shd w:val="clear" w:color="auto" w:fill="F7F9FC"/>
            <w:tcMar>
              <w:top w:w="55" w:type="dxa"/>
              <w:left w:w="70" w:type="dxa"/>
              <w:bottom w:w="55" w:type="dxa"/>
              <w:right w:w="70" w:type="dxa"/>
            </w:tcMar>
          </w:tcPr>
          <w:p w14:paraId="78D628D6"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4AE9A422" w14:textId="77777777" w:rsidR="00543BDC" w:rsidRDefault="00000000">
            <w:pPr>
              <w:spacing w:after="0" w:line="240" w:lineRule="auto"/>
            </w:pPr>
            <w:r>
              <w:rPr>
                <w:sz w:val="12"/>
              </w:rPr>
              <w:t>Akademik/İdari Personelin Aylıksız izne ayrılma onayı</w:t>
            </w:r>
            <w:r>
              <w:rPr>
                <w:sz w:val="12"/>
              </w:rPr>
              <w:br/>
              <w:t>Akademik/İdari Personelin Aylıksız izne ayrılma onayı</w:t>
            </w:r>
          </w:p>
        </w:tc>
        <w:tc>
          <w:tcPr>
            <w:tcW w:w="2268" w:type="dxa"/>
            <w:shd w:val="clear" w:color="auto" w:fill="F7F9FC"/>
            <w:tcMar>
              <w:top w:w="55" w:type="dxa"/>
              <w:left w:w="70" w:type="dxa"/>
              <w:bottom w:w="55" w:type="dxa"/>
              <w:right w:w="70" w:type="dxa"/>
            </w:tcMar>
          </w:tcPr>
          <w:p w14:paraId="004A9914" w14:textId="77777777" w:rsidR="00543BDC" w:rsidRDefault="00000000">
            <w:pPr>
              <w:spacing w:after="0" w:line="240" w:lineRule="auto"/>
            </w:pPr>
            <w:r>
              <w:rPr>
                <w:sz w:val="12"/>
              </w:rPr>
              <w:t>2547 S.K. 657 S.K.</w:t>
            </w:r>
          </w:p>
        </w:tc>
        <w:tc>
          <w:tcPr>
            <w:tcW w:w="1134" w:type="dxa"/>
            <w:shd w:val="clear" w:color="auto" w:fill="F7F9FC"/>
            <w:tcMar>
              <w:top w:w="55" w:type="dxa"/>
              <w:left w:w="70" w:type="dxa"/>
              <w:bottom w:w="55" w:type="dxa"/>
              <w:right w:w="70" w:type="dxa"/>
            </w:tcMar>
          </w:tcPr>
          <w:p w14:paraId="48DF36E2"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364952CC"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35FA240B" w14:textId="77777777" w:rsidR="00543BDC" w:rsidRDefault="00000000">
            <w:pPr>
              <w:spacing w:after="0" w:line="240" w:lineRule="auto"/>
            </w:pPr>
            <w:r>
              <w:rPr>
                <w:sz w:val="12"/>
              </w:rPr>
              <w:t>•Personelin kadrosunun bulunduğu Birimin üst yazısı •Personelin Dilekçesi •İzin talebine dayanak evrakı müsbite (Askerlik Belgesi, Doğum Belgesi, Görev Belgesi vb.)</w:t>
            </w:r>
          </w:p>
        </w:tc>
        <w:tc>
          <w:tcPr>
            <w:tcW w:w="850" w:type="dxa"/>
            <w:shd w:val="clear" w:color="auto" w:fill="F7F9FC"/>
            <w:tcMar>
              <w:top w:w="55" w:type="dxa"/>
              <w:left w:w="70" w:type="dxa"/>
              <w:bottom w:w="55" w:type="dxa"/>
              <w:right w:w="70" w:type="dxa"/>
            </w:tcMar>
          </w:tcPr>
          <w:p w14:paraId="58457BDB" w14:textId="77777777" w:rsidR="00543BDC" w:rsidRDefault="00000000">
            <w:pPr>
              <w:spacing w:after="0" w:line="240" w:lineRule="auto"/>
              <w:jc w:val="center"/>
            </w:pPr>
            <w:r>
              <w:rPr>
                <w:sz w:val="12"/>
              </w:rPr>
              <w:t>3 gün</w:t>
            </w:r>
          </w:p>
        </w:tc>
        <w:tc>
          <w:tcPr>
            <w:tcW w:w="850" w:type="dxa"/>
            <w:shd w:val="clear" w:color="auto" w:fill="F7F9FC"/>
            <w:tcMar>
              <w:top w:w="55" w:type="dxa"/>
              <w:left w:w="70" w:type="dxa"/>
              <w:bottom w:w="55" w:type="dxa"/>
              <w:right w:w="70" w:type="dxa"/>
            </w:tcMar>
          </w:tcPr>
          <w:p w14:paraId="7CAD73CC" w14:textId="77777777" w:rsidR="00543BDC" w:rsidRDefault="00000000">
            <w:pPr>
              <w:spacing w:after="0" w:line="240" w:lineRule="auto"/>
              <w:jc w:val="center"/>
            </w:pPr>
            <w:r>
              <w:rPr>
                <w:sz w:val="12"/>
              </w:rPr>
              <w:t>Evet</w:t>
            </w:r>
          </w:p>
        </w:tc>
      </w:tr>
      <w:tr w:rsidR="00543BDC" w14:paraId="40323715" w14:textId="77777777">
        <w:trPr>
          <w:jc w:val="center"/>
        </w:trPr>
        <w:tc>
          <w:tcPr>
            <w:tcW w:w="454" w:type="dxa"/>
            <w:tcMar>
              <w:top w:w="55" w:type="dxa"/>
              <w:left w:w="70" w:type="dxa"/>
              <w:bottom w:w="55" w:type="dxa"/>
              <w:right w:w="70" w:type="dxa"/>
            </w:tcMar>
          </w:tcPr>
          <w:p w14:paraId="2D060DF9" w14:textId="77777777" w:rsidR="00543BDC" w:rsidRDefault="00000000">
            <w:pPr>
              <w:spacing w:after="0" w:line="240" w:lineRule="auto"/>
              <w:jc w:val="center"/>
            </w:pPr>
            <w:r>
              <w:rPr>
                <w:b/>
                <w:sz w:val="12"/>
              </w:rPr>
              <w:t>11</w:t>
            </w:r>
          </w:p>
        </w:tc>
        <w:tc>
          <w:tcPr>
            <w:tcW w:w="1361" w:type="dxa"/>
            <w:tcMar>
              <w:top w:w="55" w:type="dxa"/>
              <w:left w:w="70" w:type="dxa"/>
              <w:bottom w:w="55" w:type="dxa"/>
              <w:right w:w="70" w:type="dxa"/>
            </w:tcMar>
          </w:tcPr>
          <w:p w14:paraId="5C52C433"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6E3DC1F3" w14:textId="77777777" w:rsidR="00543BDC" w:rsidRDefault="00000000">
            <w:pPr>
              <w:spacing w:after="0" w:line="240" w:lineRule="auto"/>
            </w:pPr>
            <w:r>
              <w:rPr>
                <w:sz w:val="12"/>
              </w:rPr>
              <w:t>Akademik/İdari Personelin Askerlik hizmetinin değerlendirilmesi</w:t>
            </w:r>
            <w:r>
              <w:rPr>
                <w:sz w:val="12"/>
              </w:rPr>
              <w:br/>
              <w:t>Akademik/İdari Personelin Askerlik hizmetinin değerlendirilmesi</w:t>
            </w:r>
          </w:p>
        </w:tc>
        <w:tc>
          <w:tcPr>
            <w:tcW w:w="2268" w:type="dxa"/>
            <w:tcMar>
              <w:top w:w="55" w:type="dxa"/>
              <w:left w:w="70" w:type="dxa"/>
              <w:bottom w:w="55" w:type="dxa"/>
              <w:right w:w="70" w:type="dxa"/>
            </w:tcMar>
          </w:tcPr>
          <w:p w14:paraId="524676EB" w14:textId="77777777" w:rsidR="00543BDC" w:rsidRDefault="00000000">
            <w:pPr>
              <w:spacing w:after="0" w:line="240" w:lineRule="auto"/>
            </w:pPr>
            <w:r>
              <w:rPr>
                <w:sz w:val="12"/>
              </w:rPr>
              <w:t>657 S.K. 83 ve 84. Maddeleri</w:t>
            </w:r>
          </w:p>
        </w:tc>
        <w:tc>
          <w:tcPr>
            <w:tcW w:w="1134" w:type="dxa"/>
            <w:tcMar>
              <w:top w:w="55" w:type="dxa"/>
              <w:left w:w="70" w:type="dxa"/>
              <w:bottom w:w="55" w:type="dxa"/>
              <w:right w:w="70" w:type="dxa"/>
            </w:tcMar>
          </w:tcPr>
          <w:p w14:paraId="744D0815"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4A3C115A"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7D72901E" w14:textId="77777777" w:rsidR="00543BDC" w:rsidRDefault="00000000">
            <w:pPr>
              <w:spacing w:after="0" w:line="240" w:lineRule="auto"/>
            </w:pPr>
            <w:r>
              <w:rPr>
                <w:sz w:val="12"/>
              </w:rPr>
              <w:t>•Personelin kadrosunun bulunduğu Birimin üst yazısı •Personelin görevli olduğu birime verdiği göreve başlama talebini içeren dilekçe •Personelin terhis belgesi</w:t>
            </w:r>
          </w:p>
        </w:tc>
        <w:tc>
          <w:tcPr>
            <w:tcW w:w="850" w:type="dxa"/>
            <w:tcMar>
              <w:top w:w="55" w:type="dxa"/>
              <w:left w:w="70" w:type="dxa"/>
              <w:bottom w:w="55" w:type="dxa"/>
              <w:right w:w="70" w:type="dxa"/>
            </w:tcMar>
          </w:tcPr>
          <w:p w14:paraId="2F0FDAB7"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0E46763A" w14:textId="77777777" w:rsidR="00543BDC" w:rsidRDefault="00000000">
            <w:pPr>
              <w:spacing w:after="0" w:line="240" w:lineRule="auto"/>
              <w:jc w:val="center"/>
            </w:pPr>
            <w:r>
              <w:rPr>
                <w:sz w:val="12"/>
              </w:rPr>
              <w:t>Evet</w:t>
            </w:r>
          </w:p>
        </w:tc>
      </w:tr>
      <w:tr w:rsidR="00543BDC" w14:paraId="0FE10810" w14:textId="77777777">
        <w:trPr>
          <w:jc w:val="center"/>
        </w:trPr>
        <w:tc>
          <w:tcPr>
            <w:tcW w:w="454" w:type="dxa"/>
            <w:shd w:val="clear" w:color="auto" w:fill="F7F9FC"/>
            <w:tcMar>
              <w:top w:w="55" w:type="dxa"/>
              <w:left w:w="70" w:type="dxa"/>
              <w:bottom w:w="55" w:type="dxa"/>
              <w:right w:w="70" w:type="dxa"/>
            </w:tcMar>
          </w:tcPr>
          <w:p w14:paraId="6177FA51" w14:textId="77777777" w:rsidR="00543BDC" w:rsidRDefault="00000000">
            <w:pPr>
              <w:spacing w:after="0" w:line="240" w:lineRule="auto"/>
              <w:jc w:val="center"/>
            </w:pPr>
            <w:r>
              <w:rPr>
                <w:b/>
                <w:sz w:val="12"/>
              </w:rPr>
              <w:t>12</w:t>
            </w:r>
          </w:p>
        </w:tc>
        <w:tc>
          <w:tcPr>
            <w:tcW w:w="1361" w:type="dxa"/>
            <w:shd w:val="clear" w:color="auto" w:fill="F7F9FC"/>
            <w:tcMar>
              <w:top w:w="55" w:type="dxa"/>
              <w:left w:w="70" w:type="dxa"/>
              <w:bottom w:w="55" w:type="dxa"/>
              <w:right w:w="70" w:type="dxa"/>
            </w:tcMar>
          </w:tcPr>
          <w:p w14:paraId="52CADF86"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4BEDF950" w14:textId="77777777" w:rsidR="00543BDC" w:rsidRDefault="00000000">
            <w:pPr>
              <w:spacing w:after="0" w:line="240" w:lineRule="auto"/>
            </w:pPr>
            <w:r>
              <w:rPr>
                <w:sz w:val="12"/>
              </w:rPr>
              <w:t>Akademik/İdari Personelin aylıksız Doğum İzni Değerlendirmesi</w:t>
            </w:r>
            <w:r>
              <w:rPr>
                <w:sz w:val="12"/>
              </w:rPr>
              <w:br/>
              <w:t>Aylıksız Doğum İzni Değerlendirmesi</w:t>
            </w:r>
          </w:p>
        </w:tc>
        <w:tc>
          <w:tcPr>
            <w:tcW w:w="2268" w:type="dxa"/>
            <w:shd w:val="clear" w:color="auto" w:fill="F7F9FC"/>
            <w:tcMar>
              <w:top w:w="55" w:type="dxa"/>
              <w:left w:w="70" w:type="dxa"/>
              <w:bottom w:w="55" w:type="dxa"/>
              <w:right w:w="70" w:type="dxa"/>
            </w:tcMar>
          </w:tcPr>
          <w:p w14:paraId="03823F8B" w14:textId="77777777" w:rsidR="00543BDC" w:rsidRDefault="00000000">
            <w:pPr>
              <w:spacing w:after="0" w:line="240" w:lineRule="auto"/>
            </w:pPr>
            <w:r>
              <w:rPr>
                <w:sz w:val="12"/>
              </w:rPr>
              <w:t>657 sayılı Devlet Memurları Kanununun 108. maddesi</w:t>
            </w:r>
          </w:p>
        </w:tc>
        <w:tc>
          <w:tcPr>
            <w:tcW w:w="1134" w:type="dxa"/>
            <w:shd w:val="clear" w:color="auto" w:fill="F7F9FC"/>
            <w:tcMar>
              <w:top w:w="55" w:type="dxa"/>
              <w:left w:w="70" w:type="dxa"/>
              <w:bottom w:w="55" w:type="dxa"/>
              <w:right w:w="70" w:type="dxa"/>
            </w:tcMar>
          </w:tcPr>
          <w:p w14:paraId="36CC63EE"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5A227049"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763A7DA7" w14:textId="77777777" w:rsidR="00543BDC" w:rsidRDefault="00000000">
            <w:pPr>
              <w:spacing w:after="0" w:line="240" w:lineRule="auto"/>
            </w:pPr>
            <w:r>
              <w:rPr>
                <w:sz w:val="12"/>
              </w:rPr>
              <w:t>•Personelin kadrosunun bulunduğu Birimin üst yazısı •Personelin görevli olduğu birime verdiği göreve başlama talebini içeren dilekçe</w:t>
            </w:r>
          </w:p>
        </w:tc>
        <w:tc>
          <w:tcPr>
            <w:tcW w:w="850" w:type="dxa"/>
            <w:shd w:val="clear" w:color="auto" w:fill="F7F9FC"/>
            <w:tcMar>
              <w:top w:w="55" w:type="dxa"/>
              <w:left w:w="70" w:type="dxa"/>
              <w:bottom w:w="55" w:type="dxa"/>
              <w:right w:w="70" w:type="dxa"/>
            </w:tcMar>
          </w:tcPr>
          <w:p w14:paraId="3CF36767"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60D2BE72" w14:textId="77777777" w:rsidR="00543BDC" w:rsidRDefault="00000000">
            <w:pPr>
              <w:spacing w:after="0" w:line="240" w:lineRule="auto"/>
              <w:jc w:val="center"/>
            </w:pPr>
            <w:r>
              <w:rPr>
                <w:sz w:val="12"/>
              </w:rPr>
              <w:t>Evet</w:t>
            </w:r>
          </w:p>
        </w:tc>
      </w:tr>
      <w:tr w:rsidR="00543BDC" w14:paraId="7792019B" w14:textId="77777777">
        <w:trPr>
          <w:jc w:val="center"/>
        </w:trPr>
        <w:tc>
          <w:tcPr>
            <w:tcW w:w="454" w:type="dxa"/>
            <w:tcMar>
              <w:top w:w="55" w:type="dxa"/>
              <w:left w:w="70" w:type="dxa"/>
              <w:bottom w:w="55" w:type="dxa"/>
              <w:right w:w="70" w:type="dxa"/>
            </w:tcMar>
          </w:tcPr>
          <w:p w14:paraId="46FF0FD3" w14:textId="77777777" w:rsidR="00543BDC" w:rsidRDefault="00000000">
            <w:pPr>
              <w:spacing w:after="0" w:line="240" w:lineRule="auto"/>
              <w:jc w:val="center"/>
            </w:pPr>
            <w:r>
              <w:rPr>
                <w:b/>
                <w:sz w:val="12"/>
              </w:rPr>
              <w:t>13</w:t>
            </w:r>
          </w:p>
        </w:tc>
        <w:tc>
          <w:tcPr>
            <w:tcW w:w="1361" w:type="dxa"/>
            <w:tcMar>
              <w:top w:w="55" w:type="dxa"/>
              <w:left w:w="70" w:type="dxa"/>
              <w:bottom w:w="55" w:type="dxa"/>
              <w:right w:w="70" w:type="dxa"/>
            </w:tcMar>
          </w:tcPr>
          <w:p w14:paraId="420EEC77"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519270C3" w14:textId="77777777" w:rsidR="00543BDC" w:rsidRDefault="00000000">
            <w:pPr>
              <w:spacing w:after="0" w:line="240" w:lineRule="auto"/>
            </w:pPr>
            <w:r>
              <w:rPr>
                <w:sz w:val="12"/>
              </w:rPr>
              <w:t>Bilirkişi Görevlendirme</w:t>
            </w:r>
            <w:r>
              <w:rPr>
                <w:sz w:val="12"/>
              </w:rPr>
              <w:br/>
              <w:t>Akademik ve İdari Personelin Bilirkişi Gör.</w:t>
            </w:r>
          </w:p>
        </w:tc>
        <w:tc>
          <w:tcPr>
            <w:tcW w:w="2268" w:type="dxa"/>
            <w:tcMar>
              <w:top w:w="55" w:type="dxa"/>
              <w:left w:w="70" w:type="dxa"/>
              <w:bottom w:w="55" w:type="dxa"/>
              <w:right w:w="70" w:type="dxa"/>
            </w:tcMar>
          </w:tcPr>
          <w:p w14:paraId="79FCD961" w14:textId="77777777" w:rsidR="00543BDC" w:rsidRDefault="00000000">
            <w:pPr>
              <w:spacing w:after="0" w:line="240" w:lineRule="auto"/>
            </w:pPr>
            <w:r>
              <w:rPr>
                <w:sz w:val="12"/>
              </w:rPr>
              <w:t>Bilirkişilik Yönetmeliği</w:t>
            </w:r>
          </w:p>
        </w:tc>
        <w:tc>
          <w:tcPr>
            <w:tcW w:w="1134" w:type="dxa"/>
            <w:tcMar>
              <w:top w:w="55" w:type="dxa"/>
              <w:left w:w="70" w:type="dxa"/>
              <w:bottom w:w="55" w:type="dxa"/>
              <w:right w:w="70" w:type="dxa"/>
            </w:tcMar>
          </w:tcPr>
          <w:p w14:paraId="742C57B2" w14:textId="77777777" w:rsidR="00543BDC" w:rsidRDefault="00000000">
            <w:pPr>
              <w:spacing w:after="0" w:line="240" w:lineRule="auto"/>
            </w:pPr>
            <w:r>
              <w:rPr>
                <w:sz w:val="12"/>
              </w:rPr>
              <w:t>Adalet Bakanlığı Akademik ve İdari Personel</w:t>
            </w:r>
          </w:p>
        </w:tc>
        <w:tc>
          <w:tcPr>
            <w:tcW w:w="1928" w:type="dxa"/>
            <w:tcMar>
              <w:top w:w="55" w:type="dxa"/>
              <w:left w:w="70" w:type="dxa"/>
              <w:bottom w:w="55" w:type="dxa"/>
              <w:right w:w="70" w:type="dxa"/>
            </w:tcMar>
          </w:tcPr>
          <w:p w14:paraId="642D326F"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34F4C662" w14:textId="77777777" w:rsidR="00543BDC" w:rsidRDefault="00000000">
            <w:pPr>
              <w:spacing w:after="0" w:line="240" w:lineRule="auto"/>
            </w:pPr>
            <w:r>
              <w:rPr>
                <w:sz w:val="12"/>
              </w:rPr>
              <w:t>Bilirkişi Teklifi</w:t>
            </w:r>
          </w:p>
        </w:tc>
        <w:tc>
          <w:tcPr>
            <w:tcW w:w="850" w:type="dxa"/>
            <w:tcMar>
              <w:top w:w="55" w:type="dxa"/>
              <w:left w:w="70" w:type="dxa"/>
              <w:bottom w:w="55" w:type="dxa"/>
              <w:right w:w="70" w:type="dxa"/>
            </w:tcMar>
          </w:tcPr>
          <w:p w14:paraId="2D6B7352"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0E33E2D7" w14:textId="77777777" w:rsidR="00543BDC" w:rsidRDefault="00000000">
            <w:pPr>
              <w:spacing w:after="0" w:line="240" w:lineRule="auto"/>
              <w:jc w:val="center"/>
            </w:pPr>
            <w:r>
              <w:rPr>
                <w:sz w:val="12"/>
              </w:rPr>
              <w:t>Evet</w:t>
            </w:r>
          </w:p>
        </w:tc>
      </w:tr>
      <w:tr w:rsidR="00543BDC" w14:paraId="458BAAAC" w14:textId="77777777">
        <w:trPr>
          <w:jc w:val="center"/>
        </w:trPr>
        <w:tc>
          <w:tcPr>
            <w:tcW w:w="454" w:type="dxa"/>
            <w:shd w:val="clear" w:color="auto" w:fill="F7F9FC"/>
            <w:tcMar>
              <w:top w:w="55" w:type="dxa"/>
              <w:left w:w="70" w:type="dxa"/>
              <w:bottom w:w="55" w:type="dxa"/>
              <w:right w:w="70" w:type="dxa"/>
            </w:tcMar>
          </w:tcPr>
          <w:p w14:paraId="37549DA8" w14:textId="77777777" w:rsidR="00543BDC" w:rsidRDefault="00000000">
            <w:pPr>
              <w:spacing w:after="0" w:line="240" w:lineRule="auto"/>
              <w:jc w:val="center"/>
            </w:pPr>
            <w:r>
              <w:rPr>
                <w:b/>
                <w:sz w:val="12"/>
              </w:rPr>
              <w:t>14</w:t>
            </w:r>
          </w:p>
        </w:tc>
        <w:tc>
          <w:tcPr>
            <w:tcW w:w="1361" w:type="dxa"/>
            <w:shd w:val="clear" w:color="auto" w:fill="F7F9FC"/>
            <w:tcMar>
              <w:top w:w="55" w:type="dxa"/>
              <w:left w:w="70" w:type="dxa"/>
              <w:bottom w:w="55" w:type="dxa"/>
              <w:right w:w="70" w:type="dxa"/>
            </w:tcMar>
          </w:tcPr>
          <w:p w14:paraId="443103BB"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276904A3" w14:textId="77777777" w:rsidR="00543BDC" w:rsidRDefault="00000000">
            <w:pPr>
              <w:spacing w:after="0" w:line="240" w:lineRule="auto"/>
            </w:pPr>
            <w:r>
              <w:rPr>
                <w:sz w:val="12"/>
              </w:rPr>
              <w:t>Kadrosu Sağlık Bakanlıında kalan personelin Uzmanlık Eğitimi Görevlendirme-Ayrılış İşlemleri</w:t>
            </w:r>
            <w:r>
              <w:rPr>
                <w:sz w:val="12"/>
              </w:rPr>
              <w:br/>
              <w:t>Tıpta veya Diş Hekimliğinde Uzmanlık Öğrencileri</w:t>
            </w:r>
          </w:p>
        </w:tc>
        <w:tc>
          <w:tcPr>
            <w:tcW w:w="2268" w:type="dxa"/>
            <w:shd w:val="clear" w:color="auto" w:fill="F7F9FC"/>
            <w:tcMar>
              <w:top w:w="55" w:type="dxa"/>
              <w:left w:w="70" w:type="dxa"/>
              <w:bottom w:w="55" w:type="dxa"/>
              <w:right w:w="70" w:type="dxa"/>
            </w:tcMar>
          </w:tcPr>
          <w:p w14:paraId="02E3A3AE" w14:textId="77777777" w:rsidR="00543BDC" w:rsidRDefault="00000000">
            <w:pPr>
              <w:spacing w:after="0" w:line="240" w:lineRule="auto"/>
            </w:pPr>
            <w:r>
              <w:rPr>
                <w:sz w:val="12"/>
              </w:rPr>
              <w:t>Tıpta Ve Diş Hekimliğinde Uzmanlık Eğitimi Yönetmeliği</w:t>
            </w:r>
          </w:p>
        </w:tc>
        <w:tc>
          <w:tcPr>
            <w:tcW w:w="1134" w:type="dxa"/>
            <w:shd w:val="clear" w:color="auto" w:fill="F7F9FC"/>
            <w:tcMar>
              <w:top w:w="55" w:type="dxa"/>
              <w:left w:w="70" w:type="dxa"/>
              <w:bottom w:w="55" w:type="dxa"/>
              <w:right w:w="70" w:type="dxa"/>
            </w:tcMar>
          </w:tcPr>
          <w:p w14:paraId="720B021B" w14:textId="77777777" w:rsidR="00543BDC" w:rsidRDefault="00000000">
            <w:pPr>
              <w:spacing w:after="0" w:line="240" w:lineRule="auto"/>
            </w:pPr>
            <w:r>
              <w:rPr>
                <w:sz w:val="12"/>
              </w:rPr>
              <w:t>Tıpta Uzmanlık Öğrencileri</w:t>
            </w:r>
          </w:p>
        </w:tc>
        <w:tc>
          <w:tcPr>
            <w:tcW w:w="1928" w:type="dxa"/>
            <w:shd w:val="clear" w:color="auto" w:fill="F7F9FC"/>
            <w:tcMar>
              <w:top w:w="55" w:type="dxa"/>
              <w:left w:w="70" w:type="dxa"/>
              <w:bottom w:w="55" w:type="dxa"/>
              <w:right w:w="70" w:type="dxa"/>
            </w:tcMar>
          </w:tcPr>
          <w:p w14:paraId="2B5CB2FC"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1E4B2A9E" w14:textId="77777777" w:rsidR="00543BDC" w:rsidRDefault="00000000">
            <w:pPr>
              <w:spacing w:after="0" w:line="240" w:lineRule="auto"/>
            </w:pPr>
            <w:r>
              <w:rPr>
                <w:sz w:val="12"/>
              </w:rPr>
              <w:t>•Görevlendirme Onayı •Birimlere yazılan üst yazı •Sağlık Bakanlığı ve İl sağlık Müdürlüklerine yazılan bilgilendirme yazıları</w:t>
            </w:r>
          </w:p>
        </w:tc>
        <w:tc>
          <w:tcPr>
            <w:tcW w:w="850" w:type="dxa"/>
            <w:shd w:val="clear" w:color="auto" w:fill="F7F9FC"/>
            <w:tcMar>
              <w:top w:w="55" w:type="dxa"/>
              <w:left w:w="70" w:type="dxa"/>
              <w:bottom w:w="55" w:type="dxa"/>
              <w:right w:w="70" w:type="dxa"/>
            </w:tcMar>
          </w:tcPr>
          <w:p w14:paraId="44AEA44C"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7AE1DA96" w14:textId="77777777" w:rsidR="00543BDC" w:rsidRDefault="00000000">
            <w:pPr>
              <w:spacing w:after="0" w:line="240" w:lineRule="auto"/>
              <w:jc w:val="center"/>
            </w:pPr>
            <w:r>
              <w:rPr>
                <w:sz w:val="12"/>
              </w:rPr>
              <w:t>Evet</w:t>
            </w:r>
          </w:p>
        </w:tc>
      </w:tr>
      <w:tr w:rsidR="00543BDC" w14:paraId="1D1FB2AE" w14:textId="77777777">
        <w:trPr>
          <w:jc w:val="center"/>
        </w:trPr>
        <w:tc>
          <w:tcPr>
            <w:tcW w:w="454" w:type="dxa"/>
            <w:tcMar>
              <w:top w:w="55" w:type="dxa"/>
              <w:left w:w="70" w:type="dxa"/>
              <w:bottom w:w="55" w:type="dxa"/>
              <w:right w:w="70" w:type="dxa"/>
            </w:tcMar>
          </w:tcPr>
          <w:p w14:paraId="1A1F5DD5" w14:textId="77777777" w:rsidR="00543BDC" w:rsidRDefault="00000000">
            <w:pPr>
              <w:spacing w:after="0" w:line="240" w:lineRule="auto"/>
              <w:jc w:val="center"/>
            </w:pPr>
            <w:r>
              <w:rPr>
                <w:b/>
                <w:sz w:val="12"/>
              </w:rPr>
              <w:lastRenderedPageBreak/>
              <w:t>15</w:t>
            </w:r>
          </w:p>
        </w:tc>
        <w:tc>
          <w:tcPr>
            <w:tcW w:w="1361" w:type="dxa"/>
            <w:tcMar>
              <w:top w:w="55" w:type="dxa"/>
              <w:left w:w="70" w:type="dxa"/>
              <w:bottom w:w="55" w:type="dxa"/>
              <w:right w:w="70" w:type="dxa"/>
            </w:tcMar>
          </w:tcPr>
          <w:p w14:paraId="405F6396"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267C359B" w14:textId="77777777" w:rsidR="00543BDC" w:rsidRDefault="00000000">
            <w:pPr>
              <w:spacing w:after="0" w:line="240" w:lineRule="auto"/>
            </w:pPr>
            <w:r>
              <w:rPr>
                <w:sz w:val="12"/>
              </w:rPr>
              <w:t>Sicil Dosyası Gönderme/Teslim Alma</w:t>
            </w:r>
            <w:r>
              <w:rPr>
                <w:sz w:val="12"/>
              </w:rPr>
              <w:br/>
              <w:t>Akademik Personelin Ayrılış ve Atanması Sonrası Sicil Dosyası İşlemleri</w:t>
            </w:r>
          </w:p>
        </w:tc>
        <w:tc>
          <w:tcPr>
            <w:tcW w:w="2268" w:type="dxa"/>
            <w:tcMar>
              <w:top w:w="55" w:type="dxa"/>
              <w:left w:w="70" w:type="dxa"/>
              <w:bottom w:w="55" w:type="dxa"/>
              <w:right w:w="70" w:type="dxa"/>
            </w:tcMar>
          </w:tcPr>
          <w:p w14:paraId="0621330F" w14:textId="77777777" w:rsidR="00543BDC" w:rsidRDefault="00000000">
            <w:pPr>
              <w:spacing w:after="0" w:line="240" w:lineRule="auto"/>
            </w:pPr>
            <w:r>
              <w:rPr>
                <w:sz w:val="12"/>
              </w:rPr>
              <w:t>Devlet Memurları Sicil Yönetmeliği</w:t>
            </w:r>
          </w:p>
        </w:tc>
        <w:tc>
          <w:tcPr>
            <w:tcW w:w="1134" w:type="dxa"/>
            <w:tcMar>
              <w:top w:w="55" w:type="dxa"/>
              <w:left w:w="70" w:type="dxa"/>
              <w:bottom w:w="55" w:type="dxa"/>
              <w:right w:w="70" w:type="dxa"/>
            </w:tcMar>
          </w:tcPr>
          <w:p w14:paraId="42B07F52"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08114176"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19090916" w14:textId="77777777" w:rsidR="00543BDC" w:rsidRDefault="00000000">
            <w:pPr>
              <w:spacing w:after="0" w:line="240" w:lineRule="auto"/>
            </w:pPr>
            <w:r>
              <w:rPr>
                <w:sz w:val="12"/>
              </w:rPr>
              <w:t>•Sicil Dosyası •Kurumlarla yapılan dosya gönderme yazışmaları</w:t>
            </w:r>
          </w:p>
        </w:tc>
        <w:tc>
          <w:tcPr>
            <w:tcW w:w="850" w:type="dxa"/>
            <w:tcMar>
              <w:top w:w="55" w:type="dxa"/>
              <w:left w:w="70" w:type="dxa"/>
              <w:bottom w:w="55" w:type="dxa"/>
              <w:right w:w="70" w:type="dxa"/>
            </w:tcMar>
          </w:tcPr>
          <w:p w14:paraId="0AAE53D5"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5CD2C6C1" w14:textId="77777777" w:rsidR="00543BDC" w:rsidRDefault="00000000">
            <w:pPr>
              <w:spacing w:after="0" w:line="240" w:lineRule="auto"/>
              <w:jc w:val="center"/>
            </w:pPr>
            <w:r>
              <w:rPr>
                <w:sz w:val="12"/>
              </w:rPr>
              <w:t>Hayır</w:t>
            </w:r>
          </w:p>
        </w:tc>
      </w:tr>
      <w:tr w:rsidR="00543BDC" w14:paraId="10EBCCE3" w14:textId="77777777">
        <w:trPr>
          <w:jc w:val="center"/>
        </w:trPr>
        <w:tc>
          <w:tcPr>
            <w:tcW w:w="454" w:type="dxa"/>
            <w:shd w:val="clear" w:color="auto" w:fill="F7F9FC"/>
            <w:tcMar>
              <w:top w:w="55" w:type="dxa"/>
              <w:left w:w="70" w:type="dxa"/>
              <w:bottom w:w="55" w:type="dxa"/>
              <w:right w:w="70" w:type="dxa"/>
            </w:tcMar>
          </w:tcPr>
          <w:p w14:paraId="64168B82" w14:textId="77777777" w:rsidR="00543BDC" w:rsidRDefault="00000000">
            <w:pPr>
              <w:spacing w:after="0" w:line="240" w:lineRule="auto"/>
              <w:jc w:val="center"/>
            </w:pPr>
            <w:r>
              <w:rPr>
                <w:b/>
                <w:sz w:val="12"/>
              </w:rPr>
              <w:t>16</w:t>
            </w:r>
          </w:p>
        </w:tc>
        <w:tc>
          <w:tcPr>
            <w:tcW w:w="1361" w:type="dxa"/>
            <w:shd w:val="clear" w:color="auto" w:fill="F7F9FC"/>
            <w:tcMar>
              <w:top w:w="55" w:type="dxa"/>
              <w:left w:w="70" w:type="dxa"/>
              <w:bottom w:w="55" w:type="dxa"/>
              <w:right w:w="70" w:type="dxa"/>
            </w:tcMar>
          </w:tcPr>
          <w:p w14:paraId="4FF2F34F"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366D0BEB" w14:textId="77777777" w:rsidR="00543BDC" w:rsidRDefault="00000000">
            <w:pPr>
              <w:spacing w:after="0" w:line="240" w:lineRule="auto"/>
            </w:pPr>
            <w:r>
              <w:rPr>
                <w:sz w:val="12"/>
              </w:rPr>
              <w:t>Akademik/İdari Personelin İstifaen ayrılma işlemleri</w:t>
            </w:r>
            <w:r>
              <w:rPr>
                <w:sz w:val="12"/>
              </w:rPr>
              <w:br/>
              <w:t>Akademik/İdari Personelin İstifaen ayrılma işlemleri</w:t>
            </w:r>
          </w:p>
        </w:tc>
        <w:tc>
          <w:tcPr>
            <w:tcW w:w="2268" w:type="dxa"/>
            <w:shd w:val="clear" w:color="auto" w:fill="F7F9FC"/>
            <w:tcMar>
              <w:top w:w="55" w:type="dxa"/>
              <w:left w:w="70" w:type="dxa"/>
              <w:bottom w:w="55" w:type="dxa"/>
              <w:right w:w="70" w:type="dxa"/>
            </w:tcMar>
          </w:tcPr>
          <w:p w14:paraId="106F17A2" w14:textId="77777777" w:rsidR="00543BDC" w:rsidRDefault="00000000">
            <w:pPr>
              <w:spacing w:after="0" w:line="240" w:lineRule="auto"/>
            </w:pPr>
            <w:r>
              <w:rPr>
                <w:sz w:val="12"/>
              </w:rPr>
              <w:t>2547 ve 657 S.K.</w:t>
            </w:r>
          </w:p>
        </w:tc>
        <w:tc>
          <w:tcPr>
            <w:tcW w:w="1134" w:type="dxa"/>
            <w:shd w:val="clear" w:color="auto" w:fill="F7F9FC"/>
            <w:tcMar>
              <w:top w:w="55" w:type="dxa"/>
              <w:left w:w="70" w:type="dxa"/>
              <w:bottom w:w="55" w:type="dxa"/>
              <w:right w:w="70" w:type="dxa"/>
            </w:tcMar>
          </w:tcPr>
          <w:p w14:paraId="10EA4C7D"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07851874"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1807C0BB" w14:textId="77777777" w:rsidR="00543BDC" w:rsidRDefault="00000000">
            <w:pPr>
              <w:spacing w:after="0" w:line="240" w:lineRule="auto"/>
            </w:pPr>
            <w:r>
              <w:rPr>
                <w:sz w:val="12"/>
              </w:rPr>
              <w:t>•Birim üst yazısı •Mal Bildirimi •İlişik Kesme Belgesi •İstifa dilekçesi</w:t>
            </w:r>
          </w:p>
        </w:tc>
        <w:tc>
          <w:tcPr>
            <w:tcW w:w="850" w:type="dxa"/>
            <w:shd w:val="clear" w:color="auto" w:fill="F7F9FC"/>
            <w:tcMar>
              <w:top w:w="55" w:type="dxa"/>
              <w:left w:w="70" w:type="dxa"/>
              <w:bottom w:w="55" w:type="dxa"/>
              <w:right w:w="70" w:type="dxa"/>
            </w:tcMar>
          </w:tcPr>
          <w:p w14:paraId="7C798E50"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5E557EBC" w14:textId="77777777" w:rsidR="00543BDC" w:rsidRDefault="00000000">
            <w:pPr>
              <w:spacing w:after="0" w:line="240" w:lineRule="auto"/>
              <w:jc w:val="center"/>
            </w:pPr>
            <w:r>
              <w:rPr>
                <w:sz w:val="12"/>
              </w:rPr>
              <w:t>Evet</w:t>
            </w:r>
          </w:p>
        </w:tc>
      </w:tr>
      <w:tr w:rsidR="00543BDC" w14:paraId="2DA78C4F" w14:textId="77777777">
        <w:trPr>
          <w:jc w:val="center"/>
        </w:trPr>
        <w:tc>
          <w:tcPr>
            <w:tcW w:w="454" w:type="dxa"/>
            <w:tcMar>
              <w:top w:w="55" w:type="dxa"/>
              <w:left w:w="70" w:type="dxa"/>
              <w:bottom w:w="55" w:type="dxa"/>
              <w:right w:w="70" w:type="dxa"/>
            </w:tcMar>
          </w:tcPr>
          <w:p w14:paraId="411FEB18" w14:textId="77777777" w:rsidR="00543BDC" w:rsidRDefault="00000000">
            <w:pPr>
              <w:spacing w:after="0" w:line="240" w:lineRule="auto"/>
              <w:jc w:val="center"/>
            </w:pPr>
            <w:r>
              <w:rPr>
                <w:b/>
                <w:sz w:val="12"/>
              </w:rPr>
              <w:t>17</w:t>
            </w:r>
          </w:p>
        </w:tc>
        <w:tc>
          <w:tcPr>
            <w:tcW w:w="1361" w:type="dxa"/>
            <w:tcMar>
              <w:top w:w="55" w:type="dxa"/>
              <w:left w:w="70" w:type="dxa"/>
              <w:bottom w:w="55" w:type="dxa"/>
              <w:right w:w="70" w:type="dxa"/>
            </w:tcMar>
          </w:tcPr>
          <w:p w14:paraId="008ACE44"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6817B24F" w14:textId="77777777" w:rsidR="00543BDC" w:rsidRDefault="00000000">
            <w:pPr>
              <w:spacing w:after="0" w:line="240" w:lineRule="auto"/>
            </w:pPr>
            <w:r>
              <w:rPr>
                <w:sz w:val="12"/>
              </w:rPr>
              <w:t>Akademik/İdari Personelin naklen ayrılma işlemleri</w:t>
            </w:r>
            <w:r>
              <w:rPr>
                <w:sz w:val="12"/>
              </w:rPr>
              <w:br/>
              <w:t>Akademik/İdari Personelin naklen ayrılma işlemleri</w:t>
            </w:r>
          </w:p>
        </w:tc>
        <w:tc>
          <w:tcPr>
            <w:tcW w:w="2268" w:type="dxa"/>
            <w:tcMar>
              <w:top w:w="55" w:type="dxa"/>
              <w:left w:w="70" w:type="dxa"/>
              <w:bottom w:w="55" w:type="dxa"/>
              <w:right w:w="70" w:type="dxa"/>
            </w:tcMar>
          </w:tcPr>
          <w:p w14:paraId="702075F6" w14:textId="77777777" w:rsidR="00543BDC" w:rsidRDefault="00000000">
            <w:pPr>
              <w:spacing w:after="0" w:line="240" w:lineRule="auto"/>
            </w:pPr>
            <w:r>
              <w:rPr>
                <w:sz w:val="12"/>
              </w:rPr>
              <w:t>2547 ve 657 S.K.</w:t>
            </w:r>
          </w:p>
        </w:tc>
        <w:tc>
          <w:tcPr>
            <w:tcW w:w="1134" w:type="dxa"/>
            <w:tcMar>
              <w:top w:w="55" w:type="dxa"/>
              <w:left w:w="70" w:type="dxa"/>
              <w:bottom w:w="55" w:type="dxa"/>
              <w:right w:w="70" w:type="dxa"/>
            </w:tcMar>
          </w:tcPr>
          <w:p w14:paraId="285A4DF0"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2B6CB57F" w14:textId="77777777" w:rsidR="00543BDC" w:rsidRDefault="00000000">
            <w:pPr>
              <w:spacing w:after="0" w:line="240" w:lineRule="auto"/>
            </w:pPr>
            <w:r>
              <w:rPr>
                <w:sz w:val="12"/>
              </w:rPr>
              <w:t>Akademik Özlük İşlemleri</w:t>
            </w:r>
          </w:p>
        </w:tc>
        <w:tc>
          <w:tcPr>
            <w:tcW w:w="3061" w:type="dxa"/>
            <w:tcMar>
              <w:top w:w="55" w:type="dxa"/>
              <w:left w:w="70" w:type="dxa"/>
              <w:bottom w:w="55" w:type="dxa"/>
              <w:right w:w="70" w:type="dxa"/>
            </w:tcMar>
          </w:tcPr>
          <w:p w14:paraId="047BA3A7" w14:textId="77777777" w:rsidR="00543BDC" w:rsidRDefault="00000000">
            <w:pPr>
              <w:spacing w:after="0" w:line="240" w:lineRule="auto"/>
            </w:pPr>
            <w:r>
              <w:rPr>
                <w:sz w:val="12"/>
              </w:rPr>
              <w:t>•Birim üst yazısı •Mal Bildirimi •İlişik Kesme Belgesi •Personel Nakil Bildirimi •Naklen gidilen Kuruma hitaben yazılan üst yazı</w:t>
            </w:r>
          </w:p>
        </w:tc>
        <w:tc>
          <w:tcPr>
            <w:tcW w:w="850" w:type="dxa"/>
            <w:tcMar>
              <w:top w:w="55" w:type="dxa"/>
              <w:left w:w="70" w:type="dxa"/>
              <w:bottom w:w="55" w:type="dxa"/>
              <w:right w:w="70" w:type="dxa"/>
            </w:tcMar>
          </w:tcPr>
          <w:p w14:paraId="16420155"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7D39CE2D" w14:textId="77777777" w:rsidR="00543BDC" w:rsidRDefault="00000000">
            <w:pPr>
              <w:spacing w:after="0" w:line="240" w:lineRule="auto"/>
              <w:jc w:val="center"/>
            </w:pPr>
            <w:r>
              <w:rPr>
                <w:sz w:val="12"/>
              </w:rPr>
              <w:t>Evet</w:t>
            </w:r>
          </w:p>
        </w:tc>
      </w:tr>
      <w:tr w:rsidR="00543BDC" w14:paraId="72E49D77" w14:textId="77777777">
        <w:trPr>
          <w:jc w:val="center"/>
        </w:trPr>
        <w:tc>
          <w:tcPr>
            <w:tcW w:w="454" w:type="dxa"/>
            <w:shd w:val="clear" w:color="auto" w:fill="F7F9FC"/>
            <w:tcMar>
              <w:top w:w="55" w:type="dxa"/>
              <w:left w:w="70" w:type="dxa"/>
              <w:bottom w:w="55" w:type="dxa"/>
              <w:right w:w="70" w:type="dxa"/>
            </w:tcMar>
          </w:tcPr>
          <w:p w14:paraId="0FBE8533" w14:textId="77777777" w:rsidR="00543BDC" w:rsidRDefault="00000000">
            <w:pPr>
              <w:spacing w:after="0" w:line="240" w:lineRule="auto"/>
              <w:jc w:val="center"/>
            </w:pPr>
            <w:r>
              <w:rPr>
                <w:b/>
                <w:sz w:val="12"/>
              </w:rPr>
              <w:t>18</w:t>
            </w:r>
          </w:p>
        </w:tc>
        <w:tc>
          <w:tcPr>
            <w:tcW w:w="1361" w:type="dxa"/>
            <w:shd w:val="clear" w:color="auto" w:fill="F7F9FC"/>
            <w:tcMar>
              <w:top w:w="55" w:type="dxa"/>
              <w:left w:w="70" w:type="dxa"/>
              <w:bottom w:w="55" w:type="dxa"/>
              <w:right w:w="70" w:type="dxa"/>
            </w:tcMar>
          </w:tcPr>
          <w:p w14:paraId="1B08A87B"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36343DF1" w14:textId="77777777" w:rsidR="00543BDC" w:rsidRDefault="00000000">
            <w:pPr>
              <w:spacing w:after="0" w:line="240" w:lineRule="auto"/>
            </w:pPr>
            <w:r>
              <w:rPr>
                <w:sz w:val="12"/>
              </w:rPr>
              <w:t>Akademik Personelin Görev Süresinin sona erdirilmesi işlemleri</w:t>
            </w:r>
            <w:r>
              <w:rPr>
                <w:sz w:val="12"/>
              </w:rPr>
              <w:br/>
              <w:t>Akademik Personelin Görev Süresinin sona erdirilmesi işlemleri</w:t>
            </w:r>
          </w:p>
        </w:tc>
        <w:tc>
          <w:tcPr>
            <w:tcW w:w="2268" w:type="dxa"/>
            <w:shd w:val="clear" w:color="auto" w:fill="F7F9FC"/>
            <w:tcMar>
              <w:top w:w="55" w:type="dxa"/>
              <w:left w:w="70" w:type="dxa"/>
              <w:bottom w:w="55" w:type="dxa"/>
              <w:right w:w="70" w:type="dxa"/>
            </w:tcMar>
          </w:tcPr>
          <w:p w14:paraId="0D39166E" w14:textId="77777777" w:rsidR="00543BDC" w:rsidRDefault="00000000">
            <w:pPr>
              <w:spacing w:after="0" w:line="240" w:lineRule="auto"/>
            </w:pPr>
            <w:r>
              <w:rPr>
                <w:sz w:val="12"/>
              </w:rPr>
              <w:t>2547 S.K.</w:t>
            </w:r>
          </w:p>
        </w:tc>
        <w:tc>
          <w:tcPr>
            <w:tcW w:w="1134" w:type="dxa"/>
            <w:shd w:val="clear" w:color="auto" w:fill="F7F9FC"/>
            <w:tcMar>
              <w:top w:w="55" w:type="dxa"/>
              <w:left w:w="70" w:type="dxa"/>
              <w:bottom w:w="55" w:type="dxa"/>
              <w:right w:w="70" w:type="dxa"/>
            </w:tcMar>
          </w:tcPr>
          <w:p w14:paraId="621E1F33"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389FCBEF" w14:textId="77777777" w:rsidR="00543BDC" w:rsidRDefault="00000000">
            <w:pPr>
              <w:spacing w:after="0" w:line="240" w:lineRule="auto"/>
            </w:pPr>
            <w:r>
              <w:rPr>
                <w:sz w:val="12"/>
              </w:rPr>
              <w:t>Akademik Özlük İşlemleri</w:t>
            </w:r>
          </w:p>
        </w:tc>
        <w:tc>
          <w:tcPr>
            <w:tcW w:w="3061" w:type="dxa"/>
            <w:shd w:val="clear" w:color="auto" w:fill="F7F9FC"/>
            <w:tcMar>
              <w:top w:w="55" w:type="dxa"/>
              <w:left w:w="70" w:type="dxa"/>
              <w:bottom w:w="55" w:type="dxa"/>
              <w:right w:w="70" w:type="dxa"/>
            </w:tcMar>
          </w:tcPr>
          <w:p w14:paraId="655F5295" w14:textId="77777777" w:rsidR="00543BDC" w:rsidRDefault="00000000">
            <w:pPr>
              <w:spacing w:after="0" w:line="240" w:lineRule="auto"/>
            </w:pPr>
            <w:r>
              <w:rPr>
                <w:sz w:val="12"/>
              </w:rPr>
              <w:t>•Birim üst yazısı •Mal Bildirimi •İlişik Kesme Belgesi</w:t>
            </w:r>
          </w:p>
        </w:tc>
        <w:tc>
          <w:tcPr>
            <w:tcW w:w="850" w:type="dxa"/>
            <w:shd w:val="clear" w:color="auto" w:fill="F7F9FC"/>
            <w:tcMar>
              <w:top w:w="55" w:type="dxa"/>
              <w:left w:w="70" w:type="dxa"/>
              <w:bottom w:w="55" w:type="dxa"/>
              <w:right w:w="70" w:type="dxa"/>
            </w:tcMar>
          </w:tcPr>
          <w:p w14:paraId="14F01844"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59DF9F06" w14:textId="77777777" w:rsidR="00543BDC" w:rsidRDefault="00000000">
            <w:pPr>
              <w:spacing w:after="0" w:line="240" w:lineRule="auto"/>
              <w:jc w:val="center"/>
            </w:pPr>
            <w:r>
              <w:rPr>
                <w:sz w:val="12"/>
              </w:rPr>
              <w:t>Evet</w:t>
            </w:r>
          </w:p>
        </w:tc>
      </w:tr>
      <w:tr w:rsidR="00543BDC" w14:paraId="68DD67DA" w14:textId="77777777">
        <w:trPr>
          <w:jc w:val="center"/>
        </w:trPr>
        <w:tc>
          <w:tcPr>
            <w:tcW w:w="454" w:type="dxa"/>
            <w:tcMar>
              <w:top w:w="55" w:type="dxa"/>
              <w:left w:w="70" w:type="dxa"/>
              <w:bottom w:w="55" w:type="dxa"/>
              <w:right w:w="70" w:type="dxa"/>
            </w:tcMar>
          </w:tcPr>
          <w:p w14:paraId="4779DAD6" w14:textId="77777777" w:rsidR="00543BDC" w:rsidRDefault="00000000">
            <w:pPr>
              <w:spacing w:after="0" w:line="240" w:lineRule="auto"/>
              <w:jc w:val="center"/>
            </w:pPr>
            <w:r>
              <w:rPr>
                <w:b/>
                <w:sz w:val="12"/>
              </w:rPr>
              <w:t>19</w:t>
            </w:r>
          </w:p>
        </w:tc>
        <w:tc>
          <w:tcPr>
            <w:tcW w:w="1361" w:type="dxa"/>
            <w:tcMar>
              <w:top w:w="55" w:type="dxa"/>
              <w:left w:w="70" w:type="dxa"/>
              <w:bottom w:w="55" w:type="dxa"/>
              <w:right w:w="70" w:type="dxa"/>
            </w:tcMar>
          </w:tcPr>
          <w:p w14:paraId="28CD2048"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605C2A25" w14:textId="77777777" w:rsidR="00543BDC" w:rsidRDefault="00000000">
            <w:pPr>
              <w:spacing w:after="0" w:line="240" w:lineRule="auto"/>
            </w:pPr>
            <w:r>
              <w:rPr>
                <w:sz w:val="12"/>
              </w:rPr>
              <w:t>Öğretim elemanı kadrolarına yeniden atama işlemleri</w:t>
            </w:r>
            <w:r>
              <w:rPr>
                <w:sz w:val="12"/>
              </w:rPr>
              <w:br/>
              <w:t>Öğretim elemanı kadrolarına yeniden atama işlemleri</w:t>
            </w:r>
          </w:p>
        </w:tc>
        <w:tc>
          <w:tcPr>
            <w:tcW w:w="2268" w:type="dxa"/>
            <w:tcMar>
              <w:top w:w="55" w:type="dxa"/>
              <w:left w:w="70" w:type="dxa"/>
              <w:bottom w:w="55" w:type="dxa"/>
              <w:right w:w="70" w:type="dxa"/>
            </w:tcMar>
          </w:tcPr>
          <w:p w14:paraId="4AC9ABED" w14:textId="77777777" w:rsidR="00543BDC" w:rsidRDefault="00000000">
            <w:pPr>
              <w:spacing w:after="0" w:line="240" w:lineRule="auto"/>
            </w:pPr>
            <w:r>
              <w:rPr>
                <w:sz w:val="12"/>
              </w:rPr>
              <w:t>2547 S.K.</w:t>
            </w:r>
          </w:p>
        </w:tc>
        <w:tc>
          <w:tcPr>
            <w:tcW w:w="1134" w:type="dxa"/>
            <w:tcMar>
              <w:top w:w="55" w:type="dxa"/>
              <w:left w:w="70" w:type="dxa"/>
              <w:bottom w:w="55" w:type="dxa"/>
              <w:right w:w="70" w:type="dxa"/>
            </w:tcMar>
          </w:tcPr>
          <w:p w14:paraId="35D57ED0"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5A6EB1A0"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3A12C93" w14:textId="77777777" w:rsidR="00543BDC" w:rsidRDefault="00000000">
            <w:pPr>
              <w:spacing w:after="0" w:line="240" w:lineRule="auto"/>
            </w:pPr>
            <w:r>
              <w:rPr>
                <w:sz w:val="12"/>
              </w:rPr>
              <w:t>•Birim tarafından hazırlanan onay formu •Rektörlük personeli için Üniversite Yönetim Kurulu Kararı •Birim Yönetim Kurulu Kararı •Akademik Değerlendirme ve Puanalama Formu •Korsan Yayın yapılmadığına dair beyanname</w:t>
            </w:r>
          </w:p>
        </w:tc>
        <w:tc>
          <w:tcPr>
            <w:tcW w:w="850" w:type="dxa"/>
            <w:tcMar>
              <w:top w:w="55" w:type="dxa"/>
              <w:left w:w="70" w:type="dxa"/>
              <w:bottom w:w="55" w:type="dxa"/>
              <w:right w:w="70" w:type="dxa"/>
            </w:tcMar>
          </w:tcPr>
          <w:p w14:paraId="3938015C"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3498E6DC" w14:textId="77777777" w:rsidR="00543BDC" w:rsidRDefault="00000000">
            <w:pPr>
              <w:spacing w:after="0" w:line="240" w:lineRule="auto"/>
              <w:jc w:val="center"/>
            </w:pPr>
            <w:r>
              <w:rPr>
                <w:sz w:val="12"/>
              </w:rPr>
              <w:t>Evet</w:t>
            </w:r>
          </w:p>
        </w:tc>
      </w:tr>
      <w:tr w:rsidR="00543BDC" w14:paraId="4BC7377B" w14:textId="77777777">
        <w:trPr>
          <w:jc w:val="center"/>
        </w:trPr>
        <w:tc>
          <w:tcPr>
            <w:tcW w:w="454" w:type="dxa"/>
            <w:shd w:val="clear" w:color="auto" w:fill="F7F9FC"/>
            <w:tcMar>
              <w:top w:w="55" w:type="dxa"/>
              <w:left w:w="70" w:type="dxa"/>
              <w:bottom w:w="55" w:type="dxa"/>
              <w:right w:w="70" w:type="dxa"/>
            </w:tcMar>
          </w:tcPr>
          <w:p w14:paraId="10E5FF8C" w14:textId="77777777" w:rsidR="00543BDC" w:rsidRDefault="00000000">
            <w:pPr>
              <w:spacing w:after="0" w:line="240" w:lineRule="auto"/>
              <w:jc w:val="center"/>
            </w:pPr>
            <w:r>
              <w:rPr>
                <w:b/>
                <w:sz w:val="12"/>
              </w:rPr>
              <w:t>20</w:t>
            </w:r>
          </w:p>
        </w:tc>
        <w:tc>
          <w:tcPr>
            <w:tcW w:w="1361" w:type="dxa"/>
            <w:shd w:val="clear" w:color="auto" w:fill="F7F9FC"/>
            <w:tcMar>
              <w:top w:w="55" w:type="dxa"/>
              <w:left w:w="70" w:type="dxa"/>
              <w:bottom w:w="55" w:type="dxa"/>
              <w:right w:w="70" w:type="dxa"/>
            </w:tcMar>
          </w:tcPr>
          <w:p w14:paraId="6289602B"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4B3B484F" w14:textId="77777777" w:rsidR="00543BDC" w:rsidRDefault="00000000">
            <w:pPr>
              <w:spacing w:after="0" w:line="240" w:lineRule="auto"/>
            </w:pPr>
            <w:r>
              <w:rPr>
                <w:sz w:val="12"/>
              </w:rPr>
              <w:t>2547 sayılı kanunun 35. Maddesi uyarınca atama</w:t>
            </w:r>
            <w:r>
              <w:rPr>
                <w:sz w:val="12"/>
              </w:rPr>
              <w:br/>
              <w:t>2547 sayılı kanunun 35. Maddesi uyarınca atama</w:t>
            </w:r>
          </w:p>
        </w:tc>
        <w:tc>
          <w:tcPr>
            <w:tcW w:w="2268" w:type="dxa"/>
            <w:shd w:val="clear" w:color="auto" w:fill="F7F9FC"/>
            <w:tcMar>
              <w:top w:w="55" w:type="dxa"/>
              <w:left w:w="70" w:type="dxa"/>
              <w:bottom w:w="55" w:type="dxa"/>
              <w:right w:w="70" w:type="dxa"/>
            </w:tcMar>
          </w:tcPr>
          <w:p w14:paraId="3C51CDC0" w14:textId="77777777" w:rsidR="00543BDC" w:rsidRDefault="00000000">
            <w:pPr>
              <w:spacing w:after="0" w:line="240" w:lineRule="auto"/>
            </w:pPr>
            <w:r>
              <w:rPr>
                <w:sz w:val="12"/>
              </w:rPr>
              <w:t>2547 S.K. 35. Maddesi</w:t>
            </w:r>
          </w:p>
        </w:tc>
        <w:tc>
          <w:tcPr>
            <w:tcW w:w="1134" w:type="dxa"/>
            <w:shd w:val="clear" w:color="auto" w:fill="F7F9FC"/>
            <w:tcMar>
              <w:top w:w="55" w:type="dxa"/>
              <w:left w:w="70" w:type="dxa"/>
              <w:bottom w:w="55" w:type="dxa"/>
              <w:right w:w="70" w:type="dxa"/>
            </w:tcMar>
          </w:tcPr>
          <w:p w14:paraId="294F0A6E"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584FE2F8"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0BC3291A" w14:textId="77777777" w:rsidR="00543BDC" w:rsidRDefault="00000000">
            <w:pPr>
              <w:spacing w:after="0" w:line="240" w:lineRule="auto"/>
            </w:pPr>
            <w:r>
              <w:rPr>
                <w:sz w:val="12"/>
              </w:rPr>
              <w:t>•İlgili üniversitenin talep yazısı •YÖK Başkanlığından alınan yazı •İlgili üniversiteden alınan sicil belgesi</w:t>
            </w:r>
          </w:p>
        </w:tc>
        <w:tc>
          <w:tcPr>
            <w:tcW w:w="850" w:type="dxa"/>
            <w:shd w:val="clear" w:color="auto" w:fill="F7F9FC"/>
            <w:tcMar>
              <w:top w:w="55" w:type="dxa"/>
              <w:left w:w="70" w:type="dxa"/>
              <w:bottom w:w="55" w:type="dxa"/>
              <w:right w:w="70" w:type="dxa"/>
            </w:tcMar>
          </w:tcPr>
          <w:p w14:paraId="590C783A" w14:textId="77777777" w:rsidR="00543BDC" w:rsidRDefault="00000000">
            <w:pPr>
              <w:spacing w:after="0" w:line="240" w:lineRule="auto"/>
              <w:jc w:val="center"/>
            </w:pPr>
            <w:r>
              <w:rPr>
                <w:sz w:val="12"/>
              </w:rPr>
              <w:t>4 Gün</w:t>
            </w:r>
          </w:p>
        </w:tc>
        <w:tc>
          <w:tcPr>
            <w:tcW w:w="850" w:type="dxa"/>
            <w:shd w:val="clear" w:color="auto" w:fill="F7F9FC"/>
            <w:tcMar>
              <w:top w:w="55" w:type="dxa"/>
              <w:left w:w="70" w:type="dxa"/>
              <w:bottom w:w="55" w:type="dxa"/>
              <w:right w:w="70" w:type="dxa"/>
            </w:tcMar>
          </w:tcPr>
          <w:p w14:paraId="4E6D223C" w14:textId="77777777" w:rsidR="00543BDC" w:rsidRDefault="00000000">
            <w:pPr>
              <w:spacing w:after="0" w:line="240" w:lineRule="auto"/>
              <w:jc w:val="center"/>
            </w:pPr>
            <w:r>
              <w:rPr>
                <w:sz w:val="12"/>
              </w:rPr>
              <w:t>Evet</w:t>
            </w:r>
          </w:p>
        </w:tc>
      </w:tr>
      <w:tr w:rsidR="00543BDC" w14:paraId="4734E8A6" w14:textId="77777777">
        <w:trPr>
          <w:jc w:val="center"/>
        </w:trPr>
        <w:tc>
          <w:tcPr>
            <w:tcW w:w="454" w:type="dxa"/>
            <w:tcMar>
              <w:top w:w="55" w:type="dxa"/>
              <w:left w:w="70" w:type="dxa"/>
              <w:bottom w:w="55" w:type="dxa"/>
              <w:right w:w="70" w:type="dxa"/>
            </w:tcMar>
          </w:tcPr>
          <w:p w14:paraId="34A841CD" w14:textId="77777777" w:rsidR="00543BDC" w:rsidRDefault="00000000">
            <w:pPr>
              <w:spacing w:after="0" w:line="240" w:lineRule="auto"/>
              <w:jc w:val="center"/>
            </w:pPr>
            <w:r>
              <w:rPr>
                <w:b/>
                <w:sz w:val="12"/>
              </w:rPr>
              <w:t>21</w:t>
            </w:r>
          </w:p>
        </w:tc>
        <w:tc>
          <w:tcPr>
            <w:tcW w:w="1361" w:type="dxa"/>
            <w:tcMar>
              <w:top w:w="55" w:type="dxa"/>
              <w:left w:w="70" w:type="dxa"/>
              <w:bottom w:w="55" w:type="dxa"/>
              <w:right w:w="70" w:type="dxa"/>
            </w:tcMar>
          </w:tcPr>
          <w:p w14:paraId="35F12054"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7E71FB99" w14:textId="77777777" w:rsidR="00543BDC" w:rsidRDefault="00000000">
            <w:pPr>
              <w:spacing w:after="0" w:line="240" w:lineRule="auto"/>
            </w:pPr>
            <w:r>
              <w:rPr>
                <w:sz w:val="12"/>
              </w:rPr>
              <w:t>Yabancı uyruklu öğretim elemanı alım işlemleri</w:t>
            </w:r>
            <w:r>
              <w:rPr>
                <w:sz w:val="12"/>
              </w:rPr>
              <w:br/>
              <w:t>Yabancı uyruklu öğretim elemanı alım işlemleri</w:t>
            </w:r>
          </w:p>
        </w:tc>
        <w:tc>
          <w:tcPr>
            <w:tcW w:w="2268" w:type="dxa"/>
            <w:tcMar>
              <w:top w:w="55" w:type="dxa"/>
              <w:left w:w="70" w:type="dxa"/>
              <w:bottom w:w="55" w:type="dxa"/>
              <w:right w:w="70" w:type="dxa"/>
            </w:tcMar>
          </w:tcPr>
          <w:p w14:paraId="75CE088D" w14:textId="77777777" w:rsidR="00543BDC" w:rsidRDefault="00000000">
            <w:pPr>
              <w:spacing w:after="0" w:line="240" w:lineRule="auto"/>
            </w:pPr>
            <w:r>
              <w:rPr>
                <w:sz w:val="12"/>
              </w:rPr>
              <w:t>2547 sayılı kanunun 34.maddesi, 2914 s.K. 16. mad., Yükseköğretim Kurumlarında Yabancı Uyruklu Öğretim Elemanı Çalıştırılması Esaslarına İlişkin Bakanlar Kurulu Kararı, Uluslaraarası İşgücü Kanunu, Uluslaraarası İşgücü Kanunu Uygulama Yönetmeliği</w:t>
            </w:r>
          </w:p>
        </w:tc>
        <w:tc>
          <w:tcPr>
            <w:tcW w:w="1134" w:type="dxa"/>
            <w:tcMar>
              <w:top w:w="55" w:type="dxa"/>
              <w:left w:w="70" w:type="dxa"/>
              <w:bottom w:w="55" w:type="dxa"/>
              <w:right w:w="70" w:type="dxa"/>
            </w:tcMar>
          </w:tcPr>
          <w:p w14:paraId="7C2AFFAE"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189FBD29"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4328869E" w14:textId="77777777" w:rsidR="00543BDC" w:rsidRDefault="00000000">
            <w:pPr>
              <w:spacing w:after="0" w:line="240" w:lineRule="auto"/>
            </w:pPr>
            <w:r>
              <w:rPr>
                <w:sz w:val="12"/>
              </w:rPr>
              <w:t>•Birim Üst Yazısı •Birim Kurul Kararı •Çalıştırılma Gerekçesi ve vereceği dersler)Bölüm ve ABD. Başkanı Onaylı •Başvuru Dilekçesi (Anadil ve Türkçe) •Özgeçmiş Formu CV (Anadil ve Türkçe) •Pasaport, Diplomalar, Sertifikalar, Dil Belgeleri, Doçentlik Belgesi •Bilgi Derleme ve Kimlik Formu,Bilgi Formu, Açık Kimlik Formu, Fotoğraf (Biyometrik), Akademik Persormans Bilgi Formu (Öğr.Üyeleri İçin),Vize Talep Formu (Yurtdışında ise) •Yurtiçi ve Yurtdışında çalışma belgeleri (Noter Onaylı ve Türkçe Tercümeli,SSK belgesi) •Komisyon Kararı •Üniversite Yön.Kur.Kar. •Üst yazı ve YÖKSİS üzerinden YÖK Başkanlığına sunulması •YÖK Başkanlığının yazısı ve YÖKSİS üzerinden onay ve Ön İzin vermesi</w:t>
            </w:r>
          </w:p>
        </w:tc>
        <w:tc>
          <w:tcPr>
            <w:tcW w:w="850" w:type="dxa"/>
            <w:tcMar>
              <w:top w:w="55" w:type="dxa"/>
              <w:left w:w="70" w:type="dxa"/>
              <w:bottom w:w="55" w:type="dxa"/>
              <w:right w:w="70" w:type="dxa"/>
            </w:tcMar>
          </w:tcPr>
          <w:p w14:paraId="04C12222" w14:textId="77777777" w:rsidR="00543BDC" w:rsidRDefault="00000000">
            <w:pPr>
              <w:spacing w:after="0" w:line="240" w:lineRule="auto"/>
              <w:jc w:val="center"/>
            </w:pPr>
            <w:r>
              <w:rPr>
                <w:sz w:val="12"/>
              </w:rPr>
              <w:t>5 ay</w:t>
            </w:r>
          </w:p>
        </w:tc>
        <w:tc>
          <w:tcPr>
            <w:tcW w:w="850" w:type="dxa"/>
            <w:tcMar>
              <w:top w:w="55" w:type="dxa"/>
              <w:left w:w="70" w:type="dxa"/>
              <w:bottom w:w="55" w:type="dxa"/>
              <w:right w:w="70" w:type="dxa"/>
            </w:tcMar>
          </w:tcPr>
          <w:p w14:paraId="004737D0" w14:textId="77777777" w:rsidR="00543BDC" w:rsidRDefault="00000000">
            <w:pPr>
              <w:spacing w:after="0" w:line="240" w:lineRule="auto"/>
              <w:jc w:val="center"/>
            </w:pPr>
            <w:r>
              <w:rPr>
                <w:sz w:val="12"/>
              </w:rPr>
              <w:t>Evet</w:t>
            </w:r>
          </w:p>
        </w:tc>
      </w:tr>
      <w:tr w:rsidR="00543BDC" w14:paraId="03EE83E5" w14:textId="77777777">
        <w:trPr>
          <w:jc w:val="center"/>
        </w:trPr>
        <w:tc>
          <w:tcPr>
            <w:tcW w:w="454" w:type="dxa"/>
            <w:shd w:val="clear" w:color="auto" w:fill="F7F9FC"/>
            <w:tcMar>
              <w:top w:w="55" w:type="dxa"/>
              <w:left w:w="70" w:type="dxa"/>
              <w:bottom w:w="55" w:type="dxa"/>
              <w:right w:w="70" w:type="dxa"/>
            </w:tcMar>
          </w:tcPr>
          <w:p w14:paraId="53CE0A16" w14:textId="77777777" w:rsidR="00543BDC" w:rsidRDefault="00000000">
            <w:pPr>
              <w:spacing w:after="0" w:line="240" w:lineRule="auto"/>
              <w:jc w:val="center"/>
            </w:pPr>
            <w:r>
              <w:rPr>
                <w:b/>
                <w:sz w:val="12"/>
              </w:rPr>
              <w:t>22</w:t>
            </w:r>
          </w:p>
        </w:tc>
        <w:tc>
          <w:tcPr>
            <w:tcW w:w="1361" w:type="dxa"/>
            <w:shd w:val="clear" w:color="auto" w:fill="F7F9FC"/>
            <w:tcMar>
              <w:top w:w="55" w:type="dxa"/>
              <w:left w:w="70" w:type="dxa"/>
              <w:bottom w:w="55" w:type="dxa"/>
              <w:right w:w="70" w:type="dxa"/>
            </w:tcMar>
          </w:tcPr>
          <w:p w14:paraId="2265D7CB" w14:textId="77777777" w:rsidR="00543BDC" w:rsidRDefault="00000000">
            <w:pPr>
              <w:spacing w:after="0" w:line="240" w:lineRule="auto"/>
            </w:pPr>
            <w:r>
              <w:rPr>
                <w:sz w:val="12"/>
              </w:rPr>
              <w:t>Akademik/ortak özlük</w:t>
            </w:r>
          </w:p>
        </w:tc>
        <w:tc>
          <w:tcPr>
            <w:tcW w:w="2835" w:type="dxa"/>
            <w:shd w:val="clear" w:color="auto" w:fill="F7F9FC"/>
            <w:tcMar>
              <w:top w:w="55" w:type="dxa"/>
              <w:left w:w="70" w:type="dxa"/>
              <w:bottom w:w="55" w:type="dxa"/>
              <w:right w:w="70" w:type="dxa"/>
            </w:tcMar>
          </w:tcPr>
          <w:p w14:paraId="38144C81" w14:textId="77777777" w:rsidR="00543BDC" w:rsidRDefault="00000000">
            <w:pPr>
              <w:spacing w:after="0" w:line="240" w:lineRule="auto"/>
            </w:pPr>
            <w:r>
              <w:rPr>
                <w:sz w:val="12"/>
              </w:rPr>
              <w:t>Yabancı uyruklu öğretim elemanı süre uzatma işlemleri</w:t>
            </w:r>
            <w:r>
              <w:rPr>
                <w:sz w:val="12"/>
              </w:rPr>
              <w:br/>
              <w:t>Yabancı uyruklu öğretim elemanı süre uzatma işlemleri</w:t>
            </w:r>
          </w:p>
        </w:tc>
        <w:tc>
          <w:tcPr>
            <w:tcW w:w="2268" w:type="dxa"/>
            <w:shd w:val="clear" w:color="auto" w:fill="F7F9FC"/>
            <w:tcMar>
              <w:top w:w="55" w:type="dxa"/>
              <w:left w:w="70" w:type="dxa"/>
              <w:bottom w:w="55" w:type="dxa"/>
              <w:right w:w="70" w:type="dxa"/>
            </w:tcMar>
          </w:tcPr>
          <w:p w14:paraId="7DC7CED2" w14:textId="77777777" w:rsidR="00543BDC" w:rsidRDefault="00000000">
            <w:pPr>
              <w:spacing w:after="0" w:line="240" w:lineRule="auto"/>
            </w:pPr>
            <w:r>
              <w:rPr>
                <w:sz w:val="12"/>
              </w:rPr>
              <w:t>2547 sayılı kanunun 34.maddesi, 2914 s.K. 16. mad., Yükseköğretim Kurumlarında Yabancı Uyruklu Öğretim Elemanı Çalıştırılması Esaslarına İlişkin Bakanlar Kurulu Kararı, Uluslaraarası İşgücü Kanunu, Uluslaraarası İşgücü Kanunu Uygulama Yönetmeliği</w:t>
            </w:r>
          </w:p>
        </w:tc>
        <w:tc>
          <w:tcPr>
            <w:tcW w:w="1134" w:type="dxa"/>
            <w:shd w:val="clear" w:color="auto" w:fill="F7F9FC"/>
            <w:tcMar>
              <w:top w:w="55" w:type="dxa"/>
              <w:left w:w="70" w:type="dxa"/>
              <w:bottom w:w="55" w:type="dxa"/>
              <w:right w:w="70" w:type="dxa"/>
            </w:tcMar>
          </w:tcPr>
          <w:p w14:paraId="755645F2"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09C65844"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1934EC37" w14:textId="77777777" w:rsidR="00543BDC" w:rsidRDefault="00000000">
            <w:pPr>
              <w:spacing w:after="0" w:line="240" w:lineRule="auto"/>
            </w:pPr>
            <w:r>
              <w:rPr>
                <w:sz w:val="12"/>
              </w:rPr>
              <w:t>•Birim Üst Yazısı •Birim Kurul Kararı •Çalıştırılma Gerekçesi ve vereceği dersler)Bölüm ve ABD. Başkanı Onaylı •Başvuru Dilekçesi (Anadil ve Türkçe) •Özgeçmiş Formu CV (Anadil ve Türkçe) •Pasaport, Diplomalar, Sertifikalar, Dil Belgeleri, Doçentlik Belgesi •Bilgi Derleme ve Kimlik Formu,Bilgi Formu, Açık Kimlik Formu, Fotoğraf (Biyometrik), Akademik Persormans Bilgi Formu (Öğr.Üyeleri İçin),Vize Talep Formu (Yurtdışında ise) •Yurtiçi ve Yurtdışında çalışma belgeleri (Noter Onaylı ve Türkçe Tercümeli,SSK belgesi) •Komisyon Kararı •Üniversite Yön.Kur.Kar. •Üst yazı ve YÖKSİS üzerinden YÖK Başkanlığına sunulması •YÖK Başkanlığının yazısı ve YÖKSİS üzerinden onay ve Ön İzin vermesi</w:t>
            </w:r>
          </w:p>
        </w:tc>
        <w:tc>
          <w:tcPr>
            <w:tcW w:w="850" w:type="dxa"/>
            <w:shd w:val="clear" w:color="auto" w:fill="F7F9FC"/>
            <w:tcMar>
              <w:top w:w="55" w:type="dxa"/>
              <w:left w:w="70" w:type="dxa"/>
              <w:bottom w:w="55" w:type="dxa"/>
              <w:right w:w="70" w:type="dxa"/>
            </w:tcMar>
          </w:tcPr>
          <w:p w14:paraId="1E56C6B6" w14:textId="77777777" w:rsidR="00543BDC" w:rsidRDefault="00000000">
            <w:pPr>
              <w:spacing w:after="0" w:line="240" w:lineRule="auto"/>
              <w:jc w:val="center"/>
            </w:pPr>
            <w:r>
              <w:rPr>
                <w:sz w:val="12"/>
              </w:rPr>
              <w:t>5 ay</w:t>
            </w:r>
          </w:p>
        </w:tc>
        <w:tc>
          <w:tcPr>
            <w:tcW w:w="850" w:type="dxa"/>
            <w:shd w:val="clear" w:color="auto" w:fill="F7F9FC"/>
            <w:tcMar>
              <w:top w:w="55" w:type="dxa"/>
              <w:left w:w="70" w:type="dxa"/>
              <w:bottom w:w="55" w:type="dxa"/>
              <w:right w:w="70" w:type="dxa"/>
            </w:tcMar>
          </w:tcPr>
          <w:p w14:paraId="0211E799" w14:textId="77777777" w:rsidR="00543BDC" w:rsidRDefault="00000000">
            <w:pPr>
              <w:spacing w:after="0" w:line="240" w:lineRule="auto"/>
              <w:jc w:val="center"/>
            </w:pPr>
            <w:r>
              <w:rPr>
                <w:sz w:val="12"/>
              </w:rPr>
              <w:t>Evet</w:t>
            </w:r>
          </w:p>
        </w:tc>
      </w:tr>
      <w:tr w:rsidR="00543BDC" w14:paraId="0CBDD79C" w14:textId="77777777">
        <w:trPr>
          <w:jc w:val="center"/>
        </w:trPr>
        <w:tc>
          <w:tcPr>
            <w:tcW w:w="454" w:type="dxa"/>
            <w:tcMar>
              <w:top w:w="55" w:type="dxa"/>
              <w:left w:w="70" w:type="dxa"/>
              <w:bottom w:w="55" w:type="dxa"/>
              <w:right w:w="70" w:type="dxa"/>
            </w:tcMar>
          </w:tcPr>
          <w:p w14:paraId="70469B38" w14:textId="77777777" w:rsidR="00543BDC" w:rsidRDefault="00000000">
            <w:pPr>
              <w:spacing w:after="0" w:line="240" w:lineRule="auto"/>
              <w:jc w:val="center"/>
            </w:pPr>
            <w:r>
              <w:rPr>
                <w:b/>
                <w:sz w:val="12"/>
              </w:rPr>
              <w:t>23</w:t>
            </w:r>
          </w:p>
        </w:tc>
        <w:tc>
          <w:tcPr>
            <w:tcW w:w="1361" w:type="dxa"/>
            <w:tcMar>
              <w:top w:w="55" w:type="dxa"/>
              <w:left w:w="70" w:type="dxa"/>
              <w:bottom w:w="55" w:type="dxa"/>
              <w:right w:w="70" w:type="dxa"/>
            </w:tcMar>
          </w:tcPr>
          <w:p w14:paraId="5FBD9890" w14:textId="77777777" w:rsidR="00543BDC" w:rsidRDefault="00000000">
            <w:pPr>
              <w:spacing w:after="0" w:line="240" w:lineRule="auto"/>
            </w:pPr>
            <w:r>
              <w:rPr>
                <w:sz w:val="12"/>
              </w:rPr>
              <w:t>Akademik/ortak özlük</w:t>
            </w:r>
          </w:p>
        </w:tc>
        <w:tc>
          <w:tcPr>
            <w:tcW w:w="2835" w:type="dxa"/>
            <w:tcMar>
              <w:top w:w="55" w:type="dxa"/>
              <w:left w:w="70" w:type="dxa"/>
              <w:bottom w:w="55" w:type="dxa"/>
              <w:right w:w="70" w:type="dxa"/>
            </w:tcMar>
          </w:tcPr>
          <w:p w14:paraId="0792A628" w14:textId="77777777" w:rsidR="00543BDC" w:rsidRDefault="00000000">
            <w:pPr>
              <w:spacing w:after="0" w:line="240" w:lineRule="auto"/>
            </w:pPr>
            <w:r>
              <w:rPr>
                <w:sz w:val="12"/>
              </w:rPr>
              <w:t>Yabancı uyruklu öğretim elemanının istifa ve sözleşme sürelerinin sona erme işlemleri</w:t>
            </w:r>
            <w:r>
              <w:rPr>
                <w:sz w:val="12"/>
              </w:rPr>
              <w:br/>
              <w:t>Yabancı uyruklu öğretim elemanının istifa ve sözleşme sürelerinin sona erme işlemleri</w:t>
            </w:r>
          </w:p>
        </w:tc>
        <w:tc>
          <w:tcPr>
            <w:tcW w:w="2268" w:type="dxa"/>
            <w:tcMar>
              <w:top w:w="55" w:type="dxa"/>
              <w:left w:w="70" w:type="dxa"/>
              <w:bottom w:w="55" w:type="dxa"/>
              <w:right w:w="70" w:type="dxa"/>
            </w:tcMar>
          </w:tcPr>
          <w:p w14:paraId="1FFCF7D8" w14:textId="77777777" w:rsidR="00543BDC" w:rsidRDefault="00000000">
            <w:pPr>
              <w:spacing w:after="0" w:line="240" w:lineRule="auto"/>
            </w:pPr>
            <w:r>
              <w:rPr>
                <w:sz w:val="12"/>
              </w:rPr>
              <w:t>2547 sayılı kanunun 34.maddesi, 2914 s.K. 16. mad., Yükseköğretim Kurumlarında Yabancı Uyruklu Öğretim Elemanı Çalıştırılması Esaslarına İlişkin Bakanlar Kurulu Kararı, Uluslaraarası İşgücü Kanunu, Uluslaraarası İşgücü Kanunu Uygulama Yönetmeliği</w:t>
            </w:r>
          </w:p>
        </w:tc>
        <w:tc>
          <w:tcPr>
            <w:tcW w:w="1134" w:type="dxa"/>
            <w:tcMar>
              <w:top w:w="55" w:type="dxa"/>
              <w:left w:w="70" w:type="dxa"/>
              <w:bottom w:w="55" w:type="dxa"/>
              <w:right w:w="70" w:type="dxa"/>
            </w:tcMar>
          </w:tcPr>
          <w:p w14:paraId="46BCCC7F"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53FDF25C"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5047A589" w14:textId="77777777" w:rsidR="00543BDC" w:rsidRDefault="00000000">
            <w:pPr>
              <w:spacing w:after="0" w:line="240" w:lineRule="auto"/>
            </w:pPr>
            <w:r>
              <w:rPr>
                <w:sz w:val="12"/>
              </w:rPr>
              <w:t>•Birim Üst yazısı •Başvuru (İstifa) dilekçesi •İşten Ayrılış Bildirgesi (sgk) •İlişik Kesme Belgesi (Kurum) •Çalışma İzin Belgesi</w:t>
            </w:r>
          </w:p>
        </w:tc>
        <w:tc>
          <w:tcPr>
            <w:tcW w:w="850" w:type="dxa"/>
            <w:tcMar>
              <w:top w:w="55" w:type="dxa"/>
              <w:left w:w="70" w:type="dxa"/>
              <w:bottom w:w="55" w:type="dxa"/>
              <w:right w:w="70" w:type="dxa"/>
            </w:tcMar>
          </w:tcPr>
          <w:p w14:paraId="67A66B1C" w14:textId="77777777" w:rsidR="00543BDC" w:rsidRDefault="00000000">
            <w:pPr>
              <w:spacing w:after="0" w:line="240" w:lineRule="auto"/>
              <w:jc w:val="center"/>
            </w:pPr>
            <w:r>
              <w:rPr>
                <w:sz w:val="12"/>
              </w:rPr>
              <w:t>7 gün</w:t>
            </w:r>
          </w:p>
        </w:tc>
        <w:tc>
          <w:tcPr>
            <w:tcW w:w="850" w:type="dxa"/>
            <w:tcMar>
              <w:top w:w="55" w:type="dxa"/>
              <w:left w:w="70" w:type="dxa"/>
              <w:bottom w:w="55" w:type="dxa"/>
              <w:right w:w="70" w:type="dxa"/>
            </w:tcMar>
          </w:tcPr>
          <w:p w14:paraId="7667F20D" w14:textId="77777777" w:rsidR="00543BDC" w:rsidRDefault="00000000">
            <w:pPr>
              <w:spacing w:after="0" w:line="240" w:lineRule="auto"/>
              <w:jc w:val="center"/>
            </w:pPr>
            <w:r>
              <w:rPr>
                <w:sz w:val="12"/>
              </w:rPr>
              <w:t>Evet</w:t>
            </w:r>
          </w:p>
        </w:tc>
      </w:tr>
      <w:tr w:rsidR="00543BDC" w14:paraId="07B22F9C" w14:textId="77777777">
        <w:trPr>
          <w:jc w:val="center"/>
        </w:trPr>
        <w:tc>
          <w:tcPr>
            <w:tcW w:w="454" w:type="dxa"/>
            <w:shd w:val="clear" w:color="auto" w:fill="F7F9FC"/>
            <w:tcMar>
              <w:top w:w="55" w:type="dxa"/>
              <w:left w:w="70" w:type="dxa"/>
              <w:bottom w:w="55" w:type="dxa"/>
              <w:right w:w="70" w:type="dxa"/>
            </w:tcMar>
          </w:tcPr>
          <w:p w14:paraId="6A052AF3" w14:textId="77777777" w:rsidR="00543BDC" w:rsidRDefault="00000000">
            <w:pPr>
              <w:spacing w:after="0" w:line="240" w:lineRule="auto"/>
              <w:jc w:val="center"/>
            </w:pPr>
            <w:r>
              <w:rPr>
                <w:b/>
                <w:sz w:val="12"/>
              </w:rPr>
              <w:t>24</w:t>
            </w:r>
          </w:p>
        </w:tc>
        <w:tc>
          <w:tcPr>
            <w:tcW w:w="1361" w:type="dxa"/>
            <w:shd w:val="clear" w:color="auto" w:fill="F7F9FC"/>
            <w:tcMar>
              <w:top w:w="55" w:type="dxa"/>
              <w:left w:w="70" w:type="dxa"/>
              <w:bottom w:w="55" w:type="dxa"/>
              <w:right w:w="70" w:type="dxa"/>
            </w:tcMar>
          </w:tcPr>
          <w:p w14:paraId="634D9DB8" w14:textId="77777777" w:rsidR="00543BDC" w:rsidRDefault="00000000">
            <w:pPr>
              <w:spacing w:after="0" w:line="240" w:lineRule="auto"/>
            </w:pPr>
            <w:r>
              <w:rPr>
                <w:sz w:val="12"/>
              </w:rPr>
              <w:t>Eğitim ve gelişim</w:t>
            </w:r>
          </w:p>
        </w:tc>
        <w:tc>
          <w:tcPr>
            <w:tcW w:w="2835" w:type="dxa"/>
            <w:shd w:val="clear" w:color="auto" w:fill="F7F9FC"/>
            <w:tcMar>
              <w:top w:w="55" w:type="dxa"/>
              <w:left w:w="70" w:type="dxa"/>
              <w:bottom w:w="55" w:type="dxa"/>
              <w:right w:w="70" w:type="dxa"/>
            </w:tcMar>
          </w:tcPr>
          <w:p w14:paraId="33A875D5" w14:textId="77777777" w:rsidR="00543BDC" w:rsidRDefault="00000000">
            <w:pPr>
              <w:spacing w:after="0" w:line="240" w:lineRule="auto"/>
            </w:pPr>
            <w:r>
              <w:rPr>
                <w:sz w:val="12"/>
              </w:rPr>
              <w:t>Aday Memur Eğitimi</w:t>
            </w:r>
            <w:r>
              <w:rPr>
                <w:sz w:val="12"/>
              </w:rPr>
              <w:br/>
              <w:t>Aday Memur Eğitimi ve Adaylıkların Kaldırılması</w:t>
            </w:r>
          </w:p>
        </w:tc>
        <w:tc>
          <w:tcPr>
            <w:tcW w:w="2268" w:type="dxa"/>
            <w:shd w:val="clear" w:color="auto" w:fill="F7F9FC"/>
            <w:tcMar>
              <w:top w:w="55" w:type="dxa"/>
              <w:left w:w="70" w:type="dxa"/>
              <w:bottom w:w="55" w:type="dxa"/>
              <w:right w:w="70" w:type="dxa"/>
            </w:tcMar>
          </w:tcPr>
          <w:p w14:paraId="60BD4BFC" w14:textId="77777777" w:rsidR="00543BDC" w:rsidRDefault="00000000">
            <w:pPr>
              <w:spacing w:after="0" w:line="240" w:lineRule="auto"/>
            </w:pPr>
            <w:r>
              <w:rPr>
                <w:sz w:val="12"/>
              </w:rPr>
              <w:t>657 S.K. Aday Memurların Yetiştirilmelerine İlişkin Genel Yönetmelik 8. Maddesi / Cumhurbaşkanlığı İnsan Kaynakları Ofisi Başkanlığının 01.02.2021 tarihli ve E41496949774.0697 sayılı yazısı.</w:t>
            </w:r>
          </w:p>
        </w:tc>
        <w:tc>
          <w:tcPr>
            <w:tcW w:w="1134" w:type="dxa"/>
            <w:shd w:val="clear" w:color="auto" w:fill="F7F9FC"/>
            <w:tcMar>
              <w:top w:w="55" w:type="dxa"/>
              <w:left w:w="70" w:type="dxa"/>
              <w:bottom w:w="55" w:type="dxa"/>
              <w:right w:w="70" w:type="dxa"/>
            </w:tcMar>
          </w:tcPr>
          <w:p w14:paraId="5918FA0E"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2E3DE06D"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16D77A4F" w14:textId="77777777" w:rsidR="00543BDC" w:rsidRDefault="00000000">
            <w:pPr>
              <w:spacing w:after="0" w:line="240" w:lineRule="auto"/>
            </w:pPr>
            <w:r>
              <w:rPr>
                <w:sz w:val="12"/>
              </w:rPr>
              <w:t>•Aday Memur Listesi •İlgili Birime Üst Yazı •Eğitim Sonu Sınav Soruları</w:t>
            </w:r>
          </w:p>
        </w:tc>
        <w:tc>
          <w:tcPr>
            <w:tcW w:w="850" w:type="dxa"/>
            <w:shd w:val="clear" w:color="auto" w:fill="F7F9FC"/>
            <w:tcMar>
              <w:top w:w="55" w:type="dxa"/>
              <w:left w:w="70" w:type="dxa"/>
              <w:bottom w:w="55" w:type="dxa"/>
              <w:right w:w="70" w:type="dxa"/>
            </w:tcMar>
          </w:tcPr>
          <w:p w14:paraId="637BF1D4" w14:textId="77777777" w:rsidR="00543BDC" w:rsidRDefault="00000000">
            <w:pPr>
              <w:spacing w:after="0" w:line="240" w:lineRule="auto"/>
              <w:jc w:val="center"/>
            </w:pPr>
            <w:r>
              <w:rPr>
                <w:sz w:val="12"/>
              </w:rPr>
              <w:t>3 AY</w:t>
            </w:r>
          </w:p>
        </w:tc>
        <w:tc>
          <w:tcPr>
            <w:tcW w:w="850" w:type="dxa"/>
            <w:shd w:val="clear" w:color="auto" w:fill="F7F9FC"/>
            <w:tcMar>
              <w:top w:w="55" w:type="dxa"/>
              <w:left w:w="70" w:type="dxa"/>
              <w:bottom w:w="55" w:type="dxa"/>
              <w:right w:w="70" w:type="dxa"/>
            </w:tcMar>
          </w:tcPr>
          <w:p w14:paraId="24F936A5" w14:textId="77777777" w:rsidR="00543BDC" w:rsidRDefault="00000000">
            <w:pPr>
              <w:spacing w:after="0" w:line="240" w:lineRule="auto"/>
              <w:jc w:val="center"/>
            </w:pPr>
            <w:r>
              <w:rPr>
                <w:sz w:val="12"/>
              </w:rPr>
              <w:t>https://www.cb iko.gov.tr/projel er/uzaktan- egitim-kapisi</w:t>
            </w:r>
          </w:p>
        </w:tc>
      </w:tr>
      <w:tr w:rsidR="00543BDC" w14:paraId="3AFE38D8" w14:textId="77777777">
        <w:trPr>
          <w:jc w:val="center"/>
        </w:trPr>
        <w:tc>
          <w:tcPr>
            <w:tcW w:w="454" w:type="dxa"/>
            <w:tcMar>
              <w:top w:w="55" w:type="dxa"/>
              <w:left w:w="70" w:type="dxa"/>
              <w:bottom w:w="55" w:type="dxa"/>
              <w:right w:w="70" w:type="dxa"/>
            </w:tcMar>
          </w:tcPr>
          <w:p w14:paraId="59D93B14" w14:textId="77777777" w:rsidR="00543BDC" w:rsidRDefault="00000000">
            <w:pPr>
              <w:spacing w:after="0" w:line="240" w:lineRule="auto"/>
              <w:jc w:val="center"/>
            </w:pPr>
            <w:r>
              <w:rPr>
                <w:b/>
                <w:sz w:val="12"/>
              </w:rPr>
              <w:t>25</w:t>
            </w:r>
          </w:p>
        </w:tc>
        <w:tc>
          <w:tcPr>
            <w:tcW w:w="1361" w:type="dxa"/>
            <w:tcMar>
              <w:top w:w="55" w:type="dxa"/>
              <w:left w:w="70" w:type="dxa"/>
              <w:bottom w:w="55" w:type="dxa"/>
              <w:right w:w="70" w:type="dxa"/>
            </w:tcMar>
          </w:tcPr>
          <w:p w14:paraId="7DBC4C13" w14:textId="77777777" w:rsidR="00543BDC" w:rsidRDefault="00000000">
            <w:pPr>
              <w:spacing w:after="0" w:line="240" w:lineRule="auto"/>
            </w:pPr>
            <w:r>
              <w:rPr>
                <w:sz w:val="12"/>
              </w:rPr>
              <w:t>Eğitim ve gelişim</w:t>
            </w:r>
          </w:p>
        </w:tc>
        <w:tc>
          <w:tcPr>
            <w:tcW w:w="2835" w:type="dxa"/>
            <w:tcMar>
              <w:top w:w="55" w:type="dxa"/>
              <w:left w:w="70" w:type="dxa"/>
              <w:bottom w:w="55" w:type="dxa"/>
              <w:right w:w="70" w:type="dxa"/>
            </w:tcMar>
          </w:tcPr>
          <w:p w14:paraId="3BBF5EA0" w14:textId="77777777" w:rsidR="00543BDC" w:rsidRDefault="00000000">
            <w:pPr>
              <w:spacing w:after="0" w:line="240" w:lineRule="auto"/>
            </w:pPr>
            <w:r>
              <w:rPr>
                <w:sz w:val="12"/>
              </w:rPr>
              <w:t>Yıllık Hizmet İçi Eğitim Planlama İşlemleri</w:t>
            </w:r>
            <w:r>
              <w:rPr>
                <w:sz w:val="12"/>
              </w:rPr>
              <w:br/>
            </w:r>
            <w:r>
              <w:rPr>
                <w:sz w:val="12"/>
              </w:rPr>
              <w:lastRenderedPageBreak/>
              <w:t>Yıllık Hizmet İçi Eğitim Programları Hazırlama</w:t>
            </w:r>
          </w:p>
        </w:tc>
        <w:tc>
          <w:tcPr>
            <w:tcW w:w="2268" w:type="dxa"/>
            <w:tcMar>
              <w:top w:w="55" w:type="dxa"/>
              <w:left w:w="70" w:type="dxa"/>
              <w:bottom w:w="55" w:type="dxa"/>
              <w:right w:w="70" w:type="dxa"/>
            </w:tcMar>
          </w:tcPr>
          <w:p w14:paraId="379E055B" w14:textId="77777777" w:rsidR="00543BDC" w:rsidRDefault="00000000">
            <w:pPr>
              <w:spacing w:after="0" w:line="240" w:lineRule="auto"/>
            </w:pPr>
            <w:r>
              <w:rPr>
                <w:sz w:val="12"/>
              </w:rPr>
              <w:lastRenderedPageBreak/>
              <w:t xml:space="preserve">Yükseköğretim Üst Kuruluşları ile </w:t>
            </w:r>
            <w:r>
              <w:rPr>
                <w:sz w:val="12"/>
              </w:rPr>
              <w:lastRenderedPageBreak/>
              <w:t>Yükseköğretim Kurumlarının İdari Teşkilatı Hakkındaki 124 Sayılı Kanun Hükmünde Kararnamenin 29. Maddes</w:t>
            </w:r>
          </w:p>
        </w:tc>
        <w:tc>
          <w:tcPr>
            <w:tcW w:w="1134" w:type="dxa"/>
            <w:tcMar>
              <w:top w:w="55" w:type="dxa"/>
              <w:left w:w="70" w:type="dxa"/>
              <w:bottom w:w="55" w:type="dxa"/>
              <w:right w:w="70" w:type="dxa"/>
            </w:tcMar>
          </w:tcPr>
          <w:p w14:paraId="444036BF" w14:textId="77777777" w:rsidR="00543BDC" w:rsidRDefault="00000000">
            <w:pPr>
              <w:spacing w:after="0" w:line="240" w:lineRule="auto"/>
            </w:pPr>
            <w:r>
              <w:rPr>
                <w:sz w:val="12"/>
              </w:rPr>
              <w:lastRenderedPageBreak/>
              <w:t>İdari Personel</w:t>
            </w:r>
          </w:p>
        </w:tc>
        <w:tc>
          <w:tcPr>
            <w:tcW w:w="1928" w:type="dxa"/>
            <w:tcMar>
              <w:top w:w="55" w:type="dxa"/>
              <w:left w:w="70" w:type="dxa"/>
              <w:bottom w:w="55" w:type="dxa"/>
              <w:right w:w="70" w:type="dxa"/>
            </w:tcMar>
          </w:tcPr>
          <w:p w14:paraId="6E810A30" w14:textId="77777777" w:rsidR="00543BDC" w:rsidRDefault="00000000">
            <w:pPr>
              <w:spacing w:after="0" w:line="240" w:lineRule="auto"/>
            </w:pPr>
            <w:r>
              <w:rPr>
                <w:sz w:val="12"/>
              </w:rPr>
              <w:t>Eğitim ve Disiplin İşlemleri</w:t>
            </w:r>
          </w:p>
        </w:tc>
        <w:tc>
          <w:tcPr>
            <w:tcW w:w="3061" w:type="dxa"/>
            <w:tcMar>
              <w:top w:w="55" w:type="dxa"/>
              <w:left w:w="70" w:type="dxa"/>
              <w:bottom w:w="55" w:type="dxa"/>
              <w:right w:w="70" w:type="dxa"/>
            </w:tcMar>
          </w:tcPr>
          <w:p w14:paraId="6770B43E" w14:textId="77777777" w:rsidR="00543BDC" w:rsidRDefault="00000000">
            <w:pPr>
              <w:spacing w:after="0" w:line="240" w:lineRule="auto"/>
            </w:pPr>
            <w:r>
              <w:rPr>
                <w:sz w:val="12"/>
              </w:rPr>
              <w:t xml:space="preserve">•Birim Eğitim Talep Yazısı •Bireysel Eğitim Talep </w:t>
            </w:r>
            <w:r>
              <w:rPr>
                <w:sz w:val="12"/>
              </w:rPr>
              <w:lastRenderedPageBreak/>
              <w:t>Formu •Eğitim Programı Çizelgesi •Eğitime Katılımcı Çizelgesi</w:t>
            </w:r>
          </w:p>
        </w:tc>
        <w:tc>
          <w:tcPr>
            <w:tcW w:w="850" w:type="dxa"/>
            <w:tcMar>
              <w:top w:w="55" w:type="dxa"/>
              <w:left w:w="70" w:type="dxa"/>
              <w:bottom w:w="55" w:type="dxa"/>
              <w:right w:w="70" w:type="dxa"/>
            </w:tcMar>
          </w:tcPr>
          <w:p w14:paraId="69BFA26F" w14:textId="77777777" w:rsidR="00543BDC" w:rsidRDefault="00000000">
            <w:pPr>
              <w:spacing w:after="0" w:line="240" w:lineRule="auto"/>
              <w:jc w:val="center"/>
            </w:pPr>
            <w:r>
              <w:rPr>
                <w:sz w:val="12"/>
              </w:rPr>
              <w:lastRenderedPageBreak/>
              <w:t>2 AY</w:t>
            </w:r>
          </w:p>
        </w:tc>
        <w:tc>
          <w:tcPr>
            <w:tcW w:w="850" w:type="dxa"/>
            <w:tcMar>
              <w:top w:w="55" w:type="dxa"/>
              <w:left w:w="70" w:type="dxa"/>
              <w:bottom w:w="55" w:type="dxa"/>
              <w:right w:w="70" w:type="dxa"/>
            </w:tcMar>
          </w:tcPr>
          <w:p w14:paraId="77C77C73" w14:textId="66FFC6B8" w:rsidR="00543BDC" w:rsidRDefault="00F57B5E">
            <w:pPr>
              <w:spacing w:after="0" w:line="240" w:lineRule="auto"/>
              <w:jc w:val="center"/>
            </w:pPr>
            <w:r>
              <w:rPr>
                <w:sz w:val="12"/>
              </w:rPr>
              <w:t>https://pdb.s</w:t>
            </w:r>
            <w:r>
              <w:rPr>
                <w:sz w:val="12"/>
              </w:rPr>
              <w:lastRenderedPageBreak/>
              <w:t>bu.edu.tr/</w:t>
            </w:r>
          </w:p>
        </w:tc>
      </w:tr>
      <w:tr w:rsidR="00543BDC" w14:paraId="47B6632D" w14:textId="77777777">
        <w:trPr>
          <w:jc w:val="center"/>
        </w:trPr>
        <w:tc>
          <w:tcPr>
            <w:tcW w:w="454" w:type="dxa"/>
            <w:shd w:val="clear" w:color="auto" w:fill="F7F9FC"/>
            <w:tcMar>
              <w:top w:w="55" w:type="dxa"/>
              <w:left w:w="70" w:type="dxa"/>
              <w:bottom w:w="55" w:type="dxa"/>
              <w:right w:w="70" w:type="dxa"/>
            </w:tcMar>
          </w:tcPr>
          <w:p w14:paraId="45D7940E" w14:textId="77777777" w:rsidR="00543BDC" w:rsidRDefault="00000000">
            <w:pPr>
              <w:spacing w:after="0" w:line="240" w:lineRule="auto"/>
              <w:jc w:val="center"/>
            </w:pPr>
            <w:r>
              <w:rPr>
                <w:b/>
                <w:sz w:val="12"/>
              </w:rPr>
              <w:lastRenderedPageBreak/>
              <w:t>26</w:t>
            </w:r>
          </w:p>
        </w:tc>
        <w:tc>
          <w:tcPr>
            <w:tcW w:w="1361" w:type="dxa"/>
            <w:shd w:val="clear" w:color="auto" w:fill="F7F9FC"/>
            <w:tcMar>
              <w:top w:w="55" w:type="dxa"/>
              <w:left w:w="70" w:type="dxa"/>
              <w:bottom w:w="55" w:type="dxa"/>
              <w:right w:w="70" w:type="dxa"/>
            </w:tcMar>
          </w:tcPr>
          <w:p w14:paraId="7A57B1E7" w14:textId="77777777" w:rsidR="00543BDC" w:rsidRDefault="00000000">
            <w:pPr>
              <w:spacing w:after="0" w:line="240" w:lineRule="auto"/>
            </w:pPr>
            <w:r>
              <w:rPr>
                <w:sz w:val="12"/>
              </w:rPr>
              <w:t>Eğitim ve gelişim</w:t>
            </w:r>
          </w:p>
        </w:tc>
        <w:tc>
          <w:tcPr>
            <w:tcW w:w="2835" w:type="dxa"/>
            <w:shd w:val="clear" w:color="auto" w:fill="F7F9FC"/>
            <w:tcMar>
              <w:top w:w="55" w:type="dxa"/>
              <w:left w:w="70" w:type="dxa"/>
              <w:bottom w:w="55" w:type="dxa"/>
              <w:right w:w="70" w:type="dxa"/>
            </w:tcMar>
          </w:tcPr>
          <w:p w14:paraId="1150DC70" w14:textId="77777777" w:rsidR="00543BDC" w:rsidRDefault="00000000">
            <w:pPr>
              <w:spacing w:after="0" w:line="240" w:lineRule="auto"/>
            </w:pPr>
            <w:r>
              <w:rPr>
                <w:sz w:val="12"/>
              </w:rPr>
              <w:t>Hizmetiçi Eğitim</w:t>
            </w:r>
            <w:r>
              <w:rPr>
                <w:sz w:val="12"/>
              </w:rPr>
              <w:br/>
              <w:t>Hizmetiçi Eğitimlerinin yapılması</w:t>
            </w:r>
          </w:p>
        </w:tc>
        <w:tc>
          <w:tcPr>
            <w:tcW w:w="2268" w:type="dxa"/>
            <w:shd w:val="clear" w:color="auto" w:fill="F7F9FC"/>
            <w:tcMar>
              <w:top w:w="55" w:type="dxa"/>
              <w:left w:w="70" w:type="dxa"/>
              <w:bottom w:w="55" w:type="dxa"/>
              <w:right w:w="70" w:type="dxa"/>
            </w:tcMar>
          </w:tcPr>
          <w:p w14:paraId="66256F5B" w14:textId="77777777" w:rsidR="00543BDC" w:rsidRDefault="00000000">
            <w:pPr>
              <w:spacing w:after="0" w:line="240" w:lineRule="auto"/>
            </w:pPr>
            <w:r>
              <w:rPr>
                <w:sz w:val="12"/>
              </w:rPr>
              <w:t>657 S.K.</w:t>
            </w:r>
          </w:p>
        </w:tc>
        <w:tc>
          <w:tcPr>
            <w:tcW w:w="1134" w:type="dxa"/>
            <w:shd w:val="clear" w:color="auto" w:fill="F7F9FC"/>
            <w:tcMar>
              <w:top w:w="55" w:type="dxa"/>
              <w:left w:w="70" w:type="dxa"/>
              <w:bottom w:w="55" w:type="dxa"/>
              <w:right w:w="70" w:type="dxa"/>
            </w:tcMar>
          </w:tcPr>
          <w:p w14:paraId="452DD884"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0AD80D5C" w14:textId="77777777" w:rsidR="00543BDC" w:rsidRDefault="00000000">
            <w:pPr>
              <w:spacing w:after="0" w:line="240" w:lineRule="auto"/>
            </w:pPr>
            <w:r>
              <w:rPr>
                <w:sz w:val="12"/>
              </w:rPr>
              <w:t>Eğitim ve Disiplin İşlemleri</w:t>
            </w:r>
          </w:p>
        </w:tc>
        <w:tc>
          <w:tcPr>
            <w:tcW w:w="3061" w:type="dxa"/>
            <w:shd w:val="clear" w:color="auto" w:fill="F7F9FC"/>
            <w:tcMar>
              <w:top w:w="55" w:type="dxa"/>
              <w:left w:w="70" w:type="dxa"/>
              <w:bottom w:w="55" w:type="dxa"/>
              <w:right w:w="70" w:type="dxa"/>
            </w:tcMar>
          </w:tcPr>
          <w:p w14:paraId="1D8527E3" w14:textId="77777777" w:rsidR="00543BDC" w:rsidRDefault="00000000">
            <w:pPr>
              <w:spacing w:after="0" w:line="240" w:lineRule="auto"/>
            </w:pPr>
            <w:r>
              <w:rPr>
                <w:sz w:val="12"/>
              </w:rPr>
              <w:t>Personel İsim Listesi</w:t>
            </w:r>
          </w:p>
        </w:tc>
        <w:tc>
          <w:tcPr>
            <w:tcW w:w="850" w:type="dxa"/>
            <w:shd w:val="clear" w:color="auto" w:fill="F7F9FC"/>
            <w:tcMar>
              <w:top w:w="55" w:type="dxa"/>
              <w:left w:w="70" w:type="dxa"/>
              <w:bottom w:w="55" w:type="dxa"/>
              <w:right w:w="70" w:type="dxa"/>
            </w:tcMar>
          </w:tcPr>
          <w:p w14:paraId="1858026A" w14:textId="77777777" w:rsidR="00543BDC" w:rsidRDefault="00000000">
            <w:pPr>
              <w:spacing w:after="0" w:line="240" w:lineRule="auto"/>
              <w:jc w:val="center"/>
            </w:pPr>
            <w:r>
              <w:rPr>
                <w:sz w:val="12"/>
              </w:rPr>
              <w:t>4 AY</w:t>
            </w:r>
          </w:p>
        </w:tc>
        <w:tc>
          <w:tcPr>
            <w:tcW w:w="850" w:type="dxa"/>
            <w:shd w:val="clear" w:color="auto" w:fill="F7F9FC"/>
            <w:tcMar>
              <w:top w:w="55" w:type="dxa"/>
              <w:left w:w="70" w:type="dxa"/>
              <w:bottom w:w="55" w:type="dxa"/>
              <w:right w:w="70" w:type="dxa"/>
            </w:tcMar>
          </w:tcPr>
          <w:p w14:paraId="036152E9" w14:textId="77777777" w:rsidR="00543BDC" w:rsidRDefault="00000000">
            <w:pPr>
              <w:spacing w:after="0" w:line="240" w:lineRule="auto"/>
              <w:jc w:val="center"/>
            </w:pPr>
            <w:r>
              <w:rPr>
                <w:sz w:val="12"/>
              </w:rPr>
              <w:t>Kısmen</w:t>
            </w:r>
          </w:p>
        </w:tc>
      </w:tr>
      <w:tr w:rsidR="00543BDC" w14:paraId="28014DEE" w14:textId="77777777">
        <w:trPr>
          <w:jc w:val="center"/>
        </w:trPr>
        <w:tc>
          <w:tcPr>
            <w:tcW w:w="454" w:type="dxa"/>
            <w:tcMar>
              <w:top w:w="55" w:type="dxa"/>
              <w:left w:w="70" w:type="dxa"/>
              <w:bottom w:w="55" w:type="dxa"/>
              <w:right w:w="70" w:type="dxa"/>
            </w:tcMar>
          </w:tcPr>
          <w:p w14:paraId="3B078778" w14:textId="77777777" w:rsidR="00543BDC" w:rsidRDefault="00000000">
            <w:pPr>
              <w:spacing w:after="0" w:line="240" w:lineRule="auto"/>
              <w:jc w:val="center"/>
            </w:pPr>
            <w:r>
              <w:rPr>
                <w:b/>
                <w:sz w:val="12"/>
              </w:rPr>
              <w:t>27</w:t>
            </w:r>
          </w:p>
        </w:tc>
        <w:tc>
          <w:tcPr>
            <w:tcW w:w="1361" w:type="dxa"/>
            <w:tcMar>
              <w:top w:w="55" w:type="dxa"/>
              <w:left w:w="70" w:type="dxa"/>
              <w:bottom w:w="55" w:type="dxa"/>
              <w:right w:w="70" w:type="dxa"/>
            </w:tcMar>
          </w:tcPr>
          <w:p w14:paraId="2AE4E36E" w14:textId="77777777" w:rsidR="00543BDC" w:rsidRDefault="00000000">
            <w:pPr>
              <w:spacing w:after="0" w:line="240" w:lineRule="auto"/>
            </w:pPr>
            <w:r>
              <w:rPr>
                <w:sz w:val="12"/>
              </w:rPr>
              <w:t>Eğitim ve gelişim</w:t>
            </w:r>
          </w:p>
        </w:tc>
        <w:tc>
          <w:tcPr>
            <w:tcW w:w="2835" w:type="dxa"/>
            <w:tcMar>
              <w:top w:w="55" w:type="dxa"/>
              <w:left w:w="70" w:type="dxa"/>
              <w:bottom w:w="55" w:type="dxa"/>
              <w:right w:w="70" w:type="dxa"/>
            </w:tcMar>
          </w:tcPr>
          <w:p w14:paraId="29F5CED3" w14:textId="77777777" w:rsidR="00543BDC" w:rsidRDefault="00000000">
            <w:pPr>
              <w:spacing w:after="0" w:line="240" w:lineRule="auto"/>
            </w:pPr>
            <w:r>
              <w:rPr>
                <w:sz w:val="12"/>
              </w:rPr>
              <w:t>İdari personelin Görevde Yükselme ve Unvan Değişikliği Sınavları</w:t>
            </w:r>
            <w:r>
              <w:rPr>
                <w:sz w:val="12"/>
              </w:rPr>
              <w:br/>
              <w:t>İdari personelin Görevde Yükselme ve Unvan Değişikliği Sınavlarının Yapılması</w:t>
            </w:r>
          </w:p>
        </w:tc>
        <w:tc>
          <w:tcPr>
            <w:tcW w:w="2268" w:type="dxa"/>
            <w:tcMar>
              <w:top w:w="55" w:type="dxa"/>
              <w:left w:w="70" w:type="dxa"/>
              <w:bottom w:w="55" w:type="dxa"/>
              <w:right w:w="70" w:type="dxa"/>
            </w:tcMar>
          </w:tcPr>
          <w:p w14:paraId="560C42A7" w14:textId="77777777" w:rsidR="00543BDC" w:rsidRDefault="00000000">
            <w:pPr>
              <w:spacing w:after="0" w:line="240" w:lineRule="auto"/>
            </w:pPr>
            <w:r>
              <w:rPr>
                <w:sz w:val="12"/>
              </w:rPr>
              <w:t>Yükseköğretim Üst Kuruluşları ile Yükseköğreim Kurumları Personeli Görevde Yükselme ve Unvan Değişikliği Yönetmeliği</w:t>
            </w:r>
          </w:p>
        </w:tc>
        <w:tc>
          <w:tcPr>
            <w:tcW w:w="1134" w:type="dxa"/>
            <w:tcMar>
              <w:top w:w="55" w:type="dxa"/>
              <w:left w:w="70" w:type="dxa"/>
              <w:bottom w:w="55" w:type="dxa"/>
              <w:right w:w="70" w:type="dxa"/>
            </w:tcMar>
          </w:tcPr>
          <w:p w14:paraId="2F65DDE1"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71FDD913"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327DB406" w14:textId="77777777" w:rsidR="00543BDC" w:rsidRDefault="00000000">
            <w:pPr>
              <w:spacing w:after="0" w:line="240" w:lineRule="auto"/>
            </w:pPr>
            <w:r>
              <w:rPr>
                <w:sz w:val="12"/>
              </w:rPr>
              <w:t>•Sınav İlanı •Başvuru evrakları •Sınav komisyonunun oluşturulması ile ilgili yazı •Sınav Soruları</w:t>
            </w:r>
          </w:p>
        </w:tc>
        <w:tc>
          <w:tcPr>
            <w:tcW w:w="850" w:type="dxa"/>
            <w:tcMar>
              <w:top w:w="55" w:type="dxa"/>
              <w:left w:w="70" w:type="dxa"/>
              <w:bottom w:w="55" w:type="dxa"/>
              <w:right w:w="70" w:type="dxa"/>
            </w:tcMar>
          </w:tcPr>
          <w:p w14:paraId="1B70296B" w14:textId="77777777" w:rsidR="00543BDC" w:rsidRDefault="00000000">
            <w:pPr>
              <w:spacing w:after="0" w:line="240" w:lineRule="auto"/>
              <w:jc w:val="center"/>
            </w:pPr>
            <w:r>
              <w:rPr>
                <w:sz w:val="12"/>
              </w:rPr>
              <w:t>8 AY</w:t>
            </w:r>
          </w:p>
        </w:tc>
        <w:tc>
          <w:tcPr>
            <w:tcW w:w="850" w:type="dxa"/>
            <w:tcMar>
              <w:top w:w="55" w:type="dxa"/>
              <w:left w:w="70" w:type="dxa"/>
              <w:bottom w:w="55" w:type="dxa"/>
              <w:right w:w="70" w:type="dxa"/>
            </w:tcMar>
          </w:tcPr>
          <w:p w14:paraId="38F19C2D" w14:textId="77777777" w:rsidR="00543BDC" w:rsidRDefault="00000000">
            <w:pPr>
              <w:spacing w:after="0" w:line="240" w:lineRule="auto"/>
              <w:jc w:val="center"/>
            </w:pPr>
            <w:r>
              <w:rPr>
                <w:sz w:val="12"/>
              </w:rPr>
              <w:t>Kısmen</w:t>
            </w:r>
          </w:p>
        </w:tc>
      </w:tr>
      <w:tr w:rsidR="00543BDC" w14:paraId="23A16581" w14:textId="77777777">
        <w:trPr>
          <w:jc w:val="center"/>
        </w:trPr>
        <w:tc>
          <w:tcPr>
            <w:tcW w:w="454" w:type="dxa"/>
            <w:shd w:val="clear" w:color="auto" w:fill="F7F9FC"/>
            <w:tcMar>
              <w:top w:w="55" w:type="dxa"/>
              <w:left w:w="70" w:type="dxa"/>
              <w:bottom w:w="55" w:type="dxa"/>
              <w:right w:w="70" w:type="dxa"/>
            </w:tcMar>
          </w:tcPr>
          <w:p w14:paraId="5517664C" w14:textId="77777777" w:rsidR="00543BDC" w:rsidRDefault="00000000">
            <w:pPr>
              <w:spacing w:after="0" w:line="240" w:lineRule="auto"/>
              <w:jc w:val="center"/>
            </w:pPr>
            <w:r>
              <w:rPr>
                <w:b/>
                <w:sz w:val="12"/>
              </w:rPr>
              <w:t>28</w:t>
            </w:r>
          </w:p>
        </w:tc>
        <w:tc>
          <w:tcPr>
            <w:tcW w:w="1361" w:type="dxa"/>
            <w:shd w:val="clear" w:color="auto" w:fill="F7F9FC"/>
            <w:tcMar>
              <w:top w:w="55" w:type="dxa"/>
              <w:left w:w="70" w:type="dxa"/>
              <w:bottom w:w="55" w:type="dxa"/>
              <w:right w:w="70" w:type="dxa"/>
            </w:tcMar>
          </w:tcPr>
          <w:p w14:paraId="7DBC4C58"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3BC9CAE6" w14:textId="77777777" w:rsidR="00543BDC" w:rsidRDefault="00000000">
            <w:pPr>
              <w:spacing w:after="0" w:line="240" w:lineRule="auto"/>
            </w:pPr>
            <w:r>
              <w:rPr>
                <w:sz w:val="12"/>
              </w:rPr>
              <w:t>Emeklilik İşlemleri</w:t>
            </w:r>
            <w:r>
              <w:rPr>
                <w:sz w:val="12"/>
              </w:rPr>
              <w:br/>
              <w:t>İsteğe bağlı, yaş haddinden ve malulen emeklilik emekliye ayrılma işlemleri</w:t>
            </w:r>
          </w:p>
        </w:tc>
        <w:tc>
          <w:tcPr>
            <w:tcW w:w="2268" w:type="dxa"/>
            <w:shd w:val="clear" w:color="auto" w:fill="F7F9FC"/>
            <w:tcMar>
              <w:top w:w="55" w:type="dxa"/>
              <w:left w:w="70" w:type="dxa"/>
              <w:bottom w:w="55" w:type="dxa"/>
              <w:right w:w="70" w:type="dxa"/>
            </w:tcMar>
          </w:tcPr>
          <w:p w14:paraId="4779A801" w14:textId="77777777" w:rsidR="00543BDC" w:rsidRDefault="00000000">
            <w:pPr>
              <w:spacing w:after="0" w:line="240" w:lineRule="auto"/>
            </w:pPr>
            <w:r>
              <w:rPr>
                <w:sz w:val="12"/>
              </w:rPr>
              <w:t>5434 ve 5510 Sayılı Kanun</w:t>
            </w:r>
          </w:p>
        </w:tc>
        <w:tc>
          <w:tcPr>
            <w:tcW w:w="1134" w:type="dxa"/>
            <w:shd w:val="clear" w:color="auto" w:fill="F7F9FC"/>
            <w:tcMar>
              <w:top w:w="55" w:type="dxa"/>
              <w:left w:w="70" w:type="dxa"/>
              <w:bottom w:w="55" w:type="dxa"/>
              <w:right w:w="70" w:type="dxa"/>
            </w:tcMar>
          </w:tcPr>
          <w:p w14:paraId="212F0F06"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256018CC"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72A405C0" w14:textId="77777777" w:rsidR="00543BDC" w:rsidRDefault="00000000">
            <w:pPr>
              <w:spacing w:after="0" w:line="240" w:lineRule="auto"/>
            </w:pPr>
            <w:r>
              <w:rPr>
                <w:sz w:val="12"/>
              </w:rPr>
              <w:t>•Birim üst yazısı •Emeklilik dilekçesi •Banka talep dilekçesi •Emeklilik Belgesi •Malulen emeklilkte Sağlık Kurulu Raporu •Sigortalı hizmet dökümü •Hizmet borçlanma evrakları</w:t>
            </w:r>
          </w:p>
        </w:tc>
        <w:tc>
          <w:tcPr>
            <w:tcW w:w="850" w:type="dxa"/>
            <w:shd w:val="clear" w:color="auto" w:fill="F7F9FC"/>
            <w:tcMar>
              <w:top w:w="55" w:type="dxa"/>
              <w:left w:w="70" w:type="dxa"/>
              <w:bottom w:w="55" w:type="dxa"/>
              <w:right w:w="70" w:type="dxa"/>
            </w:tcMar>
          </w:tcPr>
          <w:p w14:paraId="197D8712" w14:textId="77777777" w:rsidR="00543BDC" w:rsidRDefault="00000000">
            <w:pPr>
              <w:spacing w:after="0" w:line="240" w:lineRule="auto"/>
              <w:jc w:val="center"/>
            </w:pPr>
            <w:r>
              <w:rPr>
                <w:sz w:val="12"/>
              </w:rPr>
              <w:t>1 ay</w:t>
            </w:r>
          </w:p>
        </w:tc>
        <w:tc>
          <w:tcPr>
            <w:tcW w:w="850" w:type="dxa"/>
            <w:shd w:val="clear" w:color="auto" w:fill="F7F9FC"/>
            <w:tcMar>
              <w:top w:w="55" w:type="dxa"/>
              <w:left w:w="70" w:type="dxa"/>
              <w:bottom w:w="55" w:type="dxa"/>
              <w:right w:w="70" w:type="dxa"/>
            </w:tcMar>
          </w:tcPr>
          <w:p w14:paraId="7FB37BCD" w14:textId="77777777" w:rsidR="00543BDC" w:rsidRDefault="00000000">
            <w:pPr>
              <w:spacing w:after="0" w:line="240" w:lineRule="auto"/>
              <w:jc w:val="center"/>
            </w:pPr>
            <w:r>
              <w:rPr>
                <w:sz w:val="12"/>
              </w:rPr>
              <w:t>Evet</w:t>
            </w:r>
          </w:p>
        </w:tc>
      </w:tr>
      <w:tr w:rsidR="00543BDC" w14:paraId="6702A9B8" w14:textId="77777777">
        <w:trPr>
          <w:jc w:val="center"/>
        </w:trPr>
        <w:tc>
          <w:tcPr>
            <w:tcW w:w="454" w:type="dxa"/>
            <w:tcMar>
              <w:top w:w="55" w:type="dxa"/>
              <w:left w:w="70" w:type="dxa"/>
              <w:bottom w:w="55" w:type="dxa"/>
              <w:right w:w="70" w:type="dxa"/>
            </w:tcMar>
          </w:tcPr>
          <w:p w14:paraId="01BFCD6D" w14:textId="77777777" w:rsidR="00543BDC" w:rsidRDefault="00000000">
            <w:pPr>
              <w:spacing w:after="0" w:line="240" w:lineRule="auto"/>
              <w:jc w:val="center"/>
            </w:pPr>
            <w:r>
              <w:rPr>
                <w:b/>
                <w:sz w:val="12"/>
              </w:rPr>
              <w:t>29</w:t>
            </w:r>
          </w:p>
        </w:tc>
        <w:tc>
          <w:tcPr>
            <w:tcW w:w="1361" w:type="dxa"/>
            <w:tcMar>
              <w:top w:w="55" w:type="dxa"/>
              <w:left w:w="70" w:type="dxa"/>
              <w:bottom w:w="55" w:type="dxa"/>
              <w:right w:w="70" w:type="dxa"/>
            </w:tcMar>
          </w:tcPr>
          <w:p w14:paraId="36386D9E"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2DD227E2" w14:textId="77777777" w:rsidR="00543BDC" w:rsidRDefault="00000000">
            <w:pPr>
              <w:spacing w:after="0" w:line="240" w:lineRule="auto"/>
            </w:pPr>
            <w:r>
              <w:rPr>
                <w:sz w:val="12"/>
              </w:rPr>
              <w:t>Emekli Akademik ve İdari Personelin hususi pasaport çıkarma ve süre uzatma işlemleri</w:t>
            </w:r>
            <w:r>
              <w:rPr>
                <w:sz w:val="12"/>
              </w:rPr>
              <w:br/>
              <w:t>Emekli akademik ve idari personelin hususi pasaport çıkarma ve süre uzatma için gerekli yazı talepleri</w:t>
            </w:r>
          </w:p>
        </w:tc>
        <w:tc>
          <w:tcPr>
            <w:tcW w:w="2268" w:type="dxa"/>
            <w:tcMar>
              <w:top w:w="55" w:type="dxa"/>
              <w:left w:w="70" w:type="dxa"/>
              <w:bottom w:w="55" w:type="dxa"/>
              <w:right w:w="70" w:type="dxa"/>
            </w:tcMar>
          </w:tcPr>
          <w:p w14:paraId="7250DFA4" w14:textId="77777777" w:rsidR="00543BDC" w:rsidRDefault="00000000">
            <w:pPr>
              <w:spacing w:after="0" w:line="240" w:lineRule="auto"/>
            </w:pPr>
            <w:r>
              <w:rPr>
                <w:sz w:val="12"/>
              </w:rPr>
              <w:t>5683 Sayılı Pasaport Kanunu</w:t>
            </w:r>
          </w:p>
        </w:tc>
        <w:tc>
          <w:tcPr>
            <w:tcW w:w="1134" w:type="dxa"/>
            <w:tcMar>
              <w:top w:w="55" w:type="dxa"/>
              <w:left w:w="70" w:type="dxa"/>
              <w:bottom w:w="55" w:type="dxa"/>
              <w:right w:w="70" w:type="dxa"/>
            </w:tcMar>
          </w:tcPr>
          <w:p w14:paraId="23A08EEA" w14:textId="77777777" w:rsidR="00543BDC" w:rsidRDefault="00000000">
            <w:pPr>
              <w:spacing w:after="0" w:line="240" w:lineRule="auto"/>
            </w:pPr>
            <w:r>
              <w:rPr>
                <w:sz w:val="12"/>
              </w:rPr>
              <w:t>Görevinden ayrılan (istifa, emeklilik, vefat) Akademik ve İdari Personel</w:t>
            </w:r>
          </w:p>
        </w:tc>
        <w:tc>
          <w:tcPr>
            <w:tcW w:w="1928" w:type="dxa"/>
            <w:tcMar>
              <w:top w:w="55" w:type="dxa"/>
              <w:left w:w="70" w:type="dxa"/>
              <w:bottom w:w="55" w:type="dxa"/>
              <w:right w:w="70" w:type="dxa"/>
            </w:tcMar>
          </w:tcPr>
          <w:p w14:paraId="6197760E"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0A98E921" w14:textId="77777777" w:rsidR="00543BDC" w:rsidRDefault="00000000">
            <w:pPr>
              <w:spacing w:after="0" w:line="240" w:lineRule="auto"/>
            </w:pPr>
            <w:r>
              <w:rPr>
                <w:sz w:val="12"/>
              </w:rPr>
              <w:t>•Emekli personelin dilekçesi •Pasaport talep yazısı</w:t>
            </w:r>
          </w:p>
        </w:tc>
        <w:tc>
          <w:tcPr>
            <w:tcW w:w="850" w:type="dxa"/>
            <w:tcMar>
              <w:top w:w="55" w:type="dxa"/>
              <w:left w:w="70" w:type="dxa"/>
              <w:bottom w:w="55" w:type="dxa"/>
              <w:right w:w="70" w:type="dxa"/>
            </w:tcMar>
          </w:tcPr>
          <w:p w14:paraId="27345C00"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1EBA2AA4" w14:textId="77777777" w:rsidR="00543BDC" w:rsidRDefault="00000000">
            <w:pPr>
              <w:spacing w:after="0" w:line="240" w:lineRule="auto"/>
              <w:jc w:val="center"/>
            </w:pPr>
            <w:r>
              <w:rPr>
                <w:sz w:val="12"/>
              </w:rPr>
              <w:t>Evet</w:t>
            </w:r>
          </w:p>
        </w:tc>
      </w:tr>
      <w:tr w:rsidR="00543BDC" w14:paraId="73CCB183" w14:textId="77777777">
        <w:trPr>
          <w:jc w:val="center"/>
        </w:trPr>
        <w:tc>
          <w:tcPr>
            <w:tcW w:w="454" w:type="dxa"/>
            <w:shd w:val="clear" w:color="auto" w:fill="F7F9FC"/>
            <w:tcMar>
              <w:top w:w="55" w:type="dxa"/>
              <w:left w:w="70" w:type="dxa"/>
              <w:bottom w:w="55" w:type="dxa"/>
              <w:right w:w="70" w:type="dxa"/>
            </w:tcMar>
          </w:tcPr>
          <w:p w14:paraId="6C35F75F" w14:textId="77777777" w:rsidR="00543BDC" w:rsidRDefault="00000000">
            <w:pPr>
              <w:spacing w:after="0" w:line="240" w:lineRule="auto"/>
              <w:jc w:val="center"/>
            </w:pPr>
            <w:r>
              <w:rPr>
                <w:b/>
                <w:sz w:val="12"/>
              </w:rPr>
              <w:t>30</w:t>
            </w:r>
          </w:p>
        </w:tc>
        <w:tc>
          <w:tcPr>
            <w:tcW w:w="1361" w:type="dxa"/>
            <w:shd w:val="clear" w:color="auto" w:fill="F7F9FC"/>
            <w:tcMar>
              <w:top w:w="55" w:type="dxa"/>
              <w:left w:w="70" w:type="dxa"/>
              <w:bottom w:w="55" w:type="dxa"/>
              <w:right w:w="70" w:type="dxa"/>
            </w:tcMar>
          </w:tcPr>
          <w:p w14:paraId="6D5FD731"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10CF715C" w14:textId="77777777" w:rsidR="00543BDC" w:rsidRDefault="00000000">
            <w:pPr>
              <w:spacing w:after="0" w:line="240" w:lineRule="auto"/>
            </w:pPr>
            <w:r>
              <w:rPr>
                <w:sz w:val="12"/>
              </w:rPr>
              <w:t>Akademik ve İdari Personelin Çalışma Belgesi Talepleri</w:t>
            </w:r>
            <w:r>
              <w:rPr>
                <w:sz w:val="12"/>
              </w:rPr>
              <w:br/>
              <w:t>Akademik ve İdari Personelin Çalışma Belgesi Talepleri</w:t>
            </w:r>
          </w:p>
        </w:tc>
        <w:tc>
          <w:tcPr>
            <w:tcW w:w="2268" w:type="dxa"/>
            <w:shd w:val="clear" w:color="auto" w:fill="F7F9FC"/>
            <w:tcMar>
              <w:top w:w="55" w:type="dxa"/>
              <w:left w:w="70" w:type="dxa"/>
              <w:bottom w:w="55" w:type="dxa"/>
              <w:right w:w="70" w:type="dxa"/>
            </w:tcMar>
          </w:tcPr>
          <w:p w14:paraId="013C81F6" w14:textId="77777777" w:rsidR="00543BDC" w:rsidRDefault="00000000">
            <w:pPr>
              <w:spacing w:after="0" w:line="240" w:lineRule="auto"/>
            </w:pPr>
            <w:r>
              <w:rPr>
                <w:sz w:val="12"/>
              </w:rPr>
              <w:t>657 Sayılı Devlet Memurları Kanunu- 2914 Sayılı Yükseköğretim Personel Kanunu</w:t>
            </w:r>
          </w:p>
        </w:tc>
        <w:tc>
          <w:tcPr>
            <w:tcW w:w="1134" w:type="dxa"/>
            <w:shd w:val="clear" w:color="auto" w:fill="F7F9FC"/>
            <w:tcMar>
              <w:top w:w="55" w:type="dxa"/>
              <w:left w:w="70" w:type="dxa"/>
              <w:bottom w:w="55" w:type="dxa"/>
              <w:right w:w="70" w:type="dxa"/>
            </w:tcMar>
          </w:tcPr>
          <w:p w14:paraId="09525BF0"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379DC80D"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3B10731A" w14:textId="77777777" w:rsidR="00543BDC" w:rsidRDefault="00000000">
            <w:pPr>
              <w:spacing w:after="0" w:line="240" w:lineRule="auto"/>
            </w:pPr>
            <w:r>
              <w:rPr>
                <w:sz w:val="12"/>
              </w:rPr>
              <w:t>Personelin dilekçesi</w:t>
            </w:r>
          </w:p>
        </w:tc>
        <w:tc>
          <w:tcPr>
            <w:tcW w:w="850" w:type="dxa"/>
            <w:shd w:val="clear" w:color="auto" w:fill="F7F9FC"/>
            <w:tcMar>
              <w:top w:w="55" w:type="dxa"/>
              <w:left w:w="70" w:type="dxa"/>
              <w:bottom w:w="55" w:type="dxa"/>
              <w:right w:w="70" w:type="dxa"/>
            </w:tcMar>
          </w:tcPr>
          <w:p w14:paraId="011C7C79"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3CDFE122" w14:textId="77777777" w:rsidR="00543BDC" w:rsidRDefault="00000000">
            <w:pPr>
              <w:spacing w:after="0" w:line="240" w:lineRule="auto"/>
              <w:jc w:val="center"/>
            </w:pPr>
            <w:r>
              <w:rPr>
                <w:sz w:val="12"/>
              </w:rPr>
              <w:t>Evet</w:t>
            </w:r>
          </w:p>
        </w:tc>
      </w:tr>
      <w:tr w:rsidR="00543BDC" w14:paraId="032BB6BE" w14:textId="77777777">
        <w:trPr>
          <w:jc w:val="center"/>
        </w:trPr>
        <w:tc>
          <w:tcPr>
            <w:tcW w:w="454" w:type="dxa"/>
            <w:tcMar>
              <w:top w:w="55" w:type="dxa"/>
              <w:left w:w="70" w:type="dxa"/>
              <w:bottom w:w="55" w:type="dxa"/>
              <w:right w:w="70" w:type="dxa"/>
            </w:tcMar>
          </w:tcPr>
          <w:p w14:paraId="0EC2E3EE" w14:textId="77777777" w:rsidR="00543BDC" w:rsidRDefault="00000000">
            <w:pPr>
              <w:spacing w:after="0" w:line="240" w:lineRule="auto"/>
              <w:jc w:val="center"/>
            </w:pPr>
            <w:r>
              <w:rPr>
                <w:b/>
                <w:sz w:val="12"/>
              </w:rPr>
              <w:t>31</w:t>
            </w:r>
          </w:p>
        </w:tc>
        <w:tc>
          <w:tcPr>
            <w:tcW w:w="1361" w:type="dxa"/>
            <w:tcMar>
              <w:top w:w="55" w:type="dxa"/>
              <w:left w:w="70" w:type="dxa"/>
              <w:bottom w:w="55" w:type="dxa"/>
              <w:right w:w="70" w:type="dxa"/>
            </w:tcMar>
          </w:tcPr>
          <w:p w14:paraId="65AEE651"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01C6AEDC" w14:textId="77777777" w:rsidR="00543BDC" w:rsidRDefault="00000000">
            <w:pPr>
              <w:spacing w:after="0" w:line="240" w:lineRule="auto"/>
            </w:pPr>
            <w:r>
              <w:rPr>
                <w:sz w:val="12"/>
              </w:rPr>
              <w:t>KPSS ile Yerleşen Memur Adaylarının Açıktan Atama İşlemleri</w:t>
            </w:r>
            <w:r>
              <w:rPr>
                <w:sz w:val="12"/>
              </w:rPr>
              <w:br/>
              <w:t>KPSS ile Yerleşen Memur Adaylarının Açıktan Atama İşlemleri</w:t>
            </w:r>
          </w:p>
        </w:tc>
        <w:tc>
          <w:tcPr>
            <w:tcW w:w="2268" w:type="dxa"/>
            <w:tcMar>
              <w:top w:w="55" w:type="dxa"/>
              <w:left w:w="70" w:type="dxa"/>
              <w:bottom w:w="55" w:type="dxa"/>
              <w:right w:w="70" w:type="dxa"/>
            </w:tcMar>
          </w:tcPr>
          <w:p w14:paraId="3E2EE3F2" w14:textId="77777777" w:rsidR="00543BDC" w:rsidRDefault="00000000">
            <w:pPr>
              <w:spacing w:after="0" w:line="240" w:lineRule="auto"/>
            </w:pPr>
            <w:r>
              <w:rPr>
                <w:sz w:val="12"/>
              </w:rPr>
              <w:t>657 SK. ve Kamu Görevlerine İlk Defa Atanacaklar İçin Yapılacak Sınavlar Hakkında Genel Yönetmelik</w:t>
            </w:r>
          </w:p>
        </w:tc>
        <w:tc>
          <w:tcPr>
            <w:tcW w:w="1134" w:type="dxa"/>
            <w:tcMar>
              <w:top w:w="55" w:type="dxa"/>
              <w:left w:w="70" w:type="dxa"/>
              <w:bottom w:w="55" w:type="dxa"/>
              <w:right w:w="70" w:type="dxa"/>
            </w:tcMar>
          </w:tcPr>
          <w:p w14:paraId="27EB9355"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137FFB40"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2FD671C9" w14:textId="77777777" w:rsidR="00543BDC" w:rsidRDefault="00000000">
            <w:pPr>
              <w:spacing w:after="0" w:line="240" w:lineRule="auto"/>
            </w:pPr>
            <w:r>
              <w:rPr>
                <w:sz w:val="12"/>
              </w:rPr>
              <w:t>•Dilekçe •Yerleştirme Sonuç Belgesi •KPSS Sınav Sonuç Belgesi •Nüfus Cüzdanı Sureti •İkametgah beyanı •Sağlık beyanı •Adli sicil beyanı •Diploma Fotokopisi (Aslı ibraz edilecek veya e-devlet çıktısı) •Askerlik beyanı •4 adet Fotoğraf •Görevle alakalı özel belge (ehliyet, sertifika vb) •Mal Bildirim Formu •Arşiv Araştırması</w:t>
            </w:r>
          </w:p>
        </w:tc>
        <w:tc>
          <w:tcPr>
            <w:tcW w:w="850" w:type="dxa"/>
            <w:tcMar>
              <w:top w:w="55" w:type="dxa"/>
              <w:left w:w="70" w:type="dxa"/>
              <w:bottom w:w="55" w:type="dxa"/>
              <w:right w:w="70" w:type="dxa"/>
            </w:tcMar>
          </w:tcPr>
          <w:p w14:paraId="50D7F3F3" w14:textId="77777777" w:rsidR="00543BDC" w:rsidRDefault="00000000">
            <w:pPr>
              <w:spacing w:after="0" w:line="240" w:lineRule="auto"/>
              <w:jc w:val="center"/>
            </w:pPr>
            <w:r>
              <w:rPr>
                <w:sz w:val="12"/>
              </w:rPr>
              <w:t>3 ay</w:t>
            </w:r>
          </w:p>
        </w:tc>
        <w:tc>
          <w:tcPr>
            <w:tcW w:w="850" w:type="dxa"/>
            <w:tcMar>
              <w:top w:w="55" w:type="dxa"/>
              <w:left w:w="70" w:type="dxa"/>
              <w:bottom w:w="55" w:type="dxa"/>
              <w:right w:w="70" w:type="dxa"/>
            </w:tcMar>
          </w:tcPr>
          <w:p w14:paraId="07B69982" w14:textId="77777777" w:rsidR="00543BDC" w:rsidRDefault="00000000">
            <w:pPr>
              <w:spacing w:after="0" w:line="240" w:lineRule="auto"/>
              <w:jc w:val="center"/>
            </w:pPr>
            <w:r>
              <w:rPr>
                <w:sz w:val="12"/>
              </w:rPr>
              <w:t>Evet</w:t>
            </w:r>
          </w:p>
        </w:tc>
      </w:tr>
      <w:tr w:rsidR="00543BDC" w14:paraId="0AE65F18" w14:textId="77777777">
        <w:trPr>
          <w:jc w:val="center"/>
        </w:trPr>
        <w:tc>
          <w:tcPr>
            <w:tcW w:w="454" w:type="dxa"/>
            <w:shd w:val="clear" w:color="auto" w:fill="F7F9FC"/>
            <w:tcMar>
              <w:top w:w="55" w:type="dxa"/>
              <w:left w:w="70" w:type="dxa"/>
              <w:bottom w:w="55" w:type="dxa"/>
              <w:right w:w="70" w:type="dxa"/>
            </w:tcMar>
          </w:tcPr>
          <w:p w14:paraId="3F0E5870" w14:textId="77777777" w:rsidR="00543BDC" w:rsidRDefault="00000000">
            <w:pPr>
              <w:spacing w:after="0" w:line="240" w:lineRule="auto"/>
              <w:jc w:val="center"/>
            </w:pPr>
            <w:r>
              <w:rPr>
                <w:b/>
                <w:sz w:val="12"/>
              </w:rPr>
              <w:t>32</w:t>
            </w:r>
          </w:p>
        </w:tc>
        <w:tc>
          <w:tcPr>
            <w:tcW w:w="1361" w:type="dxa"/>
            <w:shd w:val="clear" w:color="auto" w:fill="F7F9FC"/>
            <w:tcMar>
              <w:top w:w="55" w:type="dxa"/>
              <w:left w:w="70" w:type="dxa"/>
              <w:bottom w:w="55" w:type="dxa"/>
              <w:right w:w="70" w:type="dxa"/>
            </w:tcMar>
          </w:tcPr>
          <w:p w14:paraId="24638A1F"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19B6920B" w14:textId="77777777" w:rsidR="00543BDC" w:rsidRDefault="00000000">
            <w:pPr>
              <w:spacing w:after="0" w:line="240" w:lineRule="auto"/>
            </w:pPr>
            <w:r>
              <w:rPr>
                <w:sz w:val="12"/>
              </w:rPr>
              <w:t>Naklen İdari Personel atama</w:t>
            </w:r>
            <w:r>
              <w:rPr>
                <w:sz w:val="12"/>
              </w:rPr>
              <w:br/>
              <w:t>Başka bir kurumda çalışırken muvafakat yoluyla Üniversitemize naklen atanan kişilerin atama işlemleri</w:t>
            </w:r>
          </w:p>
        </w:tc>
        <w:tc>
          <w:tcPr>
            <w:tcW w:w="2268" w:type="dxa"/>
            <w:shd w:val="clear" w:color="auto" w:fill="F7F9FC"/>
            <w:tcMar>
              <w:top w:w="55" w:type="dxa"/>
              <w:left w:w="70" w:type="dxa"/>
              <w:bottom w:w="55" w:type="dxa"/>
              <w:right w:w="70" w:type="dxa"/>
            </w:tcMar>
          </w:tcPr>
          <w:p w14:paraId="0C0D6E1D" w14:textId="77777777" w:rsidR="00543BDC" w:rsidRDefault="00000000">
            <w:pPr>
              <w:spacing w:after="0" w:line="240" w:lineRule="auto"/>
            </w:pPr>
            <w:r>
              <w:rPr>
                <w:sz w:val="12"/>
              </w:rPr>
              <w:t>657 s.k.74. Mad.</w:t>
            </w:r>
          </w:p>
        </w:tc>
        <w:tc>
          <w:tcPr>
            <w:tcW w:w="1134" w:type="dxa"/>
            <w:shd w:val="clear" w:color="auto" w:fill="F7F9FC"/>
            <w:tcMar>
              <w:top w:w="55" w:type="dxa"/>
              <w:left w:w="70" w:type="dxa"/>
              <w:bottom w:w="55" w:type="dxa"/>
              <w:right w:w="70" w:type="dxa"/>
            </w:tcMar>
          </w:tcPr>
          <w:p w14:paraId="7A461843"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6E1DB859"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053631D6" w14:textId="77777777" w:rsidR="00543BDC" w:rsidRDefault="00000000">
            <w:pPr>
              <w:spacing w:after="0" w:line="240" w:lineRule="auto"/>
            </w:pPr>
            <w:r>
              <w:rPr>
                <w:sz w:val="12"/>
              </w:rPr>
              <w:t>•Dilekçe •Nüfus cüzdanı fotokopisi •Diploma •Askerlik belgesi fotokopisi •Hizmet belgesi 5-Fotoğraf •Muvafakat yazısı</w:t>
            </w:r>
          </w:p>
        </w:tc>
        <w:tc>
          <w:tcPr>
            <w:tcW w:w="850" w:type="dxa"/>
            <w:shd w:val="clear" w:color="auto" w:fill="F7F9FC"/>
            <w:tcMar>
              <w:top w:w="55" w:type="dxa"/>
              <w:left w:w="70" w:type="dxa"/>
              <w:bottom w:w="55" w:type="dxa"/>
              <w:right w:w="70" w:type="dxa"/>
            </w:tcMar>
          </w:tcPr>
          <w:p w14:paraId="0B2289D4" w14:textId="77777777" w:rsidR="00543BDC" w:rsidRDefault="00000000">
            <w:pPr>
              <w:spacing w:after="0" w:line="240" w:lineRule="auto"/>
              <w:jc w:val="center"/>
            </w:pPr>
            <w:r>
              <w:rPr>
                <w:sz w:val="12"/>
              </w:rPr>
              <w:t>1 ay</w:t>
            </w:r>
          </w:p>
        </w:tc>
        <w:tc>
          <w:tcPr>
            <w:tcW w:w="850" w:type="dxa"/>
            <w:shd w:val="clear" w:color="auto" w:fill="F7F9FC"/>
            <w:tcMar>
              <w:top w:w="55" w:type="dxa"/>
              <w:left w:w="70" w:type="dxa"/>
              <w:bottom w:w="55" w:type="dxa"/>
              <w:right w:w="70" w:type="dxa"/>
            </w:tcMar>
          </w:tcPr>
          <w:p w14:paraId="470E4E80" w14:textId="77777777" w:rsidR="00543BDC" w:rsidRDefault="00000000">
            <w:pPr>
              <w:spacing w:after="0" w:line="240" w:lineRule="auto"/>
              <w:jc w:val="center"/>
            </w:pPr>
            <w:r>
              <w:rPr>
                <w:sz w:val="12"/>
              </w:rPr>
              <w:t>Evet</w:t>
            </w:r>
          </w:p>
        </w:tc>
      </w:tr>
      <w:tr w:rsidR="00543BDC" w14:paraId="05BC4E91" w14:textId="77777777">
        <w:trPr>
          <w:jc w:val="center"/>
        </w:trPr>
        <w:tc>
          <w:tcPr>
            <w:tcW w:w="454" w:type="dxa"/>
            <w:tcMar>
              <w:top w:w="55" w:type="dxa"/>
              <w:left w:w="70" w:type="dxa"/>
              <w:bottom w:w="55" w:type="dxa"/>
              <w:right w:w="70" w:type="dxa"/>
            </w:tcMar>
          </w:tcPr>
          <w:p w14:paraId="42DABFFC" w14:textId="77777777" w:rsidR="00543BDC" w:rsidRDefault="00000000">
            <w:pPr>
              <w:spacing w:after="0" w:line="240" w:lineRule="auto"/>
              <w:jc w:val="center"/>
            </w:pPr>
            <w:r>
              <w:rPr>
                <w:b/>
                <w:sz w:val="12"/>
              </w:rPr>
              <w:t>33</w:t>
            </w:r>
          </w:p>
        </w:tc>
        <w:tc>
          <w:tcPr>
            <w:tcW w:w="1361" w:type="dxa"/>
            <w:tcMar>
              <w:top w:w="55" w:type="dxa"/>
              <w:left w:w="70" w:type="dxa"/>
              <w:bottom w:w="55" w:type="dxa"/>
              <w:right w:w="70" w:type="dxa"/>
            </w:tcMar>
          </w:tcPr>
          <w:p w14:paraId="5D03FD16"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7D112D53" w14:textId="77777777" w:rsidR="00543BDC" w:rsidRDefault="00000000">
            <w:pPr>
              <w:spacing w:after="0" w:line="240" w:lineRule="auto"/>
            </w:pPr>
            <w:r>
              <w:rPr>
                <w:sz w:val="12"/>
              </w:rPr>
              <w:t>Yeniden Atama</w:t>
            </w:r>
            <w:r>
              <w:rPr>
                <w:sz w:val="12"/>
              </w:rPr>
              <w:br/>
              <w:t>Kamu kurumlarında çalışırken istifa ederek veya görevinden çekilmiş sayılan personelden Üniversitemize açıktan atanmak isteyenlerin işlemleri</w:t>
            </w:r>
          </w:p>
        </w:tc>
        <w:tc>
          <w:tcPr>
            <w:tcW w:w="2268" w:type="dxa"/>
            <w:tcMar>
              <w:top w:w="55" w:type="dxa"/>
              <w:left w:w="70" w:type="dxa"/>
              <w:bottom w:w="55" w:type="dxa"/>
              <w:right w:w="70" w:type="dxa"/>
            </w:tcMar>
          </w:tcPr>
          <w:p w14:paraId="1704BE6B" w14:textId="77777777" w:rsidR="00543BDC" w:rsidRDefault="00000000">
            <w:pPr>
              <w:spacing w:after="0" w:line="240" w:lineRule="auto"/>
            </w:pPr>
            <w:r>
              <w:rPr>
                <w:sz w:val="12"/>
              </w:rPr>
              <w:t>657 S.K. 92.Mad</w:t>
            </w:r>
          </w:p>
        </w:tc>
        <w:tc>
          <w:tcPr>
            <w:tcW w:w="1134" w:type="dxa"/>
            <w:tcMar>
              <w:top w:w="55" w:type="dxa"/>
              <w:left w:w="70" w:type="dxa"/>
              <w:bottom w:w="55" w:type="dxa"/>
              <w:right w:w="70" w:type="dxa"/>
            </w:tcMar>
          </w:tcPr>
          <w:p w14:paraId="2C09CCB0"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0EFE5029"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4D55EEAA" w14:textId="77777777" w:rsidR="00543BDC" w:rsidRDefault="00000000">
            <w:pPr>
              <w:spacing w:after="0" w:line="240" w:lineRule="auto"/>
            </w:pPr>
            <w:r>
              <w:rPr>
                <w:sz w:val="12"/>
              </w:rPr>
              <w:t>•Dilekçe •Nüfus cüzdanı fotokopisi •İkametgah beyanı •Sağlık beyanı •Adli sicil beyanı •Diploma Fotokopisi (Aslı ibraz edilecek veya e-devlet •Askerlik belgesi fotokopisi •Hizmet belgesi •Fotoğraf •Arşiv Araştırması</w:t>
            </w:r>
          </w:p>
        </w:tc>
        <w:tc>
          <w:tcPr>
            <w:tcW w:w="850" w:type="dxa"/>
            <w:tcMar>
              <w:top w:w="55" w:type="dxa"/>
              <w:left w:w="70" w:type="dxa"/>
              <w:bottom w:w="55" w:type="dxa"/>
              <w:right w:w="70" w:type="dxa"/>
            </w:tcMar>
          </w:tcPr>
          <w:p w14:paraId="74B1CB51" w14:textId="77777777" w:rsidR="00543BDC" w:rsidRDefault="00000000">
            <w:pPr>
              <w:spacing w:after="0" w:line="240" w:lineRule="auto"/>
              <w:jc w:val="center"/>
            </w:pPr>
            <w:r>
              <w:rPr>
                <w:sz w:val="12"/>
              </w:rPr>
              <w:t>3 ay</w:t>
            </w:r>
          </w:p>
        </w:tc>
        <w:tc>
          <w:tcPr>
            <w:tcW w:w="850" w:type="dxa"/>
            <w:tcMar>
              <w:top w:w="55" w:type="dxa"/>
              <w:left w:w="70" w:type="dxa"/>
              <w:bottom w:w="55" w:type="dxa"/>
              <w:right w:w="70" w:type="dxa"/>
            </w:tcMar>
          </w:tcPr>
          <w:p w14:paraId="63D1E147" w14:textId="77777777" w:rsidR="00543BDC" w:rsidRDefault="00000000">
            <w:pPr>
              <w:spacing w:after="0" w:line="240" w:lineRule="auto"/>
              <w:jc w:val="center"/>
            </w:pPr>
            <w:r>
              <w:rPr>
                <w:sz w:val="12"/>
              </w:rPr>
              <w:t>Evet</w:t>
            </w:r>
          </w:p>
        </w:tc>
      </w:tr>
      <w:tr w:rsidR="00543BDC" w14:paraId="3C0998EB" w14:textId="77777777">
        <w:trPr>
          <w:jc w:val="center"/>
        </w:trPr>
        <w:tc>
          <w:tcPr>
            <w:tcW w:w="454" w:type="dxa"/>
            <w:shd w:val="clear" w:color="auto" w:fill="F7F9FC"/>
            <w:tcMar>
              <w:top w:w="55" w:type="dxa"/>
              <w:left w:w="70" w:type="dxa"/>
              <w:bottom w:w="55" w:type="dxa"/>
              <w:right w:w="70" w:type="dxa"/>
            </w:tcMar>
          </w:tcPr>
          <w:p w14:paraId="241EC820" w14:textId="77777777" w:rsidR="00543BDC" w:rsidRDefault="00000000">
            <w:pPr>
              <w:spacing w:after="0" w:line="240" w:lineRule="auto"/>
              <w:jc w:val="center"/>
            </w:pPr>
            <w:r>
              <w:rPr>
                <w:b/>
                <w:sz w:val="12"/>
              </w:rPr>
              <w:t>34</w:t>
            </w:r>
          </w:p>
        </w:tc>
        <w:tc>
          <w:tcPr>
            <w:tcW w:w="1361" w:type="dxa"/>
            <w:shd w:val="clear" w:color="auto" w:fill="F7F9FC"/>
            <w:tcMar>
              <w:top w:w="55" w:type="dxa"/>
              <w:left w:w="70" w:type="dxa"/>
              <w:bottom w:w="55" w:type="dxa"/>
              <w:right w:w="70" w:type="dxa"/>
            </w:tcMar>
          </w:tcPr>
          <w:p w14:paraId="4BF036FC"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597A46B3" w14:textId="77777777" w:rsidR="00543BDC" w:rsidRDefault="00000000">
            <w:pPr>
              <w:spacing w:after="0" w:line="240" w:lineRule="auto"/>
            </w:pPr>
            <w:r>
              <w:rPr>
                <w:sz w:val="12"/>
              </w:rPr>
              <w:t>Korunmaya Muhtaç Çocukların İstihdamı</w:t>
            </w:r>
            <w:r>
              <w:rPr>
                <w:sz w:val="12"/>
              </w:rPr>
              <w:br/>
              <w:t>Korunmaya Muhtaç Çocukların İstihdamı</w:t>
            </w:r>
          </w:p>
        </w:tc>
        <w:tc>
          <w:tcPr>
            <w:tcW w:w="2268" w:type="dxa"/>
            <w:shd w:val="clear" w:color="auto" w:fill="F7F9FC"/>
            <w:tcMar>
              <w:top w:w="55" w:type="dxa"/>
              <w:left w:w="70" w:type="dxa"/>
              <w:bottom w:w="55" w:type="dxa"/>
              <w:right w:w="70" w:type="dxa"/>
            </w:tcMar>
          </w:tcPr>
          <w:p w14:paraId="42F7231C" w14:textId="77777777" w:rsidR="00543BDC" w:rsidRDefault="00000000">
            <w:pPr>
              <w:spacing w:after="0" w:line="240" w:lineRule="auto"/>
            </w:pPr>
            <w:r>
              <w:rPr>
                <w:sz w:val="12"/>
              </w:rPr>
              <w:t>2828 Sayılı Sosyal Hizmetler Kanunu</w:t>
            </w:r>
          </w:p>
        </w:tc>
        <w:tc>
          <w:tcPr>
            <w:tcW w:w="1134" w:type="dxa"/>
            <w:shd w:val="clear" w:color="auto" w:fill="F7F9FC"/>
            <w:tcMar>
              <w:top w:w="55" w:type="dxa"/>
              <w:left w:w="70" w:type="dxa"/>
              <w:bottom w:w="55" w:type="dxa"/>
              <w:right w:w="70" w:type="dxa"/>
            </w:tcMar>
          </w:tcPr>
          <w:p w14:paraId="1E0ABA19"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1C920B27"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29C2A83E" w14:textId="77777777" w:rsidR="00543BDC" w:rsidRDefault="00000000">
            <w:pPr>
              <w:spacing w:after="0" w:line="240" w:lineRule="auto"/>
            </w:pPr>
            <w:r>
              <w:rPr>
                <w:sz w:val="12"/>
              </w:rPr>
              <w:t>•Dilekçe •Kimlik sureti •İkametgah beyanı •Sağlık beyanı •Adli sicil beyanı •Askerlik beyanı •Diploma •4 adet Fotoğraf •Görevle alakalı özel belge (ehliyet, sertifika vb.) •Mal Bildirim Formu •Yerleştirildiğini gösterir belge (İnternet çıktısı ) •Arşiv Araştırması</w:t>
            </w:r>
          </w:p>
        </w:tc>
        <w:tc>
          <w:tcPr>
            <w:tcW w:w="850" w:type="dxa"/>
            <w:shd w:val="clear" w:color="auto" w:fill="F7F9FC"/>
            <w:tcMar>
              <w:top w:w="55" w:type="dxa"/>
              <w:left w:w="70" w:type="dxa"/>
              <w:bottom w:w="55" w:type="dxa"/>
              <w:right w:w="70" w:type="dxa"/>
            </w:tcMar>
          </w:tcPr>
          <w:p w14:paraId="2BBD1A88" w14:textId="77777777" w:rsidR="00543BDC" w:rsidRDefault="00000000">
            <w:pPr>
              <w:spacing w:after="0" w:line="240" w:lineRule="auto"/>
              <w:jc w:val="center"/>
            </w:pPr>
            <w:r>
              <w:rPr>
                <w:sz w:val="12"/>
              </w:rPr>
              <w:t>3 ay</w:t>
            </w:r>
          </w:p>
        </w:tc>
        <w:tc>
          <w:tcPr>
            <w:tcW w:w="850" w:type="dxa"/>
            <w:shd w:val="clear" w:color="auto" w:fill="F7F9FC"/>
            <w:tcMar>
              <w:top w:w="55" w:type="dxa"/>
              <w:left w:w="70" w:type="dxa"/>
              <w:bottom w:w="55" w:type="dxa"/>
              <w:right w:w="70" w:type="dxa"/>
            </w:tcMar>
          </w:tcPr>
          <w:p w14:paraId="10AF9C3D" w14:textId="77777777" w:rsidR="00543BDC" w:rsidRDefault="00000000">
            <w:pPr>
              <w:spacing w:after="0" w:line="240" w:lineRule="auto"/>
              <w:jc w:val="center"/>
            </w:pPr>
            <w:r>
              <w:rPr>
                <w:sz w:val="12"/>
              </w:rPr>
              <w:t>Evet</w:t>
            </w:r>
          </w:p>
        </w:tc>
      </w:tr>
      <w:tr w:rsidR="00543BDC" w14:paraId="2F3CBF70" w14:textId="77777777">
        <w:trPr>
          <w:jc w:val="center"/>
        </w:trPr>
        <w:tc>
          <w:tcPr>
            <w:tcW w:w="454" w:type="dxa"/>
            <w:tcMar>
              <w:top w:w="55" w:type="dxa"/>
              <w:left w:w="70" w:type="dxa"/>
              <w:bottom w:w="55" w:type="dxa"/>
              <w:right w:w="70" w:type="dxa"/>
            </w:tcMar>
          </w:tcPr>
          <w:p w14:paraId="573C3128" w14:textId="77777777" w:rsidR="00543BDC" w:rsidRDefault="00000000">
            <w:pPr>
              <w:spacing w:after="0" w:line="240" w:lineRule="auto"/>
              <w:jc w:val="center"/>
            </w:pPr>
            <w:r>
              <w:rPr>
                <w:b/>
                <w:sz w:val="12"/>
              </w:rPr>
              <w:t>35</w:t>
            </w:r>
          </w:p>
        </w:tc>
        <w:tc>
          <w:tcPr>
            <w:tcW w:w="1361" w:type="dxa"/>
            <w:tcMar>
              <w:top w:w="55" w:type="dxa"/>
              <w:left w:w="70" w:type="dxa"/>
              <w:bottom w:w="55" w:type="dxa"/>
              <w:right w:w="70" w:type="dxa"/>
            </w:tcMar>
          </w:tcPr>
          <w:p w14:paraId="3B36B7CE"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3D361F5F" w14:textId="77777777" w:rsidR="00543BDC" w:rsidRDefault="00000000">
            <w:pPr>
              <w:spacing w:after="0" w:line="240" w:lineRule="auto"/>
            </w:pPr>
            <w:r>
              <w:rPr>
                <w:sz w:val="12"/>
              </w:rPr>
              <w:t>Terörle Mücadele Kanununa Göre İstihdam</w:t>
            </w:r>
            <w:r>
              <w:rPr>
                <w:sz w:val="12"/>
              </w:rPr>
              <w:br/>
              <w:t>Terörle Mücadele Kanununa Göre İstihdam</w:t>
            </w:r>
          </w:p>
        </w:tc>
        <w:tc>
          <w:tcPr>
            <w:tcW w:w="2268" w:type="dxa"/>
            <w:tcMar>
              <w:top w:w="55" w:type="dxa"/>
              <w:left w:w="70" w:type="dxa"/>
              <w:bottom w:w="55" w:type="dxa"/>
              <w:right w:w="70" w:type="dxa"/>
            </w:tcMar>
          </w:tcPr>
          <w:p w14:paraId="605E4891" w14:textId="77777777" w:rsidR="00543BDC" w:rsidRDefault="00000000">
            <w:pPr>
              <w:spacing w:after="0" w:line="240" w:lineRule="auto"/>
            </w:pPr>
            <w:r>
              <w:rPr>
                <w:sz w:val="12"/>
              </w:rPr>
              <w:t>3713 sayılı Terörle Mücadele Kanunu</w:t>
            </w:r>
          </w:p>
        </w:tc>
        <w:tc>
          <w:tcPr>
            <w:tcW w:w="1134" w:type="dxa"/>
            <w:tcMar>
              <w:top w:w="55" w:type="dxa"/>
              <w:left w:w="70" w:type="dxa"/>
              <w:bottom w:w="55" w:type="dxa"/>
              <w:right w:w="70" w:type="dxa"/>
            </w:tcMar>
          </w:tcPr>
          <w:p w14:paraId="1C12C057"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16697F08"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683B1CF0" w14:textId="77777777" w:rsidR="00543BDC" w:rsidRDefault="00000000">
            <w:pPr>
              <w:spacing w:after="0" w:line="240" w:lineRule="auto"/>
            </w:pPr>
            <w:r>
              <w:rPr>
                <w:sz w:val="12"/>
              </w:rPr>
              <w:t>•Dilekçe •Nüfus Cüzdanı Fotokopisi (Aslı ibraz edilecek) •İkametgah beyanı •Sağlık beyanı •Adli sicil beyanı •Askerlik beyanı •Diploma •4 adet Fotoğraf •Görevle alakalı özel belge (ehliyet, sertifika vb.) •Mal Bildirim Formu •Yerleştirildiğini gösterir belge (İnternet çıktısı ) •Arşiv Araştırması</w:t>
            </w:r>
          </w:p>
        </w:tc>
        <w:tc>
          <w:tcPr>
            <w:tcW w:w="850" w:type="dxa"/>
            <w:tcMar>
              <w:top w:w="55" w:type="dxa"/>
              <w:left w:w="70" w:type="dxa"/>
              <w:bottom w:w="55" w:type="dxa"/>
              <w:right w:w="70" w:type="dxa"/>
            </w:tcMar>
          </w:tcPr>
          <w:p w14:paraId="3ED20485" w14:textId="77777777" w:rsidR="00543BDC" w:rsidRDefault="00000000">
            <w:pPr>
              <w:spacing w:after="0" w:line="240" w:lineRule="auto"/>
              <w:jc w:val="center"/>
            </w:pPr>
            <w:r>
              <w:rPr>
                <w:sz w:val="12"/>
              </w:rPr>
              <w:t>3 ay</w:t>
            </w:r>
          </w:p>
        </w:tc>
        <w:tc>
          <w:tcPr>
            <w:tcW w:w="850" w:type="dxa"/>
            <w:tcMar>
              <w:top w:w="55" w:type="dxa"/>
              <w:left w:w="70" w:type="dxa"/>
              <w:bottom w:w="55" w:type="dxa"/>
              <w:right w:w="70" w:type="dxa"/>
            </w:tcMar>
          </w:tcPr>
          <w:p w14:paraId="1A043A49" w14:textId="77777777" w:rsidR="00543BDC" w:rsidRDefault="00000000">
            <w:pPr>
              <w:spacing w:after="0" w:line="240" w:lineRule="auto"/>
              <w:jc w:val="center"/>
            </w:pPr>
            <w:r>
              <w:rPr>
                <w:sz w:val="12"/>
              </w:rPr>
              <w:t>Evet</w:t>
            </w:r>
          </w:p>
        </w:tc>
      </w:tr>
      <w:tr w:rsidR="00543BDC" w14:paraId="5D859FFB" w14:textId="77777777">
        <w:trPr>
          <w:jc w:val="center"/>
        </w:trPr>
        <w:tc>
          <w:tcPr>
            <w:tcW w:w="454" w:type="dxa"/>
            <w:shd w:val="clear" w:color="auto" w:fill="F7F9FC"/>
            <w:tcMar>
              <w:top w:w="55" w:type="dxa"/>
              <w:left w:w="70" w:type="dxa"/>
              <w:bottom w:w="55" w:type="dxa"/>
              <w:right w:w="70" w:type="dxa"/>
            </w:tcMar>
          </w:tcPr>
          <w:p w14:paraId="4888F903" w14:textId="77777777" w:rsidR="00543BDC" w:rsidRDefault="00000000">
            <w:pPr>
              <w:spacing w:after="0" w:line="240" w:lineRule="auto"/>
              <w:jc w:val="center"/>
            </w:pPr>
            <w:r>
              <w:rPr>
                <w:b/>
                <w:sz w:val="12"/>
              </w:rPr>
              <w:t>36</w:t>
            </w:r>
          </w:p>
        </w:tc>
        <w:tc>
          <w:tcPr>
            <w:tcW w:w="1361" w:type="dxa"/>
            <w:shd w:val="clear" w:color="auto" w:fill="F7F9FC"/>
            <w:tcMar>
              <w:top w:w="55" w:type="dxa"/>
              <w:left w:w="70" w:type="dxa"/>
              <w:bottom w:w="55" w:type="dxa"/>
              <w:right w:w="70" w:type="dxa"/>
            </w:tcMar>
          </w:tcPr>
          <w:p w14:paraId="49C5D350"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45487B21" w14:textId="77777777" w:rsidR="00543BDC" w:rsidRDefault="00000000">
            <w:pPr>
              <w:spacing w:after="0" w:line="240" w:lineRule="auto"/>
            </w:pPr>
            <w:r>
              <w:rPr>
                <w:sz w:val="12"/>
              </w:rPr>
              <w:t>Engelli Personel İstihdamı</w:t>
            </w:r>
            <w:r>
              <w:rPr>
                <w:sz w:val="12"/>
              </w:rPr>
              <w:br/>
              <w:t>Engelli Personel İstihdamı</w:t>
            </w:r>
          </w:p>
        </w:tc>
        <w:tc>
          <w:tcPr>
            <w:tcW w:w="2268" w:type="dxa"/>
            <w:shd w:val="clear" w:color="auto" w:fill="F7F9FC"/>
            <w:tcMar>
              <w:top w:w="55" w:type="dxa"/>
              <w:left w:w="70" w:type="dxa"/>
              <w:bottom w:w="55" w:type="dxa"/>
              <w:right w:w="70" w:type="dxa"/>
            </w:tcMar>
          </w:tcPr>
          <w:p w14:paraId="08A87D61" w14:textId="77777777" w:rsidR="00543BDC" w:rsidRDefault="00000000">
            <w:pPr>
              <w:spacing w:after="0" w:line="240" w:lineRule="auto"/>
            </w:pPr>
            <w:r>
              <w:rPr>
                <w:sz w:val="12"/>
              </w:rPr>
              <w:t>657 sayılı Kanunun 53. maddesi uyarınca ve Engelli Kamu Personel Seçme Sınavı ve Engellilerin Devlet Memurluğuna Alınmaları Hakkında Yönetmelik</w:t>
            </w:r>
          </w:p>
        </w:tc>
        <w:tc>
          <w:tcPr>
            <w:tcW w:w="1134" w:type="dxa"/>
            <w:shd w:val="clear" w:color="auto" w:fill="F7F9FC"/>
            <w:tcMar>
              <w:top w:w="55" w:type="dxa"/>
              <w:left w:w="70" w:type="dxa"/>
              <w:bottom w:w="55" w:type="dxa"/>
              <w:right w:w="70" w:type="dxa"/>
            </w:tcMar>
          </w:tcPr>
          <w:p w14:paraId="42DEA44A"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7251919B"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3E4BE8A3" w14:textId="77777777" w:rsidR="00543BDC" w:rsidRDefault="00000000">
            <w:pPr>
              <w:spacing w:after="0" w:line="240" w:lineRule="auto"/>
            </w:pPr>
            <w:r>
              <w:rPr>
                <w:sz w:val="12"/>
              </w:rPr>
              <w:t>•Dilekçe •Yerleştirme Sonuç Belgesi •EKPSS Sınav Sonuç Belgesi •Kimlik Sureti •İkametgah beyanı •Sağlık beyanı •Adli sicil beyanı •Diploma •Askerlik beyanı •4 adet Fotoğraf •Görevle alakalı özel belge (ehliyet, sertifika vb) •Mal Bildirim Formu • Arşiv Araştırması</w:t>
            </w:r>
          </w:p>
        </w:tc>
        <w:tc>
          <w:tcPr>
            <w:tcW w:w="850" w:type="dxa"/>
            <w:shd w:val="clear" w:color="auto" w:fill="F7F9FC"/>
            <w:tcMar>
              <w:top w:w="55" w:type="dxa"/>
              <w:left w:w="70" w:type="dxa"/>
              <w:bottom w:w="55" w:type="dxa"/>
              <w:right w:w="70" w:type="dxa"/>
            </w:tcMar>
          </w:tcPr>
          <w:p w14:paraId="01287C7A" w14:textId="77777777" w:rsidR="00543BDC" w:rsidRDefault="00000000">
            <w:pPr>
              <w:spacing w:after="0" w:line="240" w:lineRule="auto"/>
              <w:jc w:val="center"/>
            </w:pPr>
            <w:r>
              <w:rPr>
                <w:sz w:val="12"/>
              </w:rPr>
              <w:t>3 ay</w:t>
            </w:r>
          </w:p>
        </w:tc>
        <w:tc>
          <w:tcPr>
            <w:tcW w:w="850" w:type="dxa"/>
            <w:shd w:val="clear" w:color="auto" w:fill="F7F9FC"/>
            <w:tcMar>
              <w:top w:w="55" w:type="dxa"/>
              <w:left w:w="70" w:type="dxa"/>
              <w:bottom w:w="55" w:type="dxa"/>
              <w:right w:w="70" w:type="dxa"/>
            </w:tcMar>
          </w:tcPr>
          <w:p w14:paraId="093BFDD6" w14:textId="77777777" w:rsidR="00543BDC" w:rsidRDefault="00000000">
            <w:pPr>
              <w:spacing w:after="0" w:line="240" w:lineRule="auto"/>
              <w:jc w:val="center"/>
            </w:pPr>
            <w:r>
              <w:rPr>
                <w:sz w:val="12"/>
              </w:rPr>
              <w:t>Evet</w:t>
            </w:r>
          </w:p>
        </w:tc>
      </w:tr>
      <w:tr w:rsidR="00543BDC" w14:paraId="38B85816" w14:textId="77777777">
        <w:trPr>
          <w:jc w:val="center"/>
        </w:trPr>
        <w:tc>
          <w:tcPr>
            <w:tcW w:w="454" w:type="dxa"/>
            <w:tcMar>
              <w:top w:w="55" w:type="dxa"/>
              <w:left w:w="70" w:type="dxa"/>
              <w:bottom w:w="55" w:type="dxa"/>
              <w:right w:w="70" w:type="dxa"/>
            </w:tcMar>
          </w:tcPr>
          <w:p w14:paraId="6A575016" w14:textId="77777777" w:rsidR="00543BDC" w:rsidRDefault="00000000">
            <w:pPr>
              <w:spacing w:after="0" w:line="240" w:lineRule="auto"/>
              <w:jc w:val="center"/>
            </w:pPr>
            <w:r>
              <w:rPr>
                <w:b/>
                <w:sz w:val="12"/>
              </w:rPr>
              <w:t>37</w:t>
            </w:r>
          </w:p>
        </w:tc>
        <w:tc>
          <w:tcPr>
            <w:tcW w:w="1361" w:type="dxa"/>
            <w:tcMar>
              <w:top w:w="55" w:type="dxa"/>
              <w:left w:w="70" w:type="dxa"/>
              <w:bottom w:w="55" w:type="dxa"/>
              <w:right w:w="70" w:type="dxa"/>
            </w:tcMar>
          </w:tcPr>
          <w:p w14:paraId="32A853BB"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7EA0EA72" w14:textId="77777777" w:rsidR="00543BDC" w:rsidRDefault="00000000">
            <w:pPr>
              <w:spacing w:after="0" w:line="240" w:lineRule="auto"/>
            </w:pPr>
            <w:r>
              <w:rPr>
                <w:sz w:val="12"/>
              </w:rPr>
              <w:t>İdari Personel Öğrenim Değerlendirmesi</w:t>
            </w:r>
            <w:r>
              <w:rPr>
                <w:sz w:val="12"/>
              </w:rPr>
              <w:br/>
              <w:t>İdari Personel Öğrenim Değerlendirmesi</w:t>
            </w:r>
          </w:p>
        </w:tc>
        <w:tc>
          <w:tcPr>
            <w:tcW w:w="2268" w:type="dxa"/>
            <w:tcMar>
              <w:top w:w="55" w:type="dxa"/>
              <w:left w:w="70" w:type="dxa"/>
              <w:bottom w:w="55" w:type="dxa"/>
              <w:right w:w="70" w:type="dxa"/>
            </w:tcMar>
          </w:tcPr>
          <w:p w14:paraId="7E4F1C7C" w14:textId="77777777" w:rsidR="00543BDC" w:rsidRDefault="00000000">
            <w:pPr>
              <w:spacing w:after="0" w:line="240" w:lineRule="auto"/>
            </w:pPr>
            <w:r>
              <w:rPr>
                <w:sz w:val="12"/>
              </w:rPr>
              <w:t>657 sayılı Devlet Memurları Kanununun 36. maddesi</w:t>
            </w:r>
          </w:p>
        </w:tc>
        <w:tc>
          <w:tcPr>
            <w:tcW w:w="1134" w:type="dxa"/>
            <w:tcMar>
              <w:top w:w="55" w:type="dxa"/>
              <w:left w:w="70" w:type="dxa"/>
              <w:bottom w:w="55" w:type="dxa"/>
              <w:right w:w="70" w:type="dxa"/>
            </w:tcMar>
          </w:tcPr>
          <w:p w14:paraId="3C04B1AA"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1B20A0E6"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4DC95EBC" w14:textId="77777777" w:rsidR="00543BDC" w:rsidRDefault="00000000">
            <w:pPr>
              <w:spacing w:after="0" w:line="240" w:lineRule="auto"/>
            </w:pPr>
            <w:r>
              <w:rPr>
                <w:sz w:val="12"/>
              </w:rPr>
              <w:t>•Personelin kadrosunun bulunduğu birimin üst yazısı •Öğrenim belgesi</w:t>
            </w:r>
          </w:p>
        </w:tc>
        <w:tc>
          <w:tcPr>
            <w:tcW w:w="850" w:type="dxa"/>
            <w:tcMar>
              <w:top w:w="55" w:type="dxa"/>
              <w:left w:w="70" w:type="dxa"/>
              <w:bottom w:w="55" w:type="dxa"/>
              <w:right w:w="70" w:type="dxa"/>
            </w:tcMar>
          </w:tcPr>
          <w:p w14:paraId="41444191"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72942766" w14:textId="77777777" w:rsidR="00543BDC" w:rsidRDefault="00000000">
            <w:pPr>
              <w:spacing w:after="0" w:line="240" w:lineRule="auto"/>
              <w:jc w:val="center"/>
            </w:pPr>
            <w:r>
              <w:rPr>
                <w:sz w:val="12"/>
              </w:rPr>
              <w:t>Evet</w:t>
            </w:r>
          </w:p>
        </w:tc>
      </w:tr>
      <w:tr w:rsidR="00543BDC" w14:paraId="7C46B212" w14:textId="77777777">
        <w:trPr>
          <w:jc w:val="center"/>
        </w:trPr>
        <w:tc>
          <w:tcPr>
            <w:tcW w:w="454" w:type="dxa"/>
            <w:shd w:val="clear" w:color="auto" w:fill="F7F9FC"/>
            <w:tcMar>
              <w:top w:w="55" w:type="dxa"/>
              <w:left w:w="70" w:type="dxa"/>
              <w:bottom w:w="55" w:type="dxa"/>
              <w:right w:w="70" w:type="dxa"/>
            </w:tcMar>
          </w:tcPr>
          <w:p w14:paraId="13180A5A" w14:textId="77777777" w:rsidR="00543BDC" w:rsidRDefault="00000000">
            <w:pPr>
              <w:spacing w:after="0" w:line="240" w:lineRule="auto"/>
              <w:jc w:val="center"/>
            </w:pPr>
            <w:r>
              <w:rPr>
                <w:b/>
                <w:sz w:val="12"/>
              </w:rPr>
              <w:t>38</w:t>
            </w:r>
          </w:p>
        </w:tc>
        <w:tc>
          <w:tcPr>
            <w:tcW w:w="1361" w:type="dxa"/>
            <w:shd w:val="clear" w:color="auto" w:fill="F7F9FC"/>
            <w:tcMar>
              <w:top w:w="55" w:type="dxa"/>
              <w:left w:w="70" w:type="dxa"/>
              <w:bottom w:w="55" w:type="dxa"/>
              <w:right w:w="70" w:type="dxa"/>
            </w:tcMar>
          </w:tcPr>
          <w:p w14:paraId="1C51E7AE"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0D31AE8B" w14:textId="77777777" w:rsidR="00543BDC" w:rsidRDefault="00000000">
            <w:pPr>
              <w:spacing w:after="0" w:line="240" w:lineRule="auto"/>
            </w:pPr>
            <w:r>
              <w:rPr>
                <w:sz w:val="12"/>
              </w:rPr>
              <w:t>Adaylık Değerlendirme</w:t>
            </w:r>
            <w:r>
              <w:rPr>
                <w:sz w:val="12"/>
              </w:rPr>
              <w:br/>
              <w:t>Adaylık Değerlendirme</w:t>
            </w:r>
          </w:p>
        </w:tc>
        <w:tc>
          <w:tcPr>
            <w:tcW w:w="2268" w:type="dxa"/>
            <w:shd w:val="clear" w:color="auto" w:fill="F7F9FC"/>
            <w:tcMar>
              <w:top w:w="55" w:type="dxa"/>
              <w:left w:w="70" w:type="dxa"/>
              <w:bottom w:w="55" w:type="dxa"/>
              <w:right w:w="70" w:type="dxa"/>
            </w:tcMar>
          </w:tcPr>
          <w:p w14:paraId="4601C40A" w14:textId="77777777" w:rsidR="00543BDC" w:rsidRDefault="00000000">
            <w:pPr>
              <w:spacing w:after="0" w:line="240" w:lineRule="auto"/>
            </w:pPr>
            <w:r>
              <w:rPr>
                <w:sz w:val="12"/>
              </w:rPr>
              <w:t>657 SK.58. ve 159. Mad.ger.</w:t>
            </w:r>
          </w:p>
        </w:tc>
        <w:tc>
          <w:tcPr>
            <w:tcW w:w="1134" w:type="dxa"/>
            <w:shd w:val="clear" w:color="auto" w:fill="F7F9FC"/>
            <w:tcMar>
              <w:top w:w="55" w:type="dxa"/>
              <w:left w:w="70" w:type="dxa"/>
              <w:bottom w:w="55" w:type="dxa"/>
              <w:right w:w="70" w:type="dxa"/>
            </w:tcMar>
          </w:tcPr>
          <w:p w14:paraId="4CCAA0A7"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14820B86"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5C00D9E3" w14:textId="77777777" w:rsidR="00543BDC" w:rsidRDefault="00000000">
            <w:pPr>
              <w:spacing w:after="0" w:line="240" w:lineRule="auto"/>
            </w:pPr>
            <w:r>
              <w:rPr>
                <w:sz w:val="12"/>
              </w:rPr>
              <w:t>•Birimin teklif yazısı •Staj Değerlendirme Formu •Hizmet İçi Eğitim Bürosu tarafından düzenlenen disiplin cezasının olmadığına dair belge</w:t>
            </w:r>
          </w:p>
        </w:tc>
        <w:tc>
          <w:tcPr>
            <w:tcW w:w="850" w:type="dxa"/>
            <w:shd w:val="clear" w:color="auto" w:fill="F7F9FC"/>
            <w:tcMar>
              <w:top w:w="55" w:type="dxa"/>
              <w:left w:w="70" w:type="dxa"/>
              <w:bottom w:w="55" w:type="dxa"/>
              <w:right w:w="70" w:type="dxa"/>
            </w:tcMar>
          </w:tcPr>
          <w:p w14:paraId="27B3BAE0" w14:textId="77777777" w:rsidR="00543BDC" w:rsidRDefault="00000000">
            <w:pPr>
              <w:spacing w:after="0" w:line="240" w:lineRule="auto"/>
              <w:jc w:val="center"/>
            </w:pPr>
            <w:r>
              <w:rPr>
                <w:sz w:val="12"/>
              </w:rPr>
              <w:t>3 gün</w:t>
            </w:r>
          </w:p>
        </w:tc>
        <w:tc>
          <w:tcPr>
            <w:tcW w:w="850" w:type="dxa"/>
            <w:shd w:val="clear" w:color="auto" w:fill="F7F9FC"/>
            <w:tcMar>
              <w:top w:w="55" w:type="dxa"/>
              <w:left w:w="70" w:type="dxa"/>
              <w:bottom w:w="55" w:type="dxa"/>
              <w:right w:w="70" w:type="dxa"/>
            </w:tcMar>
          </w:tcPr>
          <w:p w14:paraId="3514DBF2" w14:textId="77777777" w:rsidR="00543BDC" w:rsidRDefault="00000000">
            <w:pPr>
              <w:spacing w:after="0" w:line="240" w:lineRule="auto"/>
              <w:jc w:val="center"/>
            </w:pPr>
            <w:r>
              <w:rPr>
                <w:sz w:val="12"/>
              </w:rPr>
              <w:t>Evet</w:t>
            </w:r>
          </w:p>
        </w:tc>
      </w:tr>
      <w:tr w:rsidR="00543BDC" w14:paraId="6CCDEE3A" w14:textId="77777777">
        <w:trPr>
          <w:jc w:val="center"/>
        </w:trPr>
        <w:tc>
          <w:tcPr>
            <w:tcW w:w="454" w:type="dxa"/>
            <w:tcMar>
              <w:top w:w="55" w:type="dxa"/>
              <w:left w:w="70" w:type="dxa"/>
              <w:bottom w:w="55" w:type="dxa"/>
              <w:right w:w="70" w:type="dxa"/>
            </w:tcMar>
          </w:tcPr>
          <w:p w14:paraId="3F2A509A" w14:textId="77777777" w:rsidR="00543BDC" w:rsidRDefault="00000000">
            <w:pPr>
              <w:spacing w:after="0" w:line="240" w:lineRule="auto"/>
              <w:jc w:val="center"/>
            </w:pPr>
            <w:r>
              <w:rPr>
                <w:b/>
                <w:sz w:val="12"/>
              </w:rPr>
              <w:lastRenderedPageBreak/>
              <w:t>39</w:t>
            </w:r>
          </w:p>
        </w:tc>
        <w:tc>
          <w:tcPr>
            <w:tcW w:w="1361" w:type="dxa"/>
            <w:tcMar>
              <w:top w:w="55" w:type="dxa"/>
              <w:left w:w="70" w:type="dxa"/>
              <w:bottom w:w="55" w:type="dxa"/>
              <w:right w:w="70" w:type="dxa"/>
            </w:tcMar>
          </w:tcPr>
          <w:p w14:paraId="55630BB8"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53C581A3" w14:textId="77777777" w:rsidR="00543BDC" w:rsidRDefault="00000000">
            <w:pPr>
              <w:spacing w:after="0" w:line="240" w:lineRule="auto"/>
            </w:pPr>
            <w:r>
              <w:rPr>
                <w:sz w:val="12"/>
              </w:rPr>
              <w:t>İdari Personel Terfi İşlemleri</w:t>
            </w:r>
            <w:r>
              <w:rPr>
                <w:sz w:val="12"/>
              </w:rPr>
              <w:br/>
              <w:t>İdari Personel Terfi İşlemleri</w:t>
            </w:r>
          </w:p>
        </w:tc>
        <w:tc>
          <w:tcPr>
            <w:tcW w:w="2268" w:type="dxa"/>
            <w:tcMar>
              <w:top w:w="55" w:type="dxa"/>
              <w:left w:w="70" w:type="dxa"/>
              <w:bottom w:w="55" w:type="dxa"/>
              <w:right w:w="70" w:type="dxa"/>
            </w:tcMar>
          </w:tcPr>
          <w:p w14:paraId="5B0B245A" w14:textId="77777777" w:rsidR="00543BDC" w:rsidRDefault="00000000">
            <w:pPr>
              <w:spacing w:after="0" w:line="240" w:lineRule="auto"/>
            </w:pPr>
            <w:r>
              <w:rPr>
                <w:sz w:val="12"/>
              </w:rPr>
              <w:t>657 S.K. 64. ve 68. Mad.</w:t>
            </w:r>
          </w:p>
        </w:tc>
        <w:tc>
          <w:tcPr>
            <w:tcW w:w="1134" w:type="dxa"/>
            <w:tcMar>
              <w:top w:w="55" w:type="dxa"/>
              <w:left w:w="70" w:type="dxa"/>
              <w:bottom w:w="55" w:type="dxa"/>
              <w:right w:w="70" w:type="dxa"/>
            </w:tcMar>
          </w:tcPr>
          <w:p w14:paraId="557E7E3D"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70BDD96D"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3E4B20AF" w14:textId="77777777" w:rsidR="00543BDC" w:rsidRDefault="00000000">
            <w:pPr>
              <w:spacing w:after="0" w:line="240" w:lineRule="auto"/>
            </w:pPr>
            <w:r>
              <w:rPr>
                <w:sz w:val="12"/>
              </w:rPr>
              <w:t>Birimlerden gelen terfi listeleri</w:t>
            </w:r>
          </w:p>
        </w:tc>
        <w:tc>
          <w:tcPr>
            <w:tcW w:w="850" w:type="dxa"/>
            <w:tcMar>
              <w:top w:w="55" w:type="dxa"/>
              <w:left w:w="70" w:type="dxa"/>
              <w:bottom w:w="55" w:type="dxa"/>
              <w:right w:w="70" w:type="dxa"/>
            </w:tcMar>
          </w:tcPr>
          <w:p w14:paraId="6331BD9A" w14:textId="77777777" w:rsidR="00543BDC" w:rsidRDefault="00000000">
            <w:pPr>
              <w:spacing w:after="0" w:line="240" w:lineRule="auto"/>
              <w:jc w:val="center"/>
            </w:pPr>
            <w:r>
              <w:rPr>
                <w:sz w:val="12"/>
              </w:rPr>
              <w:t>1 gün</w:t>
            </w:r>
          </w:p>
        </w:tc>
        <w:tc>
          <w:tcPr>
            <w:tcW w:w="850" w:type="dxa"/>
            <w:tcMar>
              <w:top w:w="55" w:type="dxa"/>
              <w:left w:w="70" w:type="dxa"/>
              <w:bottom w:w="55" w:type="dxa"/>
              <w:right w:w="70" w:type="dxa"/>
            </w:tcMar>
          </w:tcPr>
          <w:p w14:paraId="0643A998" w14:textId="77777777" w:rsidR="00543BDC" w:rsidRDefault="00000000">
            <w:pPr>
              <w:spacing w:after="0" w:line="240" w:lineRule="auto"/>
              <w:jc w:val="center"/>
            </w:pPr>
            <w:r>
              <w:rPr>
                <w:sz w:val="12"/>
              </w:rPr>
              <w:t>Evet</w:t>
            </w:r>
          </w:p>
        </w:tc>
      </w:tr>
      <w:tr w:rsidR="00543BDC" w14:paraId="2D03740A" w14:textId="77777777">
        <w:trPr>
          <w:jc w:val="center"/>
        </w:trPr>
        <w:tc>
          <w:tcPr>
            <w:tcW w:w="454" w:type="dxa"/>
            <w:shd w:val="clear" w:color="auto" w:fill="F7F9FC"/>
            <w:tcMar>
              <w:top w:w="55" w:type="dxa"/>
              <w:left w:w="70" w:type="dxa"/>
              <w:bottom w:w="55" w:type="dxa"/>
              <w:right w:w="70" w:type="dxa"/>
            </w:tcMar>
          </w:tcPr>
          <w:p w14:paraId="3339283F" w14:textId="77777777" w:rsidR="00543BDC" w:rsidRDefault="00000000">
            <w:pPr>
              <w:spacing w:after="0" w:line="240" w:lineRule="auto"/>
              <w:jc w:val="center"/>
            </w:pPr>
            <w:r>
              <w:rPr>
                <w:b/>
                <w:sz w:val="12"/>
              </w:rPr>
              <w:t>40</w:t>
            </w:r>
          </w:p>
        </w:tc>
        <w:tc>
          <w:tcPr>
            <w:tcW w:w="1361" w:type="dxa"/>
            <w:shd w:val="clear" w:color="auto" w:fill="F7F9FC"/>
            <w:tcMar>
              <w:top w:w="55" w:type="dxa"/>
              <w:left w:w="70" w:type="dxa"/>
              <w:bottom w:w="55" w:type="dxa"/>
              <w:right w:w="70" w:type="dxa"/>
            </w:tcMar>
          </w:tcPr>
          <w:p w14:paraId="32C9D86C"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0480716B" w14:textId="77777777" w:rsidR="00543BDC" w:rsidRDefault="00000000">
            <w:pPr>
              <w:spacing w:after="0" w:line="240" w:lineRule="auto"/>
            </w:pPr>
            <w:r>
              <w:rPr>
                <w:sz w:val="12"/>
              </w:rPr>
              <w:t>İptal-İhdas Tenkis- Tahsis İşlemleri</w:t>
            </w:r>
            <w:r>
              <w:rPr>
                <w:sz w:val="12"/>
              </w:rPr>
              <w:br/>
              <w:t>Kadroların derece, unvan ve birim bazında değişimi</w:t>
            </w:r>
          </w:p>
        </w:tc>
        <w:tc>
          <w:tcPr>
            <w:tcW w:w="2268" w:type="dxa"/>
            <w:shd w:val="clear" w:color="auto" w:fill="F7F9FC"/>
            <w:tcMar>
              <w:top w:w="55" w:type="dxa"/>
              <w:left w:w="70" w:type="dxa"/>
              <w:bottom w:w="55" w:type="dxa"/>
              <w:right w:w="70" w:type="dxa"/>
            </w:tcMar>
          </w:tcPr>
          <w:p w14:paraId="4E8BC29A" w14:textId="77777777" w:rsidR="00543BDC" w:rsidRDefault="00000000">
            <w:pPr>
              <w:spacing w:after="0" w:line="240" w:lineRule="auto"/>
            </w:pPr>
            <w:r>
              <w:rPr>
                <w:sz w:val="12"/>
              </w:rPr>
              <w:t>2 Sayılı Cumhurbaşkanı Kararnamesi</w:t>
            </w:r>
          </w:p>
        </w:tc>
        <w:tc>
          <w:tcPr>
            <w:tcW w:w="1134" w:type="dxa"/>
            <w:shd w:val="clear" w:color="auto" w:fill="F7F9FC"/>
            <w:tcMar>
              <w:top w:w="55" w:type="dxa"/>
              <w:left w:w="70" w:type="dxa"/>
              <w:bottom w:w="55" w:type="dxa"/>
              <w:right w:w="70" w:type="dxa"/>
            </w:tcMar>
          </w:tcPr>
          <w:p w14:paraId="62B578A4"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66E21E97"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0BBC8018" w14:textId="77777777" w:rsidR="00543BDC" w:rsidRDefault="00000000">
            <w:pPr>
              <w:spacing w:after="0" w:line="240" w:lineRule="auto"/>
            </w:pPr>
            <w:r>
              <w:rPr>
                <w:sz w:val="12"/>
              </w:rPr>
              <w:t>•Birimlerden gelen teklif yazıları •Boş kadro değişikliklerinin talep edildiği formlar</w:t>
            </w:r>
          </w:p>
        </w:tc>
        <w:tc>
          <w:tcPr>
            <w:tcW w:w="850" w:type="dxa"/>
            <w:shd w:val="clear" w:color="auto" w:fill="F7F9FC"/>
            <w:tcMar>
              <w:top w:w="55" w:type="dxa"/>
              <w:left w:w="70" w:type="dxa"/>
              <w:bottom w:w="55" w:type="dxa"/>
              <w:right w:w="70" w:type="dxa"/>
            </w:tcMar>
          </w:tcPr>
          <w:p w14:paraId="598AC826" w14:textId="77777777" w:rsidR="00543BDC" w:rsidRDefault="00000000">
            <w:pPr>
              <w:spacing w:after="0" w:line="240" w:lineRule="auto"/>
              <w:jc w:val="center"/>
            </w:pPr>
            <w:r>
              <w:rPr>
                <w:sz w:val="12"/>
              </w:rPr>
              <w:t>6 Ay</w:t>
            </w:r>
          </w:p>
        </w:tc>
        <w:tc>
          <w:tcPr>
            <w:tcW w:w="850" w:type="dxa"/>
            <w:shd w:val="clear" w:color="auto" w:fill="F7F9FC"/>
            <w:tcMar>
              <w:top w:w="55" w:type="dxa"/>
              <w:left w:w="70" w:type="dxa"/>
              <w:bottom w:w="55" w:type="dxa"/>
              <w:right w:w="70" w:type="dxa"/>
            </w:tcMar>
          </w:tcPr>
          <w:p w14:paraId="3C2D32D2" w14:textId="77777777" w:rsidR="00543BDC" w:rsidRDefault="00000000">
            <w:pPr>
              <w:spacing w:after="0" w:line="240" w:lineRule="auto"/>
              <w:jc w:val="center"/>
            </w:pPr>
            <w:r>
              <w:rPr>
                <w:sz w:val="12"/>
              </w:rPr>
              <w:t>Evet</w:t>
            </w:r>
          </w:p>
        </w:tc>
      </w:tr>
      <w:tr w:rsidR="00543BDC" w14:paraId="28F767CA" w14:textId="77777777">
        <w:trPr>
          <w:jc w:val="center"/>
        </w:trPr>
        <w:tc>
          <w:tcPr>
            <w:tcW w:w="454" w:type="dxa"/>
            <w:tcMar>
              <w:top w:w="55" w:type="dxa"/>
              <w:left w:w="70" w:type="dxa"/>
              <w:bottom w:w="55" w:type="dxa"/>
              <w:right w:w="70" w:type="dxa"/>
            </w:tcMar>
          </w:tcPr>
          <w:p w14:paraId="78875DA0" w14:textId="77777777" w:rsidR="00543BDC" w:rsidRDefault="00000000">
            <w:pPr>
              <w:spacing w:after="0" w:line="240" w:lineRule="auto"/>
              <w:jc w:val="center"/>
            </w:pPr>
            <w:r>
              <w:rPr>
                <w:b/>
                <w:sz w:val="12"/>
              </w:rPr>
              <w:t>41</w:t>
            </w:r>
          </w:p>
        </w:tc>
        <w:tc>
          <w:tcPr>
            <w:tcW w:w="1361" w:type="dxa"/>
            <w:tcMar>
              <w:top w:w="55" w:type="dxa"/>
              <w:left w:w="70" w:type="dxa"/>
              <w:bottom w:w="55" w:type="dxa"/>
              <w:right w:w="70" w:type="dxa"/>
            </w:tcMar>
          </w:tcPr>
          <w:p w14:paraId="7C1FB397"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67399A6B" w14:textId="77777777" w:rsidR="00543BDC" w:rsidRDefault="00000000">
            <w:pPr>
              <w:spacing w:after="0" w:line="240" w:lineRule="auto"/>
            </w:pPr>
            <w:r>
              <w:rPr>
                <w:sz w:val="12"/>
              </w:rPr>
              <w:t>Kurum İçi Naklen Atama/ Kadro Derecesi Değişiklikleri</w:t>
            </w:r>
            <w:r>
              <w:rPr>
                <w:sz w:val="12"/>
              </w:rPr>
              <w:br/>
              <w:t>Birimlerin ve kişilerin talepleri doğrultusunda kadro değişiklikleri</w:t>
            </w:r>
          </w:p>
        </w:tc>
        <w:tc>
          <w:tcPr>
            <w:tcW w:w="2268" w:type="dxa"/>
            <w:tcMar>
              <w:top w:w="55" w:type="dxa"/>
              <w:left w:w="70" w:type="dxa"/>
              <w:bottom w:w="55" w:type="dxa"/>
              <w:right w:w="70" w:type="dxa"/>
            </w:tcMar>
          </w:tcPr>
          <w:p w14:paraId="27E5F0BC" w14:textId="77777777" w:rsidR="00543BDC" w:rsidRDefault="00000000">
            <w:pPr>
              <w:spacing w:after="0" w:line="240" w:lineRule="auto"/>
            </w:pPr>
            <w:r>
              <w:rPr>
                <w:sz w:val="12"/>
              </w:rPr>
              <w:t>657 SK. 45., 67. 76.mad.ger.</w:t>
            </w:r>
          </w:p>
        </w:tc>
        <w:tc>
          <w:tcPr>
            <w:tcW w:w="1134" w:type="dxa"/>
            <w:tcMar>
              <w:top w:w="55" w:type="dxa"/>
              <w:left w:w="70" w:type="dxa"/>
              <w:bottom w:w="55" w:type="dxa"/>
              <w:right w:w="70" w:type="dxa"/>
            </w:tcMar>
          </w:tcPr>
          <w:p w14:paraId="3B512B6C"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33FBA0E2"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5757BEFD" w14:textId="77777777" w:rsidR="00543BDC" w:rsidRDefault="00000000">
            <w:pPr>
              <w:spacing w:after="0" w:line="240" w:lineRule="auto"/>
            </w:pPr>
            <w:r>
              <w:rPr>
                <w:sz w:val="12"/>
              </w:rPr>
              <w:t>•Birimlerden gelen teklif yazıları</w:t>
            </w:r>
          </w:p>
        </w:tc>
        <w:tc>
          <w:tcPr>
            <w:tcW w:w="850" w:type="dxa"/>
            <w:tcMar>
              <w:top w:w="55" w:type="dxa"/>
              <w:left w:w="70" w:type="dxa"/>
              <w:bottom w:w="55" w:type="dxa"/>
              <w:right w:w="70" w:type="dxa"/>
            </w:tcMar>
          </w:tcPr>
          <w:p w14:paraId="5C46D549"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24714882" w14:textId="77777777" w:rsidR="00543BDC" w:rsidRDefault="00000000">
            <w:pPr>
              <w:spacing w:after="0" w:line="240" w:lineRule="auto"/>
              <w:jc w:val="center"/>
            </w:pPr>
            <w:r>
              <w:rPr>
                <w:sz w:val="12"/>
              </w:rPr>
              <w:t>Evet</w:t>
            </w:r>
          </w:p>
        </w:tc>
      </w:tr>
      <w:tr w:rsidR="00543BDC" w14:paraId="01FDFC12" w14:textId="77777777">
        <w:trPr>
          <w:jc w:val="center"/>
        </w:trPr>
        <w:tc>
          <w:tcPr>
            <w:tcW w:w="454" w:type="dxa"/>
            <w:shd w:val="clear" w:color="auto" w:fill="F7F9FC"/>
            <w:tcMar>
              <w:top w:w="55" w:type="dxa"/>
              <w:left w:w="70" w:type="dxa"/>
              <w:bottom w:w="55" w:type="dxa"/>
              <w:right w:w="70" w:type="dxa"/>
            </w:tcMar>
          </w:tcPr>
          <w:p w14:paraId="36556B94" w14:textId="77777777" w:rsidR="00543BDC" w:rsidRDefault="00000000">
            <w:pPr>
              <w:spacing w:after="0" w:line="240" w:lineRule="auto"/>
              <w:jc w:val="center"/>
            </w:pPr>
            <w:r>
              <w:rPr>
                <w:b/>
                <w:sz w:val="12"/>
              </w:rPr>
              <w:t>42</w:t>
            </w:r>
          </w:p>
        </w:tc>
        <w:tc>
          <w:tcPr>
            <w:tcW w:w="1361" w:type="dxa"/>
            <w:shd w:val="clear" w:color="auto" w:fill="F7F9FC"/>
            <w:tcMar>
              <w:top w:w="55" w:type="dxa"/>
              <w:left w:w="70" w:type="dxa"/>
              <w:bottom w:w="55" w:type="dxa"/>
              <w:right w:w="70" w:type="dxa"/>
            </w:tcMar>
          </w:tcPr>
          <w:p w14:paraId="060CD347"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3511FB59" w14:textId="77777777" w:rsidR="00543BDC" w:rsidRDefault="00000000">
            <w:pPr>
              <w:spacing w:after="0" w:line="240" w:lineRule="auto"/>
            </w:pPr>
            <w:r>
              <w:rPr>
                <w:sz w:val="12"/>
              </w:rPr>
              <w:t>İdari Personelin Kurum İçi Görevlendirmesi</w:t>
            </w:r>
            <w:r>
              <w:rPr>
                <w:sz w:val="12"/>
              </w:rPr>
              <w:br/>
              <w:t>İdari Personelin 2547 S.K. 13/b-4 maddesi uyarınca görevlendirme yazılarının yazılması</w:t>
            </w:r>
          </w:p>
        </w:tc>
        <w:tc>
          <w:tcPr>
            <w:tcW w:w="2268" w:type="dxa"/>
            <w:shd w:val="clear" w:color="auto" w:fill="F7F9FC"/>
            <w:tcMar>
              <w:top w:w="55" w:type="dxa"/>
              <w:left w:w="70" w:type="dxa"/>
              <w:bottom w:w="55" w:type="dxa"/>
              <w:right w:w="70" w:type="dxa"/>
            </w:tcMar>
          </w:tcPr>
          <w:p w14:paraId="0DE453C9" w14:textId="77777777" w:rsidR="00543BDC" w:rsidRDefault="00000000">
            <w:pPr>
              <w:spacing w:after="0" w:line="240" w:lineRule="auto"/>
            </w:pPr>
            <w:r>
              <w:rPr>
                <w:sz w:val="12"/>
              </w:rPr>
              <w:t>2547 sayılı Kanunun 13/b-4 maddesi</w:t>
            </w:r>
          </w:p>
        </w:tc>
        <w:tc>
          <w:tcPr>
            <w:tcW w:w="1134" w:type="dxa"/>
            <w:shd w:val="clear" w:color="auto" w:fill="F7F9FC"/>
            <w:tcMar>
              <w:top w:w="55" w:type="dxa"/>
              <w:left w:w="70" w:type="dxa"/>
              <w:bottom w:w="55" w:type="dxa"/>
              <w:right w:w="70" w:type="dxa"/>
            </w:tcMar>
          </w:tcPr>
          <w:p w14:paraId="0B6F0051" w14:textId="77777777" w:rsidR="00543BDC" w:rsidRDefault="00000000">
            <w:pPr>
              <w:spacing w:after="0" w:line="240" w:lineRule="auto"/>
            </w:pPr>
            <w:r>
              <w:rPr>
                <w:sz w:val="12"/>
              </w:rPr>
              <w:t>İdari Personel</w:t>
            </w:r>
          </w:p>
        </w:tc>
        <w:tc>
          <w:tcPr>
            <w:tcW w:w="1928" w:type="dxa"/>
            <w:shd w:val="clear" w:color="auto" w:fill="F7F9FC"/>
            <w:tcMar>
              <w:top w:w="55" w:type="dxa"/>
              <w:left w:w="70" w:type="dxa"/>
              <w:bottom w:w="55" w:type="dxa"/>
              <w:right w:w="70" w:type="dxa"/>
            </w:tcMar>
          </w:tcPr>
          <w:p w14:paraId="3C6BE30A"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11F1D8A4" w14:textId="77777777" w:rsidR="00543BDC" w:rsidRDefault="00000000">
            <w:pPr>
              <w:spacing w:after="0" w:line="240" w:lineRule="auto"/>
            </w:pPr>
            <w:r>
              <w:rPr>
                <w:sz w:val="12"/>
              </w:rPr>
              <w:t>•Birim üst yazısı •Dilekçe •Görevlendirme yazısı</w:t>
            </w:r>
          </w:p>
        </w:tc>
        <w:tc>
          <w:tcPr>
            <w:tcW w:w="850" w:type="dxa"/>
            <w:shd w:val="clear" w:color="auto" w:fill="F7F9FC"/>
            <w:tcMar>
              <w:top w:w="55" w:type="dxa"/>
              <w:left w:w="70" w:type="dxa"/>
              <w:bottom w:w="55" w:type="dxa"/>
              <w:right w:w="70" w:type="dxa"/>
            </w:tcMar>
          </w:tcPr>
          <w:p w14:paraId="0610D589" w14:textId="77777777" w:rsidR="00543BDC" w:rsidRDefault="00000000">
            <w:pPr>
              <w:spacing w:after="0" w:line="240" w:lineRule="auto"/>
              <w:jc w:val="center"/>
            </w:pPr>
            <w:r>
              <w:rPr>
                <w:sz w:val="12"/>
              </w:rPr>
              <w:t>1 gün</w:t>
            </w:r>
          </w:p>
        </w:tc>
        <w:tc>
          <w:tcPr>
            <w:tcW w:w="850" w:type="dxa"/>
            <w:shd w:val="clear" w:color="auto" w:fill="F7F9FC"/>
            <w:tcMar>
              <w:top w:w="55" w:type="dxa"/>
              <w:left w:w="70" w:type="dxa"/>
              <w:bottom w:w="55" w:type="dxa"/>
              <w:right w:w="70" w:type="dxa"/>
            </w:tcMar>
          </w:tcPr>
          <w:p w14:paraId="4EDCA6F6" w14:textId="77777777" w:rsidR="00543BDC" w:rsidRDefault="00000000">
            <w:pPr>
              <w:spacing w:after="0" w:line="240" w:lineRule="auto"/>
              <w:jc w:val="center"/>
            </w:pPr>
            <w:r>
              <w:rPr>
                <w:sz w:val="12"/>
              </w:rPr>
              <w:t>Evet</w:t>
            </w:r>
          </w:p>
        </w:tc>
      </w:tr>
      <w:tr w:rsidR="00543BDC" w14:paraId="3B9F93F3" w14:textId="77777777">
        <w:trPr>
          <w:jc w:val="center"/>
        </w:trPr>
        <w:tc>
          <w:tcPr>
            <w:tcW w:w="454" w:type="dxa"/>
            <w:tcMar>
              <w:top w:w="55" w:type="dxa"/>
              <w:left w:w="70" w:type="dxa"/>
              <w:bottom w:w="55" w:type="dxa"/>
              <w:right w:w="70" w:type="dxa"/>
            </w:tcMar>
          </w:tcPr>
          <w:p w14:paraId="07BBE3B5" w14:textId="77777777" w:rsidR="00543BDC" w:rsidRDefault="00000000">
            <w:pPr>
              <w:spacing w:after="0" w:line="240" w:lineRule="auto"/>
              <w:jc w:val="center"/>
            </w:pPr>
            <w:r>
              <w:rPr>
                <w:b/>
                <w:sz w:val="12"/>
              </w:rPr>
              <w:t>43</w:t>
            </w:r>
          </w:p>
        </w:tc>
        <w:tc>
          <w:tcPr>
            <w:tcW w:w="1361" w:type="dxa"/>
            <w:tcMar>
              <w:top w:w="55" w:type="dxa"/>
              <w:left w:w="70" w:type="dxa"/>
              <w:bottom w:w="55" w:type="dxa"/>
              <w:right w:w="70" w:type="dxa"/>
            </w:tcMar>
          </w:tcPr>
          <w:p w14:paraId="4E1B4DD4"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08859BE5" w14:textId="77777777" w:rsidR="00543BDC" w:rsidRDefault="00000000">
            <w:pPr>
              <w:spacing w:after="0" w:line="240" w:lineRule="auto"/>
            </w:pPr>
            <w:r>
              <w:rPr>
                <w:sz w:val="12"/>
              </w:rPr>
              <w:t>Kurum Dışı Görevlendirmeler</w:t>
            </w:r>
            <w:r>
              <w:rPr>
                <w:sz w:val="12"/>
              </w:rPr>
              <w:br/>
              <w:t>İdari Personelin Başka Bir Kurumda Geçici Süre İle Görevlendirmesi</w:t>
            </w:r>
          </w:p>
        </w:tc>
        <w:tc>
          <w:tcPr>
            <w:tcW w:w="2268" w:type="dxa"/>
            <w:tcMar>
              <w:top w:w="55" w:type="dxa"/>
              <w:left w:w="70" w:type="dxa"/>
              <w:bottom w:w="55" w:type="dxa"/>
              <w:right w:w="70" w:type="dxa"/>
            </w:tcMar>
          </w:tcPr>
          <w:p w14:paraId="08BA5B3D" w14:textId="77777777" w:rsidR="00543BDC" w:rsidRDefault="00000000">
            <w:pPr>
              <w:spacing w:after="0" w:line="240" w:lineRule="auto"/>
            </w:pPr>
            <w:r>
              <w:rPr>
                <w:sz w:val="12"/>
              </w:rPr>
              <w:t>657 SK.Ek-8 mad. Ve Kurumlararası Geçici Görevlendirme Yönetmeliği</w:t>
            </w:r>
          </w:p>
        </w:tc>
        <w:tc>
          <w:tcPr>
            <w:tcW w:w="1134" w:type="dxa"/>
            <w:tcMar>
              <w:top w:w="55" w:type="dxa"/>
              <w:left w:w="70" w:type="dxa"/>
              <w:bottom w:w="55" w:type="dxa"/>
              <w:right w:w="70" w:type="dxa"/>
            </w:tcMar>
          </w:tcPr>
          <w:p w14:paraId="704AEBBA"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05424419"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5A3B1A91" w14:textId="77777777" w:rsidR="00543BDC" w:rsidRDefault="00000000">
            <w:pPr>
              <w:spacing w:after="0" w:line="240" w:lineRule="auto"/>
            </w:pPr>
            <w:r>
              <w:rPr>
                <w:sz w:val="12"/>
              </w:rPr>
              <w:t>•İlgili Kurumun talep yazısı •Dilekçe</w:t>
            </w:r>
          </w:p>
        </w:tc>
        <w:tc>
          <w:tcPr>
            <w:tcW w:w="850" w:type="dxa"/>
            <w:tcMar>
              <w:top w:w="55" w:type="dxa"/>
              <w:left w:w="70" w:type="dxa"/>
              <w:bottom w:w="55" w:type="dxa"/>
              <w:right w:w="70" w:type="dxa"/>
            </w:tcMar>
          </w:tcPr>
          <w:p w14:paraId="28772251" w14:textId="77777777" w:rsidR="00543BDC" w:rsidRDefault="00000000">
            <w:pPr>
              <w:spacing w:after="0" w:line="240" w:lineRule="auto"/>
              <w:jc w:val="center"/>
            </w:pPr>
            <w:r>
              <w:rPr>
                <w:sz w:val="12"/>
              </w:rPr>
              <w:t>1 ay</w:t>
            </w:r>
          </w:p>
        </w:tc>
        <w:tc>
          <w:tcPr>
            <w:tcW w:w="850" w:type="dxa"/>
            <w:tcMar>
              <w:top w:w="55" w:type="dxa"/>
              <w:left w:w="70" w:type="dxa"/>
              <w:bottom w:w="55" w:type="dxa"/>
              <w:right w:w="70" w:type="dxa"/>
            </w:tcMar>
          </w:tcPr>
          <w:p w14:paraId="7D6C37A4" w14:textId="77777777" w:rsidR="00543BDC" w:rsidRDefault="00000000">
            <w:pPr>
              <w:spacing w:after="0" w:line="240" w:lineRule="auto"/>
              <w:jc w:val="center"/>
            </w:pPr>
            <w:r>
              <w:rPr>
                <w:sz w:val="12"/>
              </w:rPr>
              <w:t>Evet</w:t>
            </w:r>
          </w:p>
        </w:tc>
      </w:tr>
      <w:tr w:rsidR="00543BDC" w14:paraId="2B530A24" w14:textId="77777777">
        <w:trPr>
          <w:jc w:val="center"/>
        </w:trPr>
        <w:tc>
          <w:tcPr>
            <w:tcW w:w="454" w:type="dxa"/>
            <w:shd w:val="clear" w:color="auto" w:fill="F7F9FC"/>
            <w:tcMar>
              <w:top w:w="55" w:type="dxa"/>
              <w:left w:w="70" w:type="dxa"/>
              <w:bottom w:w="55" w:type="dxa"/>
              <w:right w:w="70" w:type="dxa"/>
            </w:tcMar>
          </w:tcPr>
          <w:p w14:paraId="73FBB767" w14:textId="77777777" w:rsidR="00543BDC" w:rsidRDefault="00000000">
            <w:pPr>
              <w:spacing w:after="0" w:line="240" w:lineRule="auto"/>
              <w:jc w:val="center"/>
            </w:pPr>
            <w:r>
              <w:rPr>
                <w:b/>
                <w:sz w:val="12"/>
              </w:rPr>
              <w:t>44</w:t>
            </w:r>
          </w:p>
        </w:tc>
        <w:tc>
          <w:tcPr>
            <w:tcW w:w="1361" w:type="dxa"/>
            <w:shd w:val="clear" w:color="auto" w:fill="F7F9FC"/>
            <w:tcMar>
              <w:top w:w="55" w:type="dxa"/>
              <w:left w:w="70" w:type="dxa"/>
              <w:bottom w:w="55" w:type="dxa"/>
              <w:right w:w="70" w:type="dxa"/>
            </w:tcMar>
          </w:tcPr>
          <w:p w14:paraId="1AB7DA5D"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1A40E3A6" w14:textId="77777777" w:rsidR="00543BDC" w:rsidRDefault="00000000">
            <w:pPr>
              <w:spacing w:after="0" w:line="240" w:lineRule="auto"/>
            </w:pPr>
            <w:r>
              <w:rPr>
                <w:sz w:val="12"/>
              </w:rPr>
              <w:t>Kurum Dışından Üniversitemize Yapılan Görevlendirmeler</w:t>
            </w:r>
            <w:r>
              <w:rPr>
                <w:sz w:val="12"/>
              </w:rPr>
              <w:br/>
              <w:t>Başka Bir Kurumda Görev Yapan Personelin Geçici Süre İle Üniversitemizde Görevlendirmesi</w:t>
            </w:r>
          </w:p>
        </w:tc>
        <w:tc>
          <w:tcPr>
            <w:tcW w:w="2268" w:type="dxa"/>
            <w:shd w:val="clear" w:color="auto" w:fill="F7F9FC"/>
            <w:tcMar>
              <w:top w:w="55" w:type="dxa"/>
              <w:left w:w="70" w:type="dxa"/>
              <w:bottom w:w="55" w:type="dxa"/>
              <w:right w:w="70" w:type="dxa"/>
            </w:tcMar>
          </w:tcPr>
          <w:p w14:paraId="466A242E" w14:textId="77777777" w:rsidR="00543BDC" w:rsidRDefault="00000000">
            <w:pPr>
              <w:spacing w:after="0" w:line="240" w:lineRule="auto"/>
            </w:pPr>
            <w:r>
              <w:rPr>
                <w:sz w:val="12"/>
              </w:rPr>
              <w:t>657 SK.Ek-8 mad. Ve Kurumlararası Geçici Görevlendirme Yönetmeliği</w:t>
            </w:r>
          </w:p>
        </w:tc>
        <w:tc>
          <w:tcPr>
            <w:tcW w:w="1134" w:type="dxa"/>
            <w:shd w:val="clear" w:color="auto" w:fill="F7F9FC"/>
            <w:tcMar>
              <w:top w:w="55" w:type="dxa"/>
              <w:left w:w="70" w:type="dxa"/>
              <w:bottom w:w="55" w:type="dxa"/>
              <w:right w:w="70" w:type="dxa"/>
            </w:tcMar>
          </w:tcPr>
          <w:p w14:paraId="70FAE07C" w14:textId="77777777" w:rsidR="00543BDC" w:rsidRDefault="00000000">
            <w:pPr>
              <w:spacing w:after="0" w:line="240" w:lineRule="auto"/>
            </w:pPr>
            <w:r>
              <w:rPr>
                <w:sz w:val="12"/>
              </w:rPr>
              <w:t>Dış Kurum Personeli</w:t>
            </w:r>
          </w:p>
        </w:tc>
        <w:tc>
          <w:tcPr>
            <w:tcW w:w="1928" w:type="dxa"/>
            <w:shd w:val="clear" w:color="auto" w:fill="F7F9FC"/>
            <w:tcMar>
              <w:top w:w="55" w:type="dxa"/>
              <w:left w:w="70" w:type="dxa"/>
              <w:bottom w:w="55" w:type="dxa"/>
              <w:right w:w="70" w:type="dxa"/>
            </w:tcMar>
          </w:tcPr>
          <w:p w14:paraId="6382E4D7"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2F91E63F" w14:textId="77777777" w:rsidR="00543BDC" w:rsidRDefault="00000000">
            <w:pPr>
              <w:spacing w:after="0" w:line="240" w:lineRule="auto"/>
            </w:pPr>
            <w:r>
              <w:rPr>
                <w:sz w:val="12"/>
              </w:rPr>
              <w:t>•Üniversitemizin talep yazısı •Dilekçe</w:t>
            </w:r>
          </w:p>
        </w:tc>
        <w:tc>
          <w:tcPr>
            <w:tcW w:w="850" w:type="dxa"/>
            <w:shd w:val="clear" w:color="auto" w:fill="F7F9FC"/>
            <w:tcMar>
              <w:top w:w="55" w:type="dxa"/>
              <w:left w:w="70" w:type="dxa"/>
              <w:bottom w:w="55" w:type="dxa"/>
              <w:right w:w="70" w:type="dxa"/>
            </w:tcMar>
          </w:tcPr>
          <w:p w14:paraId="0B3AC612" w14:textId="77777777" w:rsidR="00543BDC" w:rsidRDefault="00000000">
            <w:pPr>
              <w:spacing w:after="0" w:line="240" w:lineRule="auto"/>
              <w:jc w:val="center"/>
            </w:pPr>
            <w:r>
              <w:rPr>
                <w:sz w:val="12"/>
              </w:rPr>
              <w:t>1 ay</w:t>
            </w:r>
          </w:p>
        </w:tc>
        <w:tc>
          <w:tcPr>
            <w:tcW w:w="850" w:type="dxa"/>
            <w:shd w:val="clear" w:color="auto" w:fill="F7F9FC"/>
            <w:tcMar>
              <w:top w:w="55" w:type="dxa"/>
              <w:left w:w="70" w:type="dxa"/>
              <w:bottom w:w="55" w:type="dxa"/>
              <w:right w:w="70" w:type="dxa"/>
            </w:tcMar>
          </w:tcPr>
          <w:p w14:paraId="68CD6971" w14:textId="77777777" w:rsidR="00543BDC" w:rsidRDefault="00000000">
            <w:pPr>
              <w:spacing w:after="0" w:line="240" w:lineRule="auto"/>
              <w:jc w:val="center"/>
            </w:pPr>
            <w:r>
              <w:rPr>
                <w:sz w:val="12"/>
              </w:rPr>
              <w:t>Evet</w:t>
            </w:r>
          </w:p>
        </w:tc>
      </w:tr>
      <w:tr w:rsidR="00543BDC" w14:paraId="4F745CAB" w14:textId="77777777">
        <w:trPr>
          <w:jc w:val="center"/>
        </w:trPr>
        <w:tc>
          <w:tcPr>
            <w:tcW w:w="454" w:type="dxa"/>
            <w:tcMar>
              <w:top w:w="55" w:type="dxa"/>
              <w:left w:w="70" w:type="dxa"/>
              <w:bottom w:w="55" w:type="dxa"/>
              <w:right w:w="70" w:type="dxa"/>
            </w:tcMar>
          </w:tcPr>
          <w:p w14:paraId="2BB8C4BF" w14:textId="77777777" w:rsidR="00543BDC" w:rsidRDefault="00000000">
            <w:pPr>
              <w:spacing w:after="0" w:line="240" w:lineRule="auto"/>
              <w:jc w:val="center"/>
            </w:pPr>
            <w:r>
              <w:rPr>
                <w:b/>
                <w:sz w:val="12"/>
              </w:rPr>
              <w:t>45</w:t>
            </w:r>
          </w:p>
        </w:tc>
        <w:tc>
          <w:tcPr>
            <w:tcW w:w="1361" w:type="dxa"/>
            <w:tcMar>
              <w:top w:w="55" w:type="dxa"/>
              <w:left w:w="70" w:type="dxa"/>
              <w:bottom w:w="55" w:type="dxa"/>
              <w:right w:w="70" w:type="dxa"/>
            </w:tcMar>
          </w:tcPr>
          <w:p w14:paraId="6A6099AB"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16F41D80" w14:textId="77777777" w:rsidR="00543BDC" w:rsidRDefault="00000000">
            <w:pPr>
              <w:spacing w:after="0" w:line="240" w:lineRule="auto"/>
            </w:pPr>
            <w:r>
              <w:rPr>
                <w:sz w:val="12"/>
              </w:rPr>
              <w:t>Müstafi addedilme</w:t>
            </w:r>
            <w:r>
              <w:rPr>
                <w:sz w:val="12"/>
              </w:rPr>
              <w:br/>
              <w:t>Personelin Devamsızlık Nedeniyle Müstafi Addedilme</w:t>
            </w:r>
          </w:p>
        </w:tc>
        <w:tc>
          <w:tcPr>
            <w:tcW w:w="2268" w:type="dxa"/>
            <w:tcMar>
              <w:top w:w="55" w:type="dxa"/>
              <w:left w:w="70" w:type="dxa"/>
              <w:bottom w:w="55" w:type="dxa"/>
              <w:right w:w="70" w:type="dxa"/>
            </w:tcMar>
          </w:tcPr>
          <w:p w14:paraId="2E1C6BF4" w14:textId="77777777" w:rsidR="00543BDC" w:rsidRDefault="00000000">
            <w:pPr>
              <w:spacing w:after="0" w:line="240" w:lineRule="auto"/>
            </w:pPr>
            <w:r>
              <w:rPr>
                <w:sz w:val="12"/>
              </w:rPr>
              <w:t>657 sayılı Kanunun 94.maddesi</w:t>
            </w:r>
          </w:p>
        </w:tc>
        <w:tc>
          <w:tcPr>
            <w:tcW w:w="1134" w:type="dxa"/>
            <w:tcMar>
              <w:top w:w="55" w:type="dxa"/>
              <w:left w:w="70" w:type="dxa"/>
              <w:bottom w:w="55" w:type="dxa"/>
              <w:right w:w="70" w:type="dxa"/>
            </w:tcMar>
          </w:tcPr>
          <w:p w14:paraId="136628D0"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51387DBE"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7F3CB51E" w14:textId="77777777" w:rsidR="00543BDC" w:rsidRDefault="00000000">
            <w:pPr>
              <w:spacing w:after="0" w:line="240" w:lineRule="auto"/>
            </w:pPr>
            <w:r>
              <w:rPr>
                <w:sz w:val="12"/>
              </w:rPr>
              <w:t>•Birimin yazısı •Göreve gelmediğine ilişkin bilgiler (imza çizelgesi, tutanak vb.)</w:t>
            </w:r>
          </w:p>
        </w:tc>
        <w:tc>
          <w:tcPr>
            <w:tcW w:w="850" w:type="dxa"/>
            <w:tcMar>
              <w:top w:w="55" w:type="dxa"/>
              <w:left w:w="70" w:type="dxa"/>
              <w:bottom w:w="55" w:type="dxa"/>
              <w:right w:w="70" w:type="dxa"/>
            </w:tcMar>
          </w:tcPr>
          <w:p w14:paraId="56FD2A98"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4957FC3C" w14:textId="77777777" w:rsidR="00543BDC" w:rsidRDefault="00000000">
            <w:pPr>
              <w:spacing w:after="0" w:line="240" w:lineRule="auto"/>
              <w:jc w:val="center"/>
            </w:pPr>
            <w:r>
              <w:rPr>
                <w:sz w:val="12"/>
              </w:rPr>
              <w:t>Evet</w:t>
            </w:r>
          </w:p>
        </w:tc>
      </w:tr>
      <w:tr w:rsidR="00543BDC" w14:paraId="64B8435C" w14:textId="77777777">
        <w:trPr>
          <w:jc w:val="center"/>
        </w:trPr>
        <w:tc>
          <w:tcPr>
            <w:tcW w:w="454" w:type="dxa"/>
            <w:shd w:val="clear" w:color="auto" w:fill="F7F9FC"/>
            <w:tcMar>
              <w:top w:w="55" w:type="dxa"/>
              <w:left w:w="70" w:type="dxa"/>
              <w:bottom w:w="55" w:type="dxa"/>
              <w:right w:w="70" w:type="dxa"/>
            </w:tcMar>
          </w:tcPr>
          <w:p w14:paraId="3E13E1EA" w14:textId="77777777" w:rsidR="00543BDC" w:rsidRDefault="00000000">
            <w:pPr>
              <w:spacing w:after="0" w:line="240" w:lineRule="auto"/>
              <w:jc w:val="center"/>
            </w:pPr>
            <w:r>
              <w:rPr>
                <w:b/>
                <w:sz w:val="12"/>
              </w:rPr>
              <w:t>46</w:t>
            </w:r>
          </w:p>
        </w:tc>
        <w:tc>
          <w:tcPr>
            <w:tcW w:w="1361" w:type="dxa"/>
            <w:shd w:val="clear" w:color="auto" w:fill="F7F9FC"/>
            <w:tcMar>
              <w:top w:w="55" w:type="dxa"/>
              <w:left w:w="70" w:type="dxa"/>
              <w:bottom w:w="55" w:type="dxa"/>
              <w:right w:w="70" w:type="dxa"/>
            </w:tcMar>
          </w:tcPr>
          <w:p w14:paraId="1BCEA706"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61EA62ED" w14:textId="77777777" w:rsidR="00543BDC" w:rsidRDefault="00000000">
            <w:pPr>
              <w:spacing w:after="0" w:line="240" w:lineRule="auto"/>
            </w:pPr>
            <w:r>
              <w:rPr>
                <w:sz w:val="12"/>
              </w:rPr>
              <w:t>Sözleşmeli Personel /Sözleşmeli Bilişim Personeli Alım İlanı</w:t>
            </w:r>
            <w:r>
              <w:rPr>
                <w:sz w:val="12"/>
              </w:rPr>
              <w:br/>
              <w:t>Üniversitemizde İstihdam Edilecek Sözleşmeli Personel Alımının İlan İşlemleri</w:t>
            </w:r>
          </w:p>
        </w:tc>
        <w:tc>
          <w:tcPr>
            <w:tcW w:w="2268" w:type="dxa"/>
            <w:shd w:val="clear" w:color="auto" w:fill="F7F9FC"/>
            <w:tcMar>
              <w:top w:w="55" w:type="dxa"/>
              <w:left w:w="70" w:type="dxa"/>
              <w:bottom w:w="55" w:type="dxa"/>
              <w:right w:w="70" w:type="dxa"/>
            </w:tcMar>
          </w:tcPr>
          <w:p w14:paraId="77E1FE74" w14:textId="77777777" w:rsidR="00543BDC" w:rsidRDefault="00000000">
            <w:pPr>
              <w:spacing w:after="0" w:line="240" w:lineRule="auto"/>
            </w:pPr>
            <w:r>
              <w:rPr>
                <w:sz w:val="12"/>
              </w:rPr>
              <w:t>Sözleşmeli Personel Çalıştırılmasına İlişkin Esaslar ile Kamu Kurum ve Kuruluşlarının Büyük Ölçekli Bilgi İşlem Birimlerinde sözleşmeli Bilişim Personeli İstihdamına İlişkin Esas ve Usuller Hakkında Yönetmelik</w:t>
            </w:r>
          </w:p>
        </w:tc>
        <w:tc>
          <w:tcPr>
            <w:tcW w:w="1134" w:type="dxa"/>
            <w:shd w:val="clear" w:color="auto" w:fill="F7F9FC"/>
            <w:tcMar>
              <w:top w:w="55" w:type="dxa"/>
              <w:left w:w="70" w:type="dxa"/>
              <w:bottom w:w="55" w:type="dxa"/>
              <w:right w:w="70" w:type="dxa"/>
            </w:tcMar>
          </w:tcPr>
          <w:p w14:paraId="33EB989C" w14:textId="77777777" w:rsidR="00543BDC" w:rsidRDefault="00000000">
            <w:pPr>
              <w:spacing w:after="0" w:line="240" w:lineRule="auto"/>
            </w:pPr>
            <w:r>
              <w:rPr>
                <w:sz w:val="12"/>
              </w:rPr>
              <w:t>T.C. Vatandaşları</w:t>
            </w:r>
          </w:p>
        </w:tc>
        <w:tc>
          <w:tcPr>
            <w:tcW w:w="1928" w:type="dxa"/>
            <w:shd w:val="clear" w:color="auto" w:fill="F7F9FC"/>
            <w:tcMar>
              <w:top w:w="55" w:type="dxa"/>
              <w:left w:w="70" w:type="dxa"/>
              <w:bottom w:w="55" w:type="dxa"/>
              <w:right w:w="70" w:type="dxa"/>
            </w:tcMar>
          </w:tcPr>
          <w:p w14:paraId="704A64DF"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710CB4CC" w14:textId="77777777" w:rsidR="00543BDC" w:rsidRDefault="00000000">
            <w:pPr>
              <w:spacing w:after="0" w:line="240" w:lineRule="auto"/>
            </w:pPr>
            <w:r>
              <w:rPr>
                <w:sz w:val="12"/>
              </w:rPr>
              <w:t>•Birimlerin Teklifi •İlan Metni</w:t>
            </w:r>
          </w:p>
        </w:tc>
        <w:tc>
          <w:tcPr>
            <w:tcW w:w="850" w:type="dxa"/>
            <w:shd w:val="clear" w:color="auto" w:fill="F7F9FC"/>
            <w:tcMar>
              <w:top w:w="55" w:type="dxa"/>
              <w:left w:w="70" w:type="dxa"/>
              <w:bottom w:w="55" w:type="dxa"/>
              <w:right w:w="70" w:type="dxa"/>
            </w:tcMar>
          </w:tcPr>
          <w:p w14:paraId="0F80E4A2" w14:textId="77777777" w:rsidR="00543BDC" w:rsidRDefault="00000000">
            <w:pPr>
              <w:spacing w:after="0" w:line="240" w:lineRule="auto"/>
              <w:jc w:val="center"/>
            </w:pPr>
            <w:r>
              <w:rPr>
                <w:sz w:val="12"/>
              </w:rPr>
              <w:t>5 Gün</w:t>
            </w:r>
          </w:p>
        </w:tc>
        <w:tc>
          <w:tcPr>
            <w:tcW w:w="850" w:type="dxa"/>
            <w:shd w:val="clear" w:color="auto" w:fill="F7F9FC"/>
            <w:tcMar>
              <w:top w:w="55" w:type="dxa"/>
              <w:left w:w="70" w:type="dxa"/>
              <w:bottom w:w="55" w:type="dxa"/>
              <w:right w:w="70" w:type="dxa"/>
            </w:tcMar>
          </w:tcPr>
          <w:p w14:paraId="5ECFCB54" w14:textId="77777777" w:rsidR="00543BDC" w:rsidRDefault="00000000">
            <w:pPr>
              <w:spacing w:after="0" w:line="240" w:lineRule="auto"/>
              <w:jc w:val="center"/>
            </w:pPr>
            <w:r>
              <w:rPr>
                <w:sz w:val="12"/>
              </w:rPr>
              <w:t>Evet</w:t>
            </w:r>
          </w:p>
        </w:tc>
      </w:tr>
      <w:tr w:rsidR="00543BDC" w14:paraId="18C0998C" w14:textId="77777777">
        <w:trPr>
          <w:jc w:val="center"/>
        </w:trPr>
        <w:tc>
          <w:tcPr>
            <w:tcW w:w="454" w:type="dxa"/>
            <w:tcMar>
              <w:top w:w="55" w:type="dxa"/>
              <w:left w:w="70" w:type="dxa"/>
              <w:bottom w:w="55" w:type="dxa"/>
              <w:right w:w="70" w:type="dxa"/>
            </w:tcMar>
          </w:tcPr>
          <w:p w14:paraId="0BFD0534" w14:textId="77777777" w:rsidR="00543BDC" w:rsidRDefault="00000000">
            <w:pPr>
              <w:spacing w:after="0" w:line="240" w:lineRule="auto"/>
              <w:jc w:val="center"/>
            </w:pPr>
            <w:r>
              <w:rPr>
                <w:b/>
                <w:sz w:val="12"/>
              </w:rPr>
              <w:t>47</w:t>
            </w:r>
          </w:p>
        </w:tc>
        <w:tc>
          <w:tcPr>
            <w:tcW w:w="1361" w:type="dxa"/>
            <w:tcMar>
              <w:top w:w="55" w:type="dxa"/>
              <w:left w:w="70" w:type="dxa"/>
              <w:bottom w:w="55" w:type="dxa"/>
              <w:right w:w="70" w:type="dxa"/>
            </w:tcMar>
          </w:tcPr>
          <w:p w14:paraId="04BD5B22"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6F5DE683" w14:textId="77777777" w:rsidR="00543BDC" w:rsidRDefault="00000000">
            <w:pPr>
              <w:spacing w:after="0" w:line="240" w:lineRule="auto"/>
            </w:pPr>
            <w:r>
              <w:rPr>
                <w:sz w:val="12"/>
              </w:rPr>
              <w:t>Sözleşmeli Personel /Sözleşmeli Bilişim Personeli göreve başlatma süreci</w:t>
            </w:r>
            <w:r>
              <w:rPr>
                <w:sz w:val="12"/>
              </w:rPr>
              <w:br/>
              <w:t>Üniversitemizde İstihdam Edilecek Sözleşmeli Personel göreve başlatma süreci</w:t>
            </w:r>
          </w:p>
        </w:tc>
        <w:tc>
          <w:tcPr>
            <w:tcW w:w="2268" w:type="dxa"/>
            <w:tcMar>
              <w:top w:w="55" w:type="dxa"/>
              <w:left w:w="70" w:type="dxa"/>
              <w:bottom w:w="55" w:type="dxa"/>
              <w:right w:w="70" w:type="dxa"/>
            </w:tcMar>
          </w:tcPr>
          <w:p w14:paraId="00613484" w14:textId="77777777" w:rsidR="00543BDC" w:rsidRDefault="00000000">
            <w:pPr>
              <w:spacing w:after="0" w:line="240" w:lineRule="auto"/>
            </w:pPr>
            <w:r>
              <w:rPr>
                <w:sz w:val="12"/>
              </w:rPr>
              <w:t>Sözleşmeli Personel Çalıştırılmasına İlişkin Esaslar ile Kamu Kurum ve Kuruluşlarının Büyük Ölçekli Bilgi İşlem Birimlerinde sözleşmeli Bilişim Personeli İstihdamına İlişkin Esas ve Usuller Hakkında Yönetmelik</w:t>
            </w:r>
          </w:p>
        </w:tc>
        <w:tc>
          <w:tcPr>
            <w:tcW w:w="1134" w:type="dxa"/>
            <w:tcMar>
              <w:top w:w="55" w:type="dxa"/>
              <w:left w:w="70" w:type="dxa"/>
              <w:bottom w:w="55" w:type="dxa"/>
              <w:right w:w="70" w:type="dxa"/>
            </w:tcMar>
          </w:tcPr>
          <w:p w14:paraId="2C28686C" w14:textId="77777777" w:rsidR="00543BDC" w:rsidRDefault="00000000">
            <w:pPr>
              <w:spacing w:after="0" w:line="240" w:lineRule="auto"/>
            </w:pPr>
            <w:r>
              <w:rPr>
                <w:sz w:val="12"/>
              </w:rPr>
              <w:t>T.C. Vatandaşları</w:t>
            </w:r>
          </w:p>
        </w:tc>
        <w:tc>
          <w:tcPr>
            <w:tcW w:w="1928" w:type="dxa"/>
            <w:tcMar>
              <w:top w:w="55" w:type="dxa"/>
              <w:left w:w="70" w:type="dxa"/>
              <w:bottom w:w="55" w:type="dxa"/>
              <w:right w:w="70" w:type="dxa"/>
            </w:tcMar>
          </w:tcPr>
          <w:p w14:paraId="253AC11E"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5A0F6181" w14:textId="77777777" w:rsidR="00543BDC" w:rsidRDefault="00000000">
            <w:pPr>
              <w:spacing w:after="0" w:line="240" w:lineRule="auto"/>
            </w:pPr>
            <w:r>
              <w:rPr>
                <w:sz w:val="12"/>
              </w:rPr>
              <w:t>•Başvuru Formu •KPSS Sınav Sonuç Belgesi •Kimlik Sureti •İkametgah beyanı 5 Sağlık beyanı •Adli sicil beyanı •Diploma •Askerlik beyanı •4 adet Fotoğraf •Görevle alakalı özel belge (ehliyet, sertifika vb) •Mal Bildirim Formu •Arşiv Araştırma</w:t>
            </w:r>
          </w:p>
        </w:tc>
        <w:tc>
          <w:tcPr>
            <w:tcW w:w="850" w:type="dxa"/>
            <w:tcMar>
              <w:top w:w="55" w:type="dxa"/>
              <w:left w:w="70" w:type="dxa"/>
              <w:bottom w:w="55" w:type="dxa"/>
              <w:right w:w="70" w:type="dxa"/>
            </w:tcMar>
          </w:tcPr>
          <w:p w14:paraId="1B1C8841" w14:textId="77777777" w:rsidR="00543BDC" w:rsidRDefault="00000000">
            <w:pPr>
              <w:spacing w:after="0" w:line="240" w:lineRule="auto"/>
              <w:jc w:val="center"/>
            </w:pPr>
            <w:r>
              <w:rPr>
                <w:sz w:val="12"/>
              </w:rPr>
              <w:t>3 Ay</w:t>
            </w:r>
          </w:p>
        </w:tc>
        <w:tc>
          <w:tcPr>
            <w:tcW w:w="850" w:type="dxa"/>
            <w:tcMar>
              <w:top w:w="55" w:type="dxa"/>
              <w:left w:w="70" w:type="dxa"/>
              <w:bottom w:w="55" w:type="dxa"/>
              <w:right w:w="70" w:type="dxa"/>
            </w:tcMar>
          </w:tcPr>
          <w:p w14:paraId="30A3D8CA" w14:textId="77777777" w:rsidR="00543BDC" w:rsidRDefault="00000000">
            <w:pPr>
              <w:spacing w:after="0" w:line="240" w:lineRule="auto"/>
              <w:jc w:val="center"/>
            </w:pPr>
            <w:r>
              <w:rPr>
                <w:sz w:val="12"/>
              </w:rPr>
              <w:t>Evet</w:t>
            </w:r>
          </w:p>
        </w:tc>
      </w:tr>
      <w:tr w:rsidR="00543BDC" w14:paraId="0F366FD6" w14:textId="77777777">
        <w:trPr>
          <w:jc w:val="center"/>
        </w:trPr>
        <w:tc>
          <w:tcPr>
            <w:tcW w:w="454" w:type="dxa"/>
            <w:shd w:val="clear" w:color="auto" w:fill="F7F9FC"/>
            <w:tcMar>
              <w:top w:w="55" w:type="dxa"/>
              <w:left w:w="70" w:type="dxa"/>
              <w:bottom w:w="55" w:type="dxa"/>
              <w:right w:w="70" w:type="dxa"/>
            </w:tcMar>
          </w:tcPr>
          <w:p w14:paraId="2FCF535F" w14:textId="77777777" w:rsidR="00543BDC" w:rsidRDefault="00000000">
            <w:pPr>
              <w:spacing w:after="0" w:line="240" w:lineRule="auto"/>
              <w:jc w:val="center"/>
            </w:pPr>
            <w:r>
              <w:rPr>
                <w:b/>
                <w:sz w:val="12"/>
              </w:rPr>
              <w:t>48</w:t>
            </w:r>
          </w:p>
        </w:tc>
        <w:tc>
          <w:tcPr>
            <w:tcW w:w="1361" w:type="dxa"/>
            <w:shd w:val="clear" w:color="auto" w:fill="F7F9FC"/>
            <w:tcMar>
              <w:top w:w="55" w:type="dxa"/>
              <w:left w:w="70" w:type="dxa"/>
              <w:bottom w:w="55" w:type="dxa"/>
              <w:right w:w="70" w:type="dxa"/>
            </w:tcMar>
          </w:tcPr>
          <w:p w14:paraId="3FBE303D"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7E4D6DFF" w14:textId="77777777" w:rsidR="00543BDC" w:rsidRDefault="00000000">
            <w:pPr>
              <w:spacing w:after="0" w:line="240" w:lineRule="auto"/>
            </w:pPr>
            <w:r>
              <w:rPr>
                <w:sz w:val="12"/>
              </w:rPr>
              <w:t>Askerlik Hizmeti Nedeniyle Sözleşme Feshi ve Yeniden Atama İşlemi</w:t>
            </w:r>
            <w:r>
              <w:rPr>
                <w:sz w:val="12"/>
              </w:rPr>
              <w:br/>
              <w:t>Askerlik Hizmeti Nedeniyle Sözleşme Feshi ve Atama İşlemi</w:t>
            </w:r>
          </w:p>
        </w:tc>
        <w:tc>
          <w:tcPr>
            <w:tcW w:w="2268" w:type="dxa"/>
            <w:shd w:val="clear" w:color="auto" w:fill="F7F9FC"/>
            <w:tcMar>
              <w:top w:w="55" w:type="dxa"/>
              <w:left w:w="70" w:type="dxa"/>
              <w:bottom w:w="55" w:type="dxa"/>
              <w:right w:w="70" w:type="dxa"/>
            </w:tcMar>
          </w:tcPr>
          <w:p w14:paraId="7B81C7AB" w14:textId="77777777" w:rsidR="00543BDC" w:rsidRDefault="00000000">
            <w:pPr>
              <w:spacing w:after="0" w:line="240" w:lineRule="auto"/>
            </w:pPr>
            <w:r>
              <w:rPr>
                <w:sz w:val="12"/>
              </w:rPr>
              <w:t>Sözleşmeli Personel Çalıştırılmasına İlişkin Esaslar Sözleşmeli Bilişim Personeli İstihdamına İlişkin Esas ve Usuller Hk.Yönetmelik</w:t>
            </w:r>
          </w:p>
        </w:tc>
        <w:tc>
          <w:tcPr>
            <w:tcW w:w="1134" w:type="dxa"/>
            <w:shd w:val="clear" w:color="auto" w:fill="F7F9FC"/>
            <w:tcMar>
              <w:top w:w="55" w:type="dxa"/>
              <w:left w:w="70" w:type="dxa"/>
              <w:bottom w:w="55" w:type="dxa"/>
              <w:right w:w="70" w:type="dxa"/>
            </w:tcMar>
          </w:tcPr>
          <w:p w14:paraId="3CD5EB06" w14:textId="77777777" w:rsidR="00543BDC" w:rsidRDefault="00000000">
            <w:pPr>
              <w:spacing w:after="0" w:line="240" w:lineRule="auto"/>
            </w:pPr>
            <w:r>
              <w:rPr>
                <w:sz w:val="12"/>
              </w:rPr>
              <w:t>Birimlerimizde görev yapan sözleşmeli personel</w:t>
            </w:r>
          </w:p>
        </w:tc>
        <w:tc>
          <w:tcPr>
            <w:tcW w:w="1928" w:type="dxa"/>
            <w:shd w:val="clear" w:color="auto" w:fill="F7F9FC"/>
            <w:tcMar>
              <w:top w:w="55" w:type="dxa"/>
              <w:left w:w="70" w:type="dxa"/>
              <w:bottom w:w="55" w:type="dxa"/>
              <w:right w:w="70" w:type="dxa"/>
            </w:tcMar>
          </w:tcPr>
          <w:p w14:paraId="75A6216A"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015CD05B" w14:textId="77777777" w:rsidR="00543BDC" w:rsidRDefault="00000000">
            <w:pPr>
              <w:spacing w:after="0" w:line="240" w:lineRule="auto"/>
            </w:pPr>
            <w:r>
              <w:rPr>
                <w:sz w:val="12"/>
              </w:rPr>
              <w:t>•Birimin yazısı •Dilekçe •Askerlik Belgesi •Hizmet Sözleşmesi</w:t>
            </w:r>
          </w:p>
        </w:tc>
        <w:tc>
          <w:tcPr>
            <w:tcW w:w="850" w:type="dxa"/>
            <w:shd w:val="clear" w:color="auto" w:fill="F7F9FC"/>
            <w:tcMar>
              <w:top w:w="55" w:type="dxa"/>
              <w:left w:w="70" w:type="dxa"/>
              <w:bottom w:w="55" w:type="dxa"/>
              <w:right w:w="70" w:type="dxa"/>
            </w:tcMar>
          </w:tcPr>
          <w:p w14:paraId="60B1D573" w14:textId="77777777" w:rsidR="00543BDC" w:rsidRDefault="00000000">
            <w:pPr>
              <w:spacing w:after="0" w:line="240" w:lineRule="auto"/>
              <w:jc w:val="center"/>
            </w:pPr>
            <w:r>
              <w:rPr>
                <w:sz w:val="12"/>
              </w:rPr>
              <w:t>-</w:t>
            </w:r>
          </w:p>
        </w:tc>
        <w:tc>
          <w:tcPr>
            <w:tcW w:w="850" w:type="dxa"/>
            <w:shd w:val="clear" w:color="auto" w:fill="F7F9FC"/>
            <w:tcMar>
              <w:top w:w="55" w:type="dxa"/>
              <w:left w:w="70" w:type="dxa"/>
              <w:bottom w:w="55" w:type="dxa"/>
              <w:right w:w="70" w:type="dxa"/>
            </w:tcMar>
          </w:tcPr>
          <w:p w14:paraId="215684EE" w14:textId="77777777" w:rsidR="00543BDC" w:rsidRDefault="00000000">
            <w:pPr>
              <w:spacing w:after="0" w:line="240" w:lineRule="auto"/>
              <w:jc w:val="center"/>
            </w:pPr>
            <w:r>
              <w:rPr>
                <w:sz w:val="12"/>
              </w:rPr>
              <w:t>Evet</w:t>
            </w:r>
          </w:p>
        </w:tc>
      </w:tr>
      <w:tr w:rsidR="00543BDC" w14:paraId="6D33A0AF" w14:textId="77777777">
        <w:trPr>
          <w:jc w:val="center"/>
        </w:trPr>
        <w:tc>
          <w:tcPr>
            <w:tcW w:w="454" w:type="dxa"/>
            <w:tcMar>
              <w:top w:w="55" w:type="dxa"/>
              <w:left w:w="70" w:type="dxa"/>
              <w:bottom w:w="55" w:type="dxa"/>
              <w:right w:w="70" w:type="dxa"/>
            </w:tcMar>
          </w:tcPr>
          <w:p w14:paraId="366D2242" w14:textId="77777777" w:rsidR="00543BDC" w:rsidRDefault="00000000">
            <w:pPr>
              <w:spacing w:after="0" w:line="240" w:lineRule="auto"/>
              <w:jc w:val="center"/>
            </w:pPr>
            <w:r>
              <w:rPr>
                <w:b/>
                <w:sz w:val="12"/>
              </w:rPr>
              <w:t>49</w:t>
            </w:r>
          </w:p>
        </w:tc>
        <w:tc>
          <w:tcPr>
            <w:tcW w:w="1361" w:type="dxa"/>
            <w:tcMar>
              <w:top w:w="55" w:type="dxa"/>
              <w:left w:w="70" w:type="dxa"/>
              <w:bottom w:w="55" w:type="dxa"/>
              <w:right w:w="70" w:type="dxa"/>
            </w:tcMar>
          </w:tcPr>
          <w:p w14:paraId="13C81CB0"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7F015630" w14:textId="77777777" w:rsidR="00543BDC" w:rsidRDefault="00000000">
            <w:pPr>
              <w:spacing w:after="0" w:line="240" w:lineRule="auto"/>
            </w:pPr>
            <w:r>
              <w:rPr>
                <w:sz w:val="12"/>
              </w:rPr>
              <w:t>Doğum Nedeniyle Sözleşme Feshi ve Yeniden Atama İşlemi</w:t>
            </w:r>
            <w:r>
              <w:rPr>
                <w:sz w:val="12"/>
              </w:rPr>
              <w:br/>
              <w:t>Doğum Nedeniyle Sözleşme Feshi ve Yeniden Atama İşlemi</w:t>
            </w:r>
          </w:p>
        </w:tc>
        <w:tc>
          <w:tcPr>
            <w:tcW w:w="2268" w:type="dxa"/>
            <w:tcMar>
              <w:top w:w="55" w:type="dxa"/>
              <w:left w:w="70" w:type="dxa"/>
              <w:bottom w:w="55" w:type="dxa"/>
              <w:right w:w="70" w:type="dxa"/>
            </w:tcMar>
          </w:tcPr>
          <w:p w14:paraId="71546FDD" w14:textId="77777777" w:rsidR="00543BDC" w:rsidRDefault="00000000">
            <w:pPr>
              <w:spacing w:after="0" w:line="240" w:lineRule="auto"/>
            </w:pPr>
            <w:r>
              <w:rPr>
                <w:sz w:val="12"/>
              </w:rPr>
              <w:t>Sözleşmeli Personel Çalıştırılmasına İlişkin Esaslar Sözleşmeli Bilişim Personeli İstihdamına İlişkin Esas ve Usuller Hk.Yönetmelik</w:t>
            </w:r>
          </w:p>
        </w:tc>
        <w:tc>
          <w:tcPr>
            <w:tcW w:w="1134" w:type="dxa"/>
            <w:tcMar>
              <w:top w:w="55" w:type="dxa"/>
              <w:left w:w="70" w:type="dxa"/>
              <w:bottom w:w="55" w:type="dxa"/>
              <w:right w:w="70" w:type="dxa"/>
            </w:tcMar>
          </w:tcPr>
          <w:p w14:paraId="4F545803" w14:textId="77777777" w:rsidR="00543BDC" w:rsidRDefault="00000000">
            <w:pPr>
              <w:spacing w:after="0" w:line="240" w:lineRule="auto"/>
            </w:pPr>
            <w:r>
              <w:rPr>
                <w:sz w:val="12"/>
              </w:rPr>
              <w:t>Birimlerimizde görev yapan sözleşmeli personel</w:t>
            </w:r>
          </w:p>
        </w:tc>
        <w:tc>
          <w:tcPr>
            <w:tcW w:w="1928" w:type="dxa"/>
            <w:tcMar>
              <w:top w:w="55" w:type="dxa"/>
              <w:left w:w="70" w:type="dxa"/>
              <w:bottom w:w="55" w:type="dxa"/>
              <w:right w:w="70" w:type="dxa"/>
            </w:tcMar>
          </w:tcPr>
          <w:p w14:paraId="71C14620"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1EAC2E11" w14:textId="77777777" w:rsidR="00543BDC" w:rsidRDefault="00000000">
            <w:pPr>
              <w:spacing w:after="0" w:line="240" w:lineRule="auto"/>
            </w:pPr>
            <w:r>
              <w:rPr>
                <w:sz w:val="12"/>
              </w:rPr>
              <w:t>•Birimin yazısı •Dilekçe •Doğum Raporu •Hizmet Sözleşmesi</w:t>
            </w:r>
          </w:p>
        </w:tc>
        <w:tc>
          <w:tcPr>
            <w:tcW w:w="850" w:type="dxa"/>
            <w:tcMar>
              <w:top w:w="55" w:type="dxa"/>
              <w:left w:w="70" w:type="dxa"/>
              <w:bottom w:w="55" w:type="dxa"/>
              <w:right w:w="70" w:type="dxa"/>
            </w:tcMar>
          </w:tcPr>
          <w:p w14:paraId="4E700024" w14:textId="77777777" w:rsidR="00543BDC" w:rsidRDefault="00000000">
            <w:pPr>
              <w:spacing w:after="0" w:line="240" w:lineRule="auto"/>
              <w:jc w:val="center"/>
            </w:pPr>
            <w:r>
              <w:rPr>
                <w:sz w:val="12"/>
              </w:rPr>
              <w:t>-</w:t>
            </w:r>
          </w:p>
        </w:tc>
        <w:tc>
          <w:tcPr>
            <w:tcW w:w="850" w:type="dxa"/>
            <w:tcMar>
              <w:top w:w="55" w:type="dxa"/>
              <w:left w:w="70" w:type="dxa"/>
              <w:bottom w:w="55" w:type="dxa"/>
              <w:right w:w="70" w:type="dxa"/>
            </w:tcMar>
          </w:tcPr>
          <w:p w14:paraId="39C2473C" w14:textId="77777777" w:rsidR="00543BDC" w:rsidRDefault="00000000">
            <w:pPr>
              <w:spacing w:after="0" w:line="240" w:lineRule="auto"/>
              <w:jc w:val="center"/>
            </w:pPr>
            <w:r>
              <w:rPr>
                <w:sz w:val="12"/>
              </w:rPr>
              <w:t>Evet</w:t>
            </w:r>
          </w:p>
        </w:tc>
      </w:tr>
      <w:tr w:rsidR="00543BDC" w14:paraId="0FD25B75" w14:textId="77777777">
        <w:trPr>
          <w:jc w:val="center"/>
        </w:trPr>
        <w:tc>
          <w:tcPr>
            <w:tcW w:w="454" w:type="dxa"/>
            <w:shd w:val="clear" w:color="auto" w:fill="F7F9FC"/>
            <w:tcMar>
              <w:top w:w="55" w:type="dxa"/>
              <w:left w:w="70" w:type="dxa"/>
              <w:bottom w:w="55" w:type="dxa"/>
              <w:right w:w="70" w:type="dxa"/>
            </w:tcMar>
          </w:tcPr>
          <w:p w14:paraId="70A85C3F" w14:textId="77777777" w:rsidR="00543BDC" w:rsidRDefault="00000000">
            <w:pPr>
              <w:spacing w:after="0" w:line="240" w:lineRule="auto"/>
              <w:jc w:val="center"/>
            </w:pPr>
            <w:r>
              <w:rPr>
                <w:b/>
                <w:sz w:val="12"/>
              </w:rPr>
              <w:t>50</w:t>
            </w:r>
          </w:p>
        </w:tc>
        <w:tc>
          <w:tcPr>
            <w:tcW w:w="1361" w:type="dxa"/>
            <w:shd w:val="clear" w:color="auto" w:fill="F7F9FC"/>
            <w:tcMar>
              <w:top w:w="55" w:type="dxa"/>
              <w:left w:w="70" w:type="dxa"/>
              <w:bottom w:w="55" w:type="dxa"/>
              <w:right w:w="70" w:type="dxa"/>
            </w:tcMar>
          </w:tcPr>
          <w:p w14:paraId="05E7D4B3" w14:textId="77777777" w:rsidR="00543BDC" w:rsidRDefault="00000000">
            <w:pPr>
              <w:spacing w:after="0" w:line="240" w:lineRule="auto"/>
            </w:pPr>
            <w:r>
              <w:rPr>
                <w:sz w:val="12"/>
              </w:rPr>
              <w:t>İdari ve sözleşmeli personel</w:t>
            </w:r>
          </w:p>
        </w:tc>
        <w:tc>
          <w:tcPr>
            <w:tcW w:w="2835" w:type="dxa"/>
            <w:shd w:val="clear" w:color="auto" w:fill="F7F9FC"/>
            <w:tcMar>
              <w:top w:w="55" w:type="dxa"/>
              <w:left w:w="70" w:type="dxa"/>
              <w:bottom w:w="55" w:type="dxa"/>
              <w:right w:w="70" w:type="dxa"/>
            </w:tcMar>
          </w:tcPr>
          <w:p w14:paraId="29D79B97" w14:textId="77777777" w:rsidR="00543BDC" w:rsidRDefault="00000000">
            <w:pPr>
              <w:spacing w:after="0" w:line="240" w:lineRule="auto"/>
            </w:pPr>
            <w:r>
              <w:rPr>
                <w:sz w:val="12"/>
              </w:rPr>
              <w:t>Sözleşmeli Personel/ Sözleşmeli Bilişim Personelinin İstifa İşlemleri</w:t>
            </w:r>
            <w:r>
              <w:rPr>
                <w:sz w:val="12"/>
              </w:rPr>
              <w:br/>
              <w:t>İstifa Etmek İsteyen Sözleşmeli Personelin İşlemleri</w:t>
            </w:r>
          </w:p>
        </w:tc>
        <w:tc>
          <w:tcPr>
            <w:tcW w:w="2268" w:type="dxa"/>
            <w:shd w:val="clear" w:color="auto" w:fill="F7F9FC"/>
            <w:tcMar>
              <w:top w:w="55" w:type="dxa"/>
              <w:left w:w="70" w:type="dxa"/>
              <w:bottom w:w="55" w:type="dxa"/>
              <w:right w:w="70" w:type="dxa"/>
            </w:tcMar>
          </w:tcPr>
          <w:p w14:paraId="4F78AB0C" w14:textId="77777777" w:rsidR="00543BDC" w:rsidRDefault="00000000">
            <w:pPr>
              <w:spacing w:after="0" w:line="240" w:lineRule="auto"/>
            </w:pPr>
            <w:r>
              <w:rPr>
                <w:sz w:val="12"/>
              </w:rPr>
              <w:t>Sözleşmeli Personel Çalıştırılmasına İlişkin Esaslar Sözleşmeli Bilişim Personeli İstihdamına İlişkin Esas ve Usuller Hk.Yönetmelik</w:t>
            </w:r>
          </w:p>
        </w:tc>
        <w:tc>
          <w:tcPr>
            <w:tcW w:w="1134" w:type="dxa"/>
            <w:shd w:val="clear" w:color="auto" w:fill="F7F9FC"/>
            <w:tcMar>
              <w:top w:w="55" w:type="dxa"/>
              <w:left w:w="70" w:type="dxa"/>
              <w:bottom w:w="55" w:type="dxa"/>
              <w:right w:w="70" w:type="dxa"/>
            </w:tcMar>
          </w:tcPr>
          <w:p w14:paraId="6346D83A" w14:textId="77777777" w:rsidR="00543BDC" w:rsidRDefault="00000000">
            <w:pPr>
              <w:spacing w:after="0" w:line="240" w:lineRule="auto"/>
            </w:pPr>
            <w:r>
              <w:rPr>
                <w:sz w:val="12"/>
              </w:rPr>
              <w:t>Birimlerimizde görev yapan sözleşmeli personel</w:t>
            </w:r>
          </w:p>
        </w:tc>
        <w:tc>
          <w:tcPr>
            <w:tcW w:w="1928" w:type="dxa"/>
            <w:shd w:val="clear" w:color="auto" w:fill="F7F9FC"/>
            <w:tcMar>
              <w:top w:w="55" w:type="dxa"/>
              <w:left w:w="70" w:type="dxa"/>
              <w:bottom w:w="55" w:type="dxa"/>
              <w:right w:w="70" w:type="dxa"/>
            </w:tcMar>
          </w:tcPr>
          <w:p w14:paraId="2FE2265A"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11E61926" w14:textId="77777777" w:rsidR="00543BDC" w:rsidRDefault="00000000">
            <w:pPr>
              <w:spacing w:after="0" w:line="240" w:lineRule="auto"/>
            </w:pPr>
            <w:r>
              <w:rPr>
                <w:sz w:val="12"/>
              </w:rPr>
              <w:t>•Dilekçe •Görevli olduğu birim tarafından kişinin durumu bildiren yazı</w:t>
            </w:r>
          </w:p>
        </w:tc>
        <w:tc>
          <w:tcPr>
            <w:tcW w:w="850" w:type="dxa"/>
            <w:shd w:val="clear" w:color="auto" w:fill="F7F9FC"/>
            <w:tcMar>
              <w:top w:w="55" w:type="dxa"/>
              <w:left w:w="70" w:type="dxa"/>
              <w:bottom w:w="55" w:type="dxa"/>
              <w:right w:w="70" w:type="dxa"/>
            </w:tcMar>
          </w:tcPr>
          <w:p w14:paraId="435F8119"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41E8820F" w14:textId="77777777" w:rsidR="00543BDC" w:rsidRDefault="00000000">
            <w:pPr>
              <w:spacing w:after="0" w:line="240" w:lineRule="auto"/>
              <w:jc w:val="center"/>
            </w:pPr>
            <w:r>
              <w:rPr>
                <w:sz w:val="12"/>
              </w:rPr>
              <w:t>Evet</w:t>
            </w:r>
          </w:p>
        </w:tc>
      </w:tr>
      <w:tr w:rsidR="00543BDC" w14:paraId="1064863C" w14:textId="77777777">
        <w:trPr>
          <w:jc w:val="center"/>
        </w:trPr>
        <w:tc>
          <w:tcPr>
            <w:tcW w:w="454" w:type="dxa"/>
            <w:tcMar>
              <w:top w:w="55" w:type="dxa"/>
              <w:left w:w="70" w:type="dxa"/>
              <w:bottom w:w="55" w:type="dxa"/>
              <w:right w:w="70" w:type="dxa"/>
            </w:tcMar>
          </w:tcPr>
          <w:p w14:paraId="140B6176" w14:textId="77777777" w:rsidR="00543BDC" w:rsidRDefault="00000000">
            <w:pPr>
              <w:spacing w:after="0" w:line="240" w:lineRule="auto"/>
              <w:jc w:val="center"/>
            </w:pPr>
            <w:r>
              <w:rPr>
                <w:b/>
                <w:sz w:val="12"/>
              </w:rPr>
              <w:t>51</w:t>
            </w:r>
          </w:p>
        </w:tc>
        <w:tc>
          <w:tcPr>
            <w:tcW w:w="1361" w:type="dxa"/>
            <w:tcMar>
              <w:top w:w="55" w:type="dxa"/>
              <w:left w:w="70" w:type="dxa"/>
              <w:bottom w:w="55" w:type="dxa"/>
              <w:right w:w="70" w:type="dxa"/>
            </w:tcMar>
          </w:tcPr>
          <w:p w14:paraId="13A6AA10" w14:textId="77777777" w:rsidR="00543BDC" w:rsidRDefault="00000000">
            <w:pPr>
              <w:spacing w:after="0" w:line="240" w:lineRule="auto"/>
            </w:pPr>
            <w:r>
              <w:rPr>
                <w:sz w:val="12"/>
              </w:rPr>
              <w:t>İdari ve sözleşmeli personel</w:t>
            </w:r>
          </w:p>
        </w:tc>
        <w:tc>
          <w:tcPr>
            <w:tcW w:w="2835" w:type="dxa"/>
            <w:tcMar>
              <w:top w:w="55" w:type="dxa"/>
              <w:left w:w="70" w:type="dxa"/>
              <w:bottom w:w="55" w:type="dxa"/>
              <w:right w:w="70" w:type="dxa"/>
            </w:tcMar>
          </w:tcPr>
          <w:p w14:paraId="7BD6D225" w14:textId="77777777" w:rsidR="00543BDC" w:rsidRDefault="00000000">
            <w:pPr>
              <w:spacing w:after="0" w:line="240" w:lineRule="auto"/>
            </w:pPr>
            <w:r>
              <w:rPr>
                <w:sz w:val="12"/>
              </w:rPr>
              <w:t>Sözleşme Feshi İşlemleri</w:t>
            </w:r>
            <w:r>
              <w:rPr>
                <w:sz w:val="12"/>
              </w:rPr>
              <w:br/>
              <w:t>Sözleşmesi Fesh edilmek İstenen Sözleşmeli Personel İşlemleri</w:t>
            </w:r>
          </w:p>
        </w:tc>
        <w:tc>
          <w:tcPr>
            <w:tcW w:w="2268" w:type="dxa"/>
            <w:tcMar>
              <w:top w:w="55" w:type="dxa"/>
              <w:left w:w="70" w:type="dxa"/>
              <w:bottom w:w="55" w:type="dxa"/>
              <w:right w:w="70" w:type="dxa"/>
            </w:tcMar>
          </w:tcPr>
          <w:p w14:paraId="7B48C754" w14:textId="77777777" w:rsidR="00543BDC" w:rsidRDefault="00000000">
            <w:pPr>
              <w:spacing w:after="0" w:line="240" w:lineRule="auto"/>
            </w:pPr>
            <w:r>
              <w:rPr>
                <w:sz w:val="12"/>
              </w:rPr>
              <w:t>Sözleşmeli Personel Çalıştırılmasına İlişkin Esaslar Sözleşmeli Bilişim Personeli İstihdamına İlişkin Esas ve Usuller Hk.Yönetmelik</w:t>
            </w:r>
          </w:p>
        </w:tc>
        <w:tc>
          <w:tcPr>
            <w:tcW w:w="1134" w:type="dxa"/>
            <w:tcMar>
              <w:top w:w="55" w:type="dxa"/>
              <w:left w:w="70" w:type="dxa"/>
              <w:bottom w:w="55" w:type="dxa"/>
              <w:right w:w="70" w:type="dxa"/>
            </w:tcMar>
          </w:tcPr>
          <w:p w14:paraId="3213E551" w14:textId="77777777" w:rsidR="00543BDC" w:rsidRDefault="00000000">
            <w:pPr>
              <w:spacing w:after="0" w:line="240" w:lineRule="auto"/>
            </w:pPr>
            <w:r>
              <w:rPr>
                <w:sz w:val="12"/>
              </w:rPr>
              <w:t>Birimlerimizde görev yapan sözleşmeli personel</w:t>
            </w:r>
          </w:p>
        </w:tc>
        <w:tc>
          <w:tcPr>
            <w:tcW w:w="1928" w:type="dxa"/>
            <w:tcMar>
              <w:top w:w="55" w:type="dxa"/>
              <w:left w:w="70" w:type="dxa"/>
              <w:bottom w:w="55" w:type="dxa"/>
              <w:right w:w="70" w:type="dxa"/>
            </w:tcMar>
          </w:tcPr>
          <w:p w14:paraId="40511B62"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029458F8" w14:textId="77777777" w:rsidR="00543BDC" w:rsidRDefault="00000000">
            <w:pPr>
              <w:spacing w:after="0" w:line="240" w:lineRule="auto"/>
            </w:pPr>
            <w:r>
              <w:rPr>
                <w:sz w:val="12"/>
              </w:rPr>
              <w:t>•Görevli olduğu birim tarafından kişinin durumu bildiren yazı</w:t>
            </w:r>
          </w:p>
        </w:tc>
        <w:tc>
          <w:tcPr>
            <w:tcW w:w="850" w:type="dxa"/>
            <w:tcMar>
              <w:top w:w="55" w:type="dxa"/>
              <w:left w:w="70" w:type="dxa"/>
              <w:bottom w:w="55" w:type="dxa"/>
              <w:right w:w="70" w:type="dxa"/>
            </w:tcMar>
          </w:tcPr>
          <w:p w14:paraId="1025D7D2"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16D54FD6" w14:textId="77777777" w:rsidR="00543BDC" w:rsidRDefault="00000000">
            <w:pPr>
              <w:spacing w:after="0" w:line="240" w:lineRule="auto"/>
              <w:jc w:val="center"/>
            </w:pPr>
            <w:r>
              <w:rPr>
                <w:sz w:val="12"/>
              </w:rPr>
              <w:t>Evet</w:t>
            </w:r>
          </w:p>
        </w:tc>
      </w:tr>
      <w:tr w:rsidR="00543BDC" w14:paraId="7FB7C5F3" w14:textId="77777777">
        <w:trPr>
          <w:jc w:val="center"/>
        </w:trPr>
        <w:tc>
          <w:tcPr>
            <w:tcW w:w="454" w:type="dxa"/>
            <w:shd w:val="clear" w:color="auto" w:fill="F7F9FC"/>
            <w:tcMar>
              <w:top w:w="55" w:type="dxa"/>
              <w:left w:w="70" w:type="dxa"/>
              <w:bottom w:w="55" w:type="dxa"/>
              <w:right w:w="70" w:type="dxa"/>
            </w:tcMar>
          </w:tcPr>
          <w:p w14:paraId="7B7E55D4" w14:textId="77777777" w:rsidR="00543BDC" w:rsidRDefault="00000000">
            <w:pPr>
              <w:spacing w:after="0" w:line="240" w:lineRule="auto"/>
              <w:jc w:val="center"/>
            </w:pPr>
            <w:r>
              <w:rPr>
                <w:b/>
                <w:sz w:val="12"/>
              </w:rPr>
              <w:t>52</w:t>
            </w:r>
          </w:p>
        </w:tc>
        <w:tc>
          <w:tcPr>
            <w:tcW w:w="1361" w:type="dxa"/>
            <w:shd w:val="clear" w:color="auto" w:fill="F7F9FC"/>
            <w:tcMar>
              <w:top w:w="55" w:type="dxa"/>
              <w:left w:w="70" w:type="dxa"/>
              <w:bottom w:w="55" w:type="dxa"/>
              <w:right w:w="70" w:type="dxa"/>
            </w:tcMar>
          </w:tcPr>
          <w:p w14:paraId="38AFA266" w14:textId="77777777" w:rsidR="00543BDC" w:rsidRDefault="00000000">
            <w:pPr>
              <w:spacing w:after="0" w:line="240" w:lineRule="auto"/>
            </w:pPr>
            <w:r>
              <w:rPr>
                <w:sz w:val="12"/>
              </w:rPr>
              <w:t>Disiplin, inceleme ve hukuk</w:t>
            </w:r>
          </w:p>
        </w:tc>
        <w:tc>
          <w:tcPr>
            <w:tcW w:w="2835" w:type="dxa"/>
            <w:shd w:val="clear" w:color="auto" w:fill="F7F9FC"/>
            <w:tcMar>
              <w:top w:w="55" w:type="dxa"/>
              <w:left w:w="70" w:type="dxa"/>
              <w:bottom w:w="55" w:type="dxa"/>
              <w:right w:w="70" w:type="dxa"/>
            </w:tcMar>
          </w:tcPr>
          <w:p w14:paraId="44F5EA9C" w14:textId="77777777" w:rsidR="00543BDC" w:rsidRDefault="00000000">
            <w:pPr>
              <w:spacing w:after="0" w:line="240" w:lineRule="auto"/>
            </w:pPr>
            <w:r>
              <w:rPr>
                <w:sz w:val="12"/>
              </w:rPr>
              <w:t>Akademik personelin ceza soruşturması işlemleri</w:t>
            </w:r>
            <w:r>
              <w:rPr>
                <w:sz w:val="12"/>
              </w:rPr>
              <w:br/>
              <w:t>Ceza Soruşturması Görevlendirmesi</w:t>
            </w:r>
          </w:p>
        </w:tc>
        <w:tc>
          <w:tcPr>
            <w:tcW w:w="2268" w:type="dxa"/>
            <w:shd w:val="clear" w:color="auto" w:fill="F7F9FC"/>
            <w:tcMar>
              <w:top w:w="55" w:type="dxa"/>
              <w:left w:w="70" w:type="dxa"/>
              <w:bottom w:w="55" w:type="dxa"/>
              <w:right w:w="70" w:type="dxa"/>
            </w:tcMar>
          </w:tcPr>
          <w:p w14:paraId="29364E6C" w14:textId="77777777" w:rsidR="00543BDC" w:rsidRDefault="00000000">
            <w:pPr>
              <w:spacing w:after="0" w:line="240" w:lineRule="auto"/>
            </w:pPr>
            <w:r>
              <w:rPr>
                <w:sz w:val="12"/>
              </w:rPr>
              <w:t>2547 S.K. 53. Maddesi</w:t>
            </w:r>
          </w:p>
        </w:tc>
        <w:tc>
          <w:tcPr>
            <w:tcW w:w="1134" w:type="dxa"/>
            <w:shd w:val="clear" w:color="auto" w:fill="F7F9FC"/>
            <w:tcMar>
              <w:top w:w="55" w:type="dxa"/>
              <w:left w:w="70" w:type="dxa"/>
              <w:bottom w:w="55" w:type="dxa"/>
              <w:right w:w="70" w:type="dxa"/>
            </w:tcMar>
          </w:tcPr>
          <w:p w14:paraId="236B405B" w14:textId="77777777" w:rsidR="00543BDC" w:rsidRDefault="00000000">
            <w:pPr>
              <w:spacing w:after="0" w:line="240" w:lineRule="auto"/>
            </w:pPr>
            <w:r>
              <w:rPr>
                <w:sz w:val="12"/>
              </w:rPr>
              <w:t>Akademik Personel İdari Persnel Şikayetçi</w:t>
            </w:r>
          </w:p>
        </w:tc>
        <w:tc>
          <w:tcPr>
            <w:tcW w:w="1928" w:type="dxa"/>
            <w:shd w:val="clear" w:color="auto" w:fill="F7F9FC"/>
            <w:tcMar>
              <w:top w:w="55" w:type="dxa"/>
              <w:left w:w="70" w:type="dxa"/>
              <w:bottom w:w="55" w:type="dxa"/>
              <w:right w:w="70" w:type="dxa"/>
            </w:tcMar>
          </w:tcPr>
          <w:p w14:paraId="6490A299" w14:textId="77777777" w:rsidR="00543BDC" w:rsidRDefault="00000000">
            <w:pPr>
              <w:spacing w:after="0" w:line="240" w:lineRule="auto"/>
            </w:pPr>
            <w:r>
              <w:rPr>
                <w:sz w:val="12"/>
              </w:rPr>
              <w:t>Eğitim ve Disiplin İşlemleri</w:t>
            </w:r>
          </w:p>
        </w:tc>
        <w:tc>
          <w:tcPr>
            <w:tcW w:w="3061" w:type="dxa"/>
            <w:shd w:val="clear" w:color="auto" w:fill="F7F9FC"/>
            <w:tcMar>
              <w:top w:w="55" w:type="dxa"/>
              <w:left w:w="70" w:type="dxa"/>
              <w:bottom w:w="55" w:type="dxa"/>
              <w:right w:w="70" w:type="dxa"/>
            </w:tcMar>
          </w:tcPr>
          <w:p w14:paraId="1BBAA29F" w14:textId="77777777" w:rsidR="00543BDC" w:rsidRDefault="00000000">
            <w:pPr>
              <w:spacing w:after="0" w:line="240" w:lineRule="auto"/>
            </w:pPr>
            <w:r>
              <w:rPr>
                <w:sz w:val="12"/>
              </w:rPr>
              <w:t>•Savcılığın ve Şikayetçinin göndermiş olduğu belgeler</w:t>
            </w:r>
          </w:p>
        </w:tc>
        <w:tc>
          <w:tcPr>
            <w:tcW w:w="850" w:type="dxa"/>
            <w:shd w:val="clear" w:color="auto" w:fill="F7F9FC"/>
            <w:tcMar>
              <w:top w:w="55" w:type="dxa"/>
              <w:left w:w="70" w:type="dxa"/>
              <w:bottom w:w="55" w:type="dxa"/>
              <w:right w:w="70" w:type="dxa"/>
            </w:tcMar>
          </w:tcPr>
          <w:p w14:paraId="61FD7BD6" w14:textId="77777777" w:rsidR="00543BDC" w:rsidRDefault="00000000">
            <w:pPr>
              <w:spacing w:after="0" w:line="240" w:lineRule="auto"/>
              <w:jc w:val="center"/>
            </w:pPr>
            <w:r>
              <w:rPr>
                <w:sz w:val="12"/>
              </w:rPr>
              <w:t>4 Ay</w:t>
            </w:r>
          </w:p>
        </w:tc>
        <w:tc>
          <w:tcPr>
            <w:tcW w:w="850" w:type="dxa"/>
            <w:shd w:val="clear" w:color="auto" w:fill="F7F9FC"/>
            <w:tcMar>
              <w:top w:w="55" w:type="dxa"/>
              <w:left w:w="70" w:type="dxa"/>
              <w:bottom w:w="55" w:type="dxa"/>
              <w:right w:w="70" w:type="dxa"/>
            </w:tcMar>
          </w:tcPr>
          <w:p w14:paraId="5484A4EC" w14:textId="77777777" w:rsidR="00543BDC" w:rsidRDefault="00000000">
            <w:pPr>
              <w:spacing w:after="0" w:line="240" w:lineRule="auto"/>
              <w:jc w:val="center"/>
            </w:pPr>
            <w:r>
              <w:rPr>
                <w:sz w:val="12"/>
              </w:rPr>
              <w:t>Evet</w:t>
            </w:r>
          </w:p>
        </w:tc>
      </w:tr>
      <w:tr w:rsidR="00543BDC" w14:paraId="45DC2577" w14:textId="77777777">
        <w:trPr>
          <w:jc w:val="center"/>
        </w:trPr>
        <w:tc>
          <w:tcPr>
            <w:tcW w:w="454" w:type="dxa"/>
            <w:tcMar>
              <w:top w:w="55" w:type="dxa"/>
              <w:left w:w="70" w:type="dxa"/>
              <w:bottom w:w="55" w:type="dxa"/>
              <w:right w:w="70" w:type="dxa"/>
            </w:tcMar>
          </w:tcPr>
          <w:p w14:paraId="483201C6" w14:textId="77777777" w:rsidR="00543BDC" w:rsidRDefault="00000000">
            <w:pPr>
              <w:spacing w:after="0" w:line="240" w:lineRule="auto"/>
              <w:jc w:val="center"/>
            </w:pPr>
            <w:r>
              <w:rPr>
                <w:b/>
                <w:sz w:val="12"/>
              </w:rPr>
              <w:t>53</w:t>
            </w:r>
          </w:p>
        </w:tc>
        <w:tc>
          <w:tcPr>
            <w:tcW w:w="1361" w:type="dxa"/>
            <w:tcMar>
              <w:top w:w="55" w:type="dxa"/>
              <w:left w:w="70" w:type="dxa"/>
              <w:bottom w:w="55" w:type="dxa"/>
              <w:right w:w="70" w:type="dxa"/>
            </w:tcMar>
          </w:tcPr>
          <w:p w14:paraId="417AE491" w14:textId="77777777" w:rsidR="00543BDC" w:rsidRDefault="00000000">
            <w:pPr>
              <w:spacing w:after="0" w:line="240" w:lineRule="auto"/>
            </w:pPr>
            <w:r>
              <w:rPr>
                <w:sz w:val="12"/>
              </w:rPr>
              <w:t>Disiplin, inceleme ve hukuk</w:t>
            </w:r>
          </w:p>
        </w:tc>
        <w:tc>
          <w:tcPr>
            <w:tcW w:w="2835" w:type="dxa"/>
            <w:tcMar>
              <w:top w:w="55" w:type="dxa"/>
              <w:left w:w="70" w:type="dxa"/>
              <w:bottom w:w="55" w:type="dxa"/>
              <w:right w:w="70" w:type="dxa"/>
            </w:tcMar>
          </w:tcPr>
          <w:p w14:paraId="229F6E23" w14:textId="77777777" w:rsidR="00543BDC" w:rsidRDefault="00000000">
            <w:pPr>
              <w:spacing w:after="0" w:line="240" w:lineRule="auto"/>
            </w:pPr>
            <w:r>
              <w:rPr>
                <w:sz w:val="12"/>
              </w:rPr>
              <w:t>Akademik personelin displin soruşturması işlemleri</w:t>
            </w:r>
            <w:r>
              <w:rPr>
                <w:sz w:val="12"/>
              </w:rPr>
              <w:br/>
              <w:t>Disiplin Soruşturması Görevlendirmesi</w:t>
            </w:r>
          </w:p>
        </w:tc>
        <w:tc>
          <w:tcPr>
            <w:tcW w:w="2268" w:type="dxa"/>
            <w:tcMar>
              <w:top w:w="55" w:type="dxa"/>
              <w:left w:w="70" w:type="dxa"/>
              <w:bottom w:w="55" w:type="dxa"/>
              <w:right w:w="70" w:type="dxa"/>
            </w:tcMar>
          </w:tcPr>
          <w:p w14:paraId="5950F7ED" w14:textId="77777777" w:rsidR="00543BDC" w:rsidRDefault="00000000">
            <w:pPr>
              <w:spacing w:after="0" w:line="240" w:lineRule="auto"/>
            </w:pPr>
            <w:r>
              <w:rPr>
                <w:sz w:val="12"/>
              </w:rPr>
              <w:t>2547 S.K. 53. Maddesi</w:t>
            </w:r>
          </w:p>
        </w:tc>
        <w:tc>
          <w:tcPr>
            <w:tcW w:w="1134" w:type="dxa"/>
            <w:tcMar>
              <w:top w:w="55" w:type="dxa"/>
              <w:left w:w="70" w:type="dxa"/>
              <w:bottom w:w="55" w:type="dxa"/>
              <w:right w:w="70" w:type="dxa"/>
            </w:tcMar>
          </w:tcPr>
          <w:p w14:paraId="12441651" w14:textId="77777777" w:rsidR="00543BDC" w:rsidRDefault="00000000">
            <w:pPr>
              <w:spacing w:after="0" w:line="240" w:lineRule="auto"/>
            </w:pPr>
            <w:r>
              <w:rPr>
                <w:sz w:val="12"/>
              </w:rPr>
              <w:t>Akademik Personel İdari Persnel Şikayetçi</w:t>
            </w:r>
          </w:p>
        </w:tc>
        <w:tc>
          <w:tcPr>
            <w:tcW w:w="1928" w:type="dxa"/>
            <w:tcMar>
              <w:top w:w="55" w:type="dxa"/>
              <w:left w:w="70" w:type="dxa"/>
              <w:bottom w:w="55" w:type="dxa"/>
              <w:right w:w="70" w:type="dxa"/>
            </w:tcMar>
          </w:tcPr>
          <w:p w14:paraId="5918E562" w14:textId="77777777" w:rsidR="00543BDC" w:rsidRDefault="00000000">
            <w:pPr>
              <w:spacing w:after="0" w:line="240" w:lineRule="auto"/>
            </w:pPr>
            <w:r>
              <w:rPr>
                <w:sz w:val="12"/>
              </w:rPr>
              <w:t>Eğitim ve Disiplin İşlemleri</w:t>
            </w:r>
          </w:p>
        </w:tc>
        <w:tc>
          <w:tcPr>
            <w:tcW w:w="3061" w:type="dxa"/>
            <w:tcMar>
              <w:top w:w="55" w:type="dxa"/>
              <w:left w:w="70" w:type="dxa"/>
              <w:bottom w:w="55" w:type="dxa"/>
              <w:right w:w="70" w:type="dxa"/>
            </w:tcMar>
          </w:tcPr>
          <w:p w14:paraId="2B24D724" w14:textId="77777777" w:rsidR="00543BDC" w:rsidRDefault="00000000">
            <w:pPr>
              <w:spacing w:after="0" w:line="240" w:lineRule="auto"/>
            </w:pPr>
            <w:r>
              <w:rPr>
                <w:sz w:val="12"/>
              </w:rPr>
              <w:t>•Savcılığın ve Şikayetçinin göndermiş olduğu belgeler</w:t>
            </w:r>
          </w:p>
        </w:tc>
        <w:tc>
          <w:tcPr>
            <w:tcW w:w="850" w:type="dxa"/>
            <w:tcMar>
              <w:top w:w="55" w:type="dxa"/>
              <w:left w:w="70" w:type="dxa"/>
              <w:bottom w:w="55" w:type="dxa"/>
              <w:right w:w="70" w:type="dxa"/>
            </w:tcMar>
          </w:tcPr>
          <w:p w14:paraId="3F5E4131" w14:textId="77777777" w:rsidR="00543BDC" w:rsidRDefault="00000000">
            <w:pPr>
              <w:spacing w:after="0" w:line="240" w:lineRule="auto"/>
              <w:jc w:val="center"/>
            </w:pPr>
            <w:r>
              <w:rPr>
                <w:sz w:val="12"/>
              </w:rPr>
              <w:t>2 Ay</w:t>
            </w:r>
          </w:p>
        </w:tc>
        <w:tc>
          <w:tcPr>
            <w:tcW w:w="850" w:type="dxa"/>
            <w:tcMar>
              <w:top w:w="55" w:type="dxa"/>
              <w:left w:w="70" w:type="dxa"/>
              <w:bottom w:w="55" w:type="dxa"/>
              <w:right w:w="70" w:type="dxa"/>
            </w:tcMar>
          </w:tcPr>
          <w:p w14:paraId="1DF7C8B9" w14:textId="77777777" w:rsidR="00543BDC" w:rsidRDefault="00000000">
            <w:pPr>
              <w:spacing w:after="0" w:line="240" w:lineRule="auto"/>
              <w:jc w:val="center"/>
            </w:pPr>
            <w:r>
              <w:rPr>
                <w:sz w:val="12"/>
              </w:rPr>
              <w:t>Evet</w:t>
            </w:r>
          </w:p>
        </w:tc>
      </w:tr>
      <w:tr w:rsidR="00543BDC" w14:paraId="54174A8A" w14:textId="77777777">
        <w:trPr>
          <w:jc w:val="center"/>
        </w:trPr>
        <w:tc>
          <w:tcPr>
            <w:tcW w:w="454" w:type="dxa"/>
            <w:shd w:val="clear" w:color="auto" w:fill="F7F9FC"/>
            <w:tcMar>
              <w:top w:w="55" w:type="dxa"/>
              <w:left w:w="70" w:type="dxa"/>
              <w:bottom w:w="55" w:type="dxa"/>
              <w:right w:w="70" w:type="dxa"/>
            </w:tcMar>
          </w:tcPr>
          <w:p w14:paraId="29963247" w14:textId="77777777" w:rsidR="00543BDC" w:rsidRDefault="00000000">
            <w:pPr>
              <w:spacing w:after="0" w:line="240" w:lineRule="auto"/>
              <w:jc w:val="center"/>
            </w:pPr>
            <w:r>
              <w:rPr>
                <w:b/>
                <w:sz w:val="12"/>
              </w:rPr>
              <w:t>54</w:t>
            </w:r>
          </w:p>
        </w:tc>
        <w:tc>
          <w:tcPr>
            <w:tcW w:w="1361" w:type="dxa"/>
            <w:shd w:val="clear" w:color="auto" w:fill="F7F9FC"/>
            <w:tcMar>
              <w:top w:w="55" w:type="dxa"/>
              <w:left w:w="70" w:type="dxa"/>
              <w:bottom w:w="55" w:type="dxa"/>
              <w:right w:w="70" w:type="dxa"/>
            </w:tcMar>
          </w:tcPr>
          <w:p w14:paraId="0213A4CA" w14:textId="77777777" w:rsidR="00543BDC" w:rsidRDefault="00000000">
            <w:pPr>
              <w:spacing w:after="0" w:line="240" w:lineRule="auto"/>
            </w:pPr>
            <w:r>
              <w:rPr>
                <w:sz w:val="12"/>
              </w:rPr>
              <w:t>Disiplin, inceleme ve hukuk</w:t>
            </w:r>
          </w:p>
        </w:tc>
        <w:tc>
          <w:tcPr>
            <w:tcW w:w="2835" w:type="dxa"/>
            <w:shd w:val="clear" w:color="auto" w:fill="F7F9FC"/>
            <w:tcMar>
              <w:top w:w="55" w:type="dxa"/>
              <w:left w:w="70" w:type="dxa"/>
              <w:bottom w:w="55" w:type="dxa"/>
              <w:right w:w="70" w:type="dxa"/>
            </w:tcMar>
          </w:tcPr>
          <w:p w14:paraId="46A58870" w14:textId="77777777" w:rsidR="00543BDC" w:rsidRDefault="00000000">
            <w:pPr>
              <w:spacing w:after="0" w:line="240" w:lineRule="auto"/>
            </w:pPr>
            <w:r>
              <w:rPr>
                <w:sz w:val="12"/>
              </w:rPr>
              <w:t>İdari personelin ceza soruşturması işlemleri</w:t>
            </w:r>
            <w:r>
              <w:rPr>
                <w:sz w:val="12"/>
              </w:rPr>
              <w:br/>
              <w:t>Ceza Soruşturması Görevlendirmesi</w:t>
            </w:r>
          </w:p>
        </w:tc>
        <w:tc>
          <w:tcPr>
            <w:tcW w:w="2268" w:type="dxa"/>
            <w:shd w:val="clear" w:color="auto" w:fill="F7F9FC"/>
            <w:tcMar>
              <w:top w:w="55" w:type="dxa"/>
              <w:left w:w="70" w:type="dxa"/>
              <w:bottom w:w="55" w:type="dxa"/>
              <w:right w:w="70" w:type="dxa"/>
            </w:tcMar>
          </w:tcPr>
          <w:p w14:paraId="57700D3A" w14:textId="77777777" w:rsidR="00543BDC" w:rsidRDefault="00000000">
            <w:pPr>
              <w:spacing w:after="0" w:line="240" w:lineRule="auto"/>
            </w:pPr>
            <w:r>
              <w:rPr>
                <w:sz w:val="12"/>
              </w:rPr>
              <w:t>2547 S.K. 53. Maddesi</w:t>
            </w:r>
          </w:p>
        </w:tc>
        <w:tc>
          <w:tcPr>
            <w:tcW w:w="1134" w:type="dxa"/>
            <w:shd w:val="clear" w:color="auto" w:fill="F7F9FC"/>
            <w:tcMar>
              <w:top w:w="55" w:type="dxa"/>
              <w:left w:w="70" w:type="dxa"/>
              <w:bottom w:w="55" w:type="dxa"/>
              <w:right w:w="70" w:type="dxa"/>
            </w:tcMar>
          </w:tcPr>
          <w:p w14:paraId="00B84111" w14:textId="77777777" w:rsidR="00543BDC" w:rsidRDefault="00000000">
            <w:pPr>
              <w:spacing w:after="0" w:line="240" w:lineRule="auto"/>
            </w:pPr>
            <w:r>
              <w:rPr>
                <w:sz w:val="12"/>
              </w:rPr>
              <w:t xml:space="preserve">Akademik Personel İdari </w:t>
            </w:r>
            <w:r>
              <w:rPr>
                <w:sz w:val="12"/>
              </w:rPr>
              <w:lastRenderedPageBreak/>
              <w:t>Persnel Şikayetçi</w:t>
            </w:r>
          </w:p>
        </w:tc>
        <w:tc>
          <w:tcPr>
            <w:tcW w:w="1928" w:type="dxa"/>
            <w:shd w:val="clear" w:color="auto" w:fill="F7F9FC"/>
            <w:tcMar>
              <w:top w:w="55" w:type="dxa"/>
              <w:left w:w="70" w:type="dxa"/>
              <w:bottom w:w="55" w:type="dxa"/>
              <w:right w:w="70" w:type="dxa"/>
            </w:tcMar>
          </w:tcPr>
          <w:p w14:paraId="37A4D83B" w14:textId="77777777" w:rsidR="00543BDC" w:rsidRDefault="00000000">
            <w:pPr>
              <w:spacing w:after="0" w:line="240" w:lineRule="auto"/>
            </w:pPr>
            <w:r>
              <w:rPr>
                <w:sz w:val="12"/>
              </w:rPr>
              <w:lastRenderedPageBreak/>
              <w:t>Eğitim ve Disiplin İşlemleri</w:t>
            </w:r>
          </w:p>
        </w:tc>
        <w:tc>
          <w:tcPr>
            <w:tcW w:w="3061" w:type="dxa"/>
            <w:shd w:val="clear" w:color="auto" w:fill="F7F9FC"/>
            <w:tcMar>
              <w:top w:w="55" w:type="dxa"/>
              <w:left w:w="70" w:type="dxa"/>
              <w:bottom w:w="55" w:type="dxa"/>
              <w:right w:w="70" w:type="dxa"/>
            </w:tcMar>
          </w:tcPr>
          <w:p w14:paraId="4A082BF9" w14:textId="77777777" w:rsidR="00543BDC" w:rsidRDefault="00000000">
            <w:pPr>
              <w:spacing w:after="0" w:line="240" w:lineRule="auto"/>
            </w:pPr>
            <w:r>
              <w:rPr>
                <w:sz w:val="12"/>
              </w:rPr>
              <w:t>•Savcılığın ve Şikayetçinin göndermiş olduğu belgeler</w:t>
            </w:r>
          </w:p>
        </w:tc>
        <w:tc>
          <w:tcPr>
            <w:tcW w:w="850" w:type="dxa"/>
            <w:shd w:val="clear" w:color="auto" w:fill="F7F9FC"/>
            <w:tcMar>
              <w:top w:w="55" w:type="dxa"/>
              <w:left w:w="70" w:type="dxa"/>
              <w:bottom w:w="55" w:type="dxa"/>
              <w:right w:w="70" w:type="dxa"/>
            </w:tcMar>
          </w:tcPr>
          <w:p w14:paraId="368BBAE9" w14:textId="77777777" w:rsidR="00543BDC" w:rsidRDefault="00000000">
            <w:pPr>
              <w:spacing w:after="0" w:line="240" w:lineRule="auto"/>
              <w:jc w:val="center"/>
            </w:pPr>
            <w:r>
              <w:rPr>
                <w:sz w:val="12"/>
              </w:rPr>
              <w:t>4 Ay</w:t>
            </w:r>
          </w:p>
        </w:tc>
        <w:tc>
          <w:tcPr>
            <w:tcW w:w="850" w:type="dxa"/>
            <w:shd w:val="clear" w:color="auto" w:fill="F7F9FC"/>
            <w:tcMar>
              <w:top w:w="55" w:type="dxa"/>
              <w:left w:w="70" w:type="dxa"/>
              <w:bottom w:w="55" w:type="dxa"/>
              <w:right w:w="70" w:type="dxa"/>
            </w:tcMar>
          </w:tcPr>
          <w:p w14:paraId="298E531D" w14:textId="77777777" w:rsidR="00543BDC" w:rsidRDefault="00000000">
            <w:pPr>
              <w:spacing w:after="0" w:line="240" w:lineRule="auto"/>
              <w:jc w:val="center"/>
            </w:pPr>
            <w:r>
              <w:rPr>
                <w:sz w:val="12"/>
              </w:rPr>
              <w:t>Evet</w:t>
            </w:r>
          </w:p>
        </w:tc>
      </w:tr>
      <w:tr w:rsidR="00543BDC" w14:paraId="66A84BF0" w14:textId="77777777">
        <w:trPr>
          <w:jc w:val="center"/>
        </w:trPr>
        <w:tc>
          <w:tcPr>
            <w:tcW w:w="454" w:type="dxa"/>
            <w:tcMar>
              <w:top w:w="55" w:type="dxa"/>
              <w:left w:w="70" w:type="dxa"/>
              <w:bottom w:w="55" w:type="dxa"/>
              <w:right w:w="70" w:type="dxa"/>
            </w:tcMar>
          </w:tcPr>
          <w:p w14:paraId="1C936328" w14:textId="77777777" w:rsidR="00543BDC" w:rsidRDefault="00000000">
            <w:pPr>
              <w:spacing w:after="0" w:line="240" w:lineRule="auto"/>
              <w:jc w:val="center"/>
            </w:pPr>
            <w:r>
              <w:rPr>
                <w:b/>
                <w:sz w:val="12"/>
              </w:rPr>
              <w:t>55</w:t>
            </w:r>
          </w:p>
        </w:tc>
        <w:tc>
          <w:tcPr>
            <w:tcW w:w="1361" w:type="dxa"/>
            <w:tcMar>
              <w:top w:w="55" w:type="dxa"/>
              <w:left w:w="70" w:type="dxa"/>
              <w:bottom w:w="55" w:type="dxa"/>
              <w:right w:w="70" w:type="dxa"/>
            </w:tcMar>
          </w:tcPr>
          <w:p w14:paraId="5D4FB2E5" w14:textId="77777777" w:rsidR="00543BDC" w:rsidRDefault="00000000">
            <w:pPr>
              <w:spacing w:after="0" w:line="240" w:lineRule="auto"/>
            </w:pPr>
            <w:r>
              <w:rPr>
                <w:sz w:val="12"/>
              </w:rPr>
              <w:t>Disiplin, inceleme ve hukuk</w:t>
            </w:r>
          </w:p>
        </w:tc>
        <w:tc>
          <w:tcPr>
            <w:tcW w:w="2835" w:type="dxa"/>
            <w:tcMar>
              <w:top w:w="55" w:type="dxa"/>
              <w:left w:w="70" w:type="dxa"/>
              <w:bottom w:w="55" w:type="dxa"/>
              <w:right w:w="70" w:type="dxa"/>
            </w:tcMar>
          </w:tcPr>
          <w:p w14:paraId="558EF254" w14:textId="77777777" w:rsidR="00543BDC" w:rsidRDefault="00000000">
            <w:pPr>
              <w:spacing w:after="0" w:line="240" w:lineRule="auto"/>
            </w:pPr>
            <w:r>
              <w:rPr>
                <w:sz w:val="12"/>
              </w:rPr>
              <w:t>İdari personelin Disiplin soruşturması işlemleri</w:t>
            </w:r>
            <w:r>
              <w:rPr>
                <w:sz w:val="12"/>
              </w:rPr>
              <w:br/>
              <w:t>Disiplin Soruşturması Görevlendirmesi</w:t>
            </w:r>
          </w:p>
        </w:tc>
        <w:tc>
          <w:tcPr>
            <w:tcW w:w="2268" w:type="dxa"/>
            <w:tcMar>
              <w:top w:w="55" w:type="dxa"/>
              <w:left w:w="70" w:type="dxa"/>
              <w:bottom w:w="55" w:type="dxa"/>
              <w:right w:w="70" w:type="dxa"/>
            </w:tcMar>
          </w:tcPr>
          <w:p w14:paraId="67F35302" w14:textId="77777777" w:rsidR="00543BDC" w:rsidRDefault="00000000">
            <w:pPr>
              <w:spacing w:after="0" w:line="240" w:lineRule="auto"/>
            </w:pPr>
            <w:r>
              <w:rPr>
                <w:sz w:val="12"/>
              </w:rPr>
              <w:t>2547 S.K. 657 S.K.</w:t>
            </w:r>
          </w:p>
        </w:tc>
        <w:tc>
          <w:tcPr>
            <w:tcW w:w="1134" w:type="dxa"/>
            <w:tcMar>
              <w:top w:w="55" w:type="dxa"/>
              <w:left w:w="70" w:type="dxa"/>
              <w:bottom w:w="55" w:type="dxa"/>
              <w:right w:w="70" w:type="dxa"/>
            </w:tcMar>
          </w:tcPr>
          <w:p w14:paraId="7CC47367" w14:textId="77777777" w:rsidR="00543BDC" w:rsidRDefault="00000000">
            <w:pPr>
              <w:spacing w:after="0" w:line="240" w:lineRule="auto"/>
            </w:pPr>
            <w:r>
              <w:rPr>
                <w:sz w:val="12"/>
              </w:rPr>
              <w:t>Akademik Personel İdari Persnel Şikayetçi</w:t>
            </w:r>
          </w:p>
        </w:tc>
        <w:tc>
          <w:tcPr>
            <w:tcW w:w="1928" w:type="dxa"/>
            <w:tcMar>
              <w:top w:w="55" w:type="dxa"/>
              <w:left w:w="70" w:type="dxa"/>
              <w:bottom w:w="55" w:type="dxa"/>
              <w:right w:w="70" w:type="dxa"/>
            </w:tcMar>
          </w:tcPr>
          <w:p w14:paraId="178C240A" w14:textId="77777777" w:rsidR="00543BDC" w:rsidRDefault="00000000">
            <w:pPr>
              <w:spacing w:after="0" w:line="240" w:lineRule="auto"/>
            </w:pPr>
            <w:r>
              <w:rPr>
                <w:sz w:val="12"/>
              </w:rPr>
              <w:t>Eğitim ve Disiplin İşlemleri</w:t>
            </w:r>
          </w:p>
        </w:tc>
        <w:tc>
          <w:tcPr>
            <w:tcW w:w="3061" w:type="dxa"/>
            <w:tcMar>
              <w:top w:w="55" w:type="dxa"/>
              <w:left w:w="70" w:type="dxa"/>
              <w:bottom w:w="55" w:type="dxa"/>
              <w:right w:w="70" w:type="dxa"/>
            </w:tcMar>
          </w:tcPr>
          <w:p w14:paraId="764F6394" w14:textId="77777777" w:rsidR="00543BDC" w:rsidRDefault="00000000">
            <w:pPr>
              <w:spacing w:after="0" w:line="240" w:lineRule="auto"/>
            </w:pPr>
            <w:r>
              <w:rPr>
                <w:sz w:val="12"/>
              </w:rPr>
              <w:t>•Savcılığın ve Şikayetçinin göndermiş olduğu belgeler</w:t>
            </w:r>
          </w:p>
        </w:tc>
        <w:tc>
          <w:tcPr>
            <w:tcW w:w="850" w:type="dxa"/>
            <w:tcMar>
              <w:top w:w="55" w:type="dxa"/>
              <w:left w:w="70" w:type="dxa"/>
              <w:bottom w:w="55" w:type="dxa"/>
              <w:right w:w="70" w:type="dxa"/>
            </w:tcMar>
          </w:tcPr>
          <w:p w14:paraId="5EAC1DB3" w14:textId="77777777" w:rsidR="00543BDC" w:rsidRDefault="00000000">
            <w:pPr>
              <w:spacing w:after="0" w:line="240" w:lineRule="auto"/>
              <w:jc w:val="center"/>
            </w:pPr>
            <w:r>
              <w:rPr>
                <w:sz w:val="12"/>
              </w:rPr>
              <w:t>2 Ay</w:t>
            </w:r>
          </w:p>
        </w:tc>
        <w:tc>
          <w:tcPr>
            <w:tcW w:w="850" w:type="dxa"/>
            <w:tcMar>
              <w:top w:w="55" w:type="dxa"/>
              <w:left w:w="70" w:type="dxa"/>
              <w:bottom w:w="55" w:type="dxa"/>
              <w:right w:w="70" w:type="dxa"/>
            </w:tcMar>
          </w:tcPr>
          <w:p w14:paraId="0BFC3C77" w14:textId="77777777" w:rsidR="00543BDC" w:rsidRDefault="00000000">
            <w:pPr>
              <w:spacing w:after="0" w:line="240" w:lineRule="auto"/>
              <w:jc w:val="center"/>
            </w:pPr>
            <w:r>
              <w:rPr>
                <w:sz w:val="12"/>
              </w:rPr>
              <w:t>Evet</w:t>
            </w:r>
          </w:p>
        </w:tc>
      </w:tr>
      <w:tr w:rsidR="00543BDC" w14:paraId="725C943F" w14:textId="77777777">
        <w:trPr>
          <w:jc w:val="center"/>
        </w:trPr>
        <w:tc>
          <w:tcPr>
            <w:tcW w:w="454" w:type="dxa"/>
            <w:shd w:val="clear" w:color="auto" w:fill="F7F9FC"/>
            <w:tcMar>
              <w:top w:w="55" w:type="dxa"/>
              <w:left w:w="70" w:type="dxa"/>
              <w:bottom w:w="55" w:type="dxa"/>
              <w:right w:w="70" w:type="dxa"/>
            </w:tcMar>
          </w:tcPr>
          <w:p w14:paraId="6176248E" w14:textId="77777777" w:rsidR="00543BDC" w:rsidRDefault="00000000">
            <w:pPr>
              <w:spacing w:after="0" w:line="240" w:lineRule="auto"/>
              <w:jc w:val="center"/>
            </w:pPr>
            <w:r>
              <w:rPr>
                <w:b/>
                <w:sz w:val="12"/>
              </w:rPr>
              <w:t>56</w:t>
            </w:r>
          </w:p>
        </w:tc>
        <w:tc>
          <w:tcPr>
            <w:tcW w:w="1361" w:type="dxa"/>
            <w:shd w:val="clear" w:color="auto" w:fill="F7F9FC"/>
            <w:tcMar>
              <w:top w:w="55" w:type="dxa"/>
              <w:left w:w="70" w:type="dxa"/>
              <w:bottom w:w="55" w:type="dxa"/>
              <w:right w:w="70" w:type="dxa"/>
            </w:tcMar>
          </w:tcPr>
          <w:p w14:paraId="0C654AC8" w14:textId="77777777" w:rsidR="00543BDC" w:rsidRDefault="00000000">
            <w:pPr>
              <w:spacing w:after="0" w:line="240" w:lineRule="auto"/>
            </w:pPr>
            <w:r>
              <w:rPr>
                <w:sz w:val="12"/>
              </w:rPr>
              <w:t>Disiplin, inceleme ve hukuk</w:t>
            </w:r>
          </w:p>
        </w:tc>
        <w:tc>
          <w:tcPr>
            <w:tcW w:w="2835" w:type="dxa"/>
            <w:shd w:val="clear" w:color="auto" w:fill="F7F9FC"/>
            <w:tcMar>
              <w:top w:w="55" w:type="dxa"/>
              <w:left w:w="70" w:type="dxa"/>
              <w:bottom w:w="55" w:type="dxa"/>
              <w:right w:w="70" w:type="dxa"/>
            </w:tcMar>
          </w:tcPr>
          <w:p w14:paraId="24F2A36A" w14:textId="77777777" w:rsidR="00543BDC" w:rsidRDefault="00000000">
            <w:pPr>
              <w:spacing w:after="0" w:line="240" w:lineRule="auto"/>
            </w:pPr>
            <w:r>
              <w:rPr>
                <w:sz w:val="12"/>
              </w:rPr>
              <w:t>Akademik/İdari personelin İnceleme işlemleri</w:t>
            </w:r>
            <w:r>
              <w:rPr>
                <w:sz w:val="12"/>
              </w:rPr>
              <w:br/>
              <w:t>İncelemeci Görevlendirmesi</w:t>
            </w:r>
          </w:p>
        </w:tc>
        <w:tc>
          <w:tcPr>
            <w:tcW w:w="2268" w:type="dxa"/>
            <w:shd w:val="clear" w:color="auto" w:fill="F7F9FC"/>
            <w:tcMar>
              <w:top w:w="55" w:type="dxa"/>
              <w:left w:w="70" w:type="dxa"/>
              <w:bottom w:w="55" w:type="dxa"/>
              <w:right w:w="70" w:type="dxa"/>
            </w:tcMar>
          </w:tcPr>
          <w:p w14:paraId="0B73DB4C" w14:textId="77777777" w:rsidR="00543BDC" w:rsidRDefault="00000000">
            <w:pPr>
              <w:spacing w:after="0" w:line="240" w:lineRule="auto"/>
            </w:pPr>
            <w:r>
              <w:rPr>
                <w:sz w:val="12"/>
              </w:rPr>
              <w:t>2548 S.K. 657 S.K.</w:t>
            </w:r>
          </w:p>
        </w:tc>
        <w:tc>
          <w:tcPr>
            <w:tcW w:w="1134" w:type="dxa"/>
            <w:shd w:val="clear" w:color="auto" w:fill="F7F9FC"/>
            <w:tcMar>
              <w:top w:w="55" w:type="dxa"/>
              <w:left w:w="70" w:type="dxa"/>
              <w:bottom w:w="55" w:type="dxa"/>
              <w:right w:w="70" w:type="dxa"/>
            </w:tcMar>
          </w:tcPr>
          <w:p w14:paraId="76B0B884" w14:textId="77777777" w:rsidR="00543BDC" w:rsidRDefault="00000000">
            <w:pPr>
              <w:spacing w:after="0" w:line="240" w:lineRule="auto"/>
            </w:pPr>
            <w:r>
              <w:rPr>
                <w:sz w:val="12"/>
              </w:rPr>
              <w:t>Akademik Personel İdari Persnel Şikayetçi</w:t>
            </w:r>
          </w:p>
        </w:tc>
        <w:tc>
          <w:tcPr>
            <w:tcW w:w="1928" w:type="dxa"/>
            <w:shd w:val="clear" w:color="auto" w:fill="F7F9FC"/>
            <w:tcMar>
              <w:top w:w="55" w:type="dxa"/>
              <w:left w:w="70" w:type="dxa"/>
              <w:bottom w:w="55" w:type="dxa"/>
              <w:right w:w="70" w:type="dxa"/>
            </w:tcMar>
          </w:tcPr>
          <w:p w14:paraId="74A38BD9" w14:textId="77777777" w:rsidR="00543BDC" w:rsidRDefault="00000000">
            <w:pPr>
              <w:spacing w:after="0" w:line="240" w:lineRule="auto"/>
            </w:pPr>
            <w:r>
              <w:rPr>
                <w:sz w:val="12"/>
              </w:rPr>
              <w:t>Eğitim ve Disiplin İşlemleri</w:t>
            </w:r>
          </w:p>
        </w:tc>
        <w:tc>
          <w:tcPr>
            <w:tcW w:w="3061" w:type="dxa"/>
            <w:shd w:val="clear" w:color="auto" w:fill="F7F9FC"/>
            <w:tcMar>
              <w:top w:w="55" w:type="dxa"/>
              <w:left w:w="70" w:type="dxa"/>
              <w:bottom w:w="55" w:type="dxa"/>
              <w:right w:w="70" w:type="dxa"/>
            </w:tcMar>
          </w:tcPr>
          <w:p w14:paraId="4138F340" w14:textId="77777777" w:rsidR="00543BDC" w:rsidRDefault="00000000">
            <w:pPr>
              <w:spacing w:after="0" w:line="240" w:lineRule="auto"/>
            </w:pPr>
            <w:r>
              <w:rPr>
                <w:sz w:val="12"/>
              </w:rPr>
              <w:t>•Savcılığın ve Şikayetçinin göndermiş olduğu belgeler</w:t>
            </w:r>
          </w:p>
        </w:tc>
        <w:tc>
          <w:tcPr>
            <w:tcW w:w="850" w:type="dxa"/>
            <w:shd w:val="clear" w:color="auto" w:fill="F7F9FC"/>
            <w:tcMar>
              <w:top w:w="55" w:type="dxa"/>
              <w:left w:w="70" w:type="dxa"/>
              <w:bottom w:w="55" w:type="dxa"/>
              <w:right w:w="70" w:type="dxa"/>
            </w:tcMar>
          </w:tcPr>
          <w:p w14:paraId="40D8BBFC" w14:textId="77777777" w:rsidR="00543BDC" w:rsidRDefault="00000000">
            <w:pPr>
              <w:spacing w:after="0" w:line="240" w:lineRule="auto"/>
              <w:jc w:val="center"/>
            </w:pPr>
            <w:r>
              <w:rPr>
                <w:sz w:val="12"/>
              </w:rPr>
              <w:t>15 gün</w:t>
            </w:r>
          </w:p>
        </w:tc>
        <w:tc>
          <w:tcPr>
            <w:tcW w:w="850" w:type="dxa"/>
            <w:shd w:val="clear" w:color="auto" w:fill="F7F9FC"/>
            <w:tcMar>
              <w:top w:w="55" w:type="dxa"/>
              <w:left w:w="70" w:type="dxa"/>
              <w:bottom w:w="55" w:type="dxa"/>
              <w:right w:w="70" w:type="dxa"/>
            </w:tcMar>
          </w:tcPr>
          <w:p w14:paraId="55B0954D" w14:textId="77777777" w:rsidR="00543BDC" w:rsidRDefault="00000000">
            <w:pPr>
              <w:spacing w:after="0" w:line="240" w:lineRule="auto"/>
              <w:jc w:val="center"/>
            </w:pPr>
            <w:r>
              <w:rPr>
                <w:sz w:val="12"/>
              </w:rPr>
              <w:t>Evet</w:t>
            </w:r>
          </w:p>
        </w:tc>
      </w:tr>
      <w:tr w:rsidR="00543BDC" w14:paraId="2D78D36A" w14:textId="77777777">
        <w:trPr>
          <w:jc w:val="center"/>
        </w:trPr>
        <w:tc>
          <w:tcPr>
            <w:tcW w:w="454" w:type="dxa"/>
            <w:tcMar>
              <w:top w:w="55" w:type="dxa"/>
              <w:left w:w="70" w:type="dxa"/>
              <w:bottom w:w="55" w:type="dxa"/>
              <w:right w:w="70" w:type="dxa"/>
            </w:tcMar>
          </w:tcPr>
          <w:p w14:paraId="64B01697" w14:textId="77777777" w:rsidR="00543BDC" w:rsidRDefault="00000000">
            <w:pPr>
              <w:spacing w:after="0" w:line="240" w:lineRule="auto"/>
              <w:jc w:val="center"/>
            </w:pPr>
            <w:r>
              <w:rPr>
                <w:b/>
                <w:sz w:val="12"/>
              </w:rPr>
              <w:t>57</w:t>
            </w:r>
          </w:p>
        </w:tc>
        <w:tc>
          <w:tcPr>
            <w:tcW w:w="1361" w:type="dxa"/>
            <w:tcMar>
              <w:top w:w="55" w:type="dxa"/>
              <w:left w:w="70" w:type="dxa"/>
              <w:bottom w:w="55" w:type="dxa"/>
              <w:right w:w="70" w:type="dxa"/>
            </w:tcMar>
          </w:tcPr>
          <w:p w14:paraId="525F99AA" w14:textId="77777777" w:rsidR="00543BDC" w:rsidRDefault="00000000">
            <w:pPr>
              <w:spacing w:after="0" w:line="240" w:lineRule="auto"/>
            </w:pPr>
            <w:r>
              <w:rPr>
                <w:sz w:val="12"/>
              </w:rPr>
              <w:t>Disiplin, inceleme ve hukuk</w:t>
            </w:r>
          </w:p>
        </w:tc>
        <w:tc>
          <w:tcPr>
            <w:tcW w:w="2835" w:type="dxa"/>
            <w:tcMar>
              <w:top w:w="55" w:type="dxa"/>
              <w:left w:w="70" w:type="dxa"/>
              <w:bottom w:w="55" w:type="dxa"/>
              <w:right w:w="70" w:type="dxa"/>
            </w:tcMar>
          </w:tcPr>
          <w:p w14:paraId="3896DD6F" w14:textId="77777777" w:rsidR="00543BDC" w:rsidRDefault="00000000">
            <w:pPr>
              <w:spacing w:after="0" w:line="240" w:lineRule="auto"/>
            </w:pPr>
            <w:r>
              <w:rPr>
                <w:sz w:val="12"/>
              </w:rPr>
              <w:t>Uzman Görevlendirmesi</w:t>
            </w:r>
            <w:r>
              <w:rPr>
                <w:sz w:val="12"/>
              </w:rPr>
              <w:br/>
              <w:t>Yayın etiği hk. Uzman görüşü</w:t>
            </w:r>
          </w:p>
        </w:tc>
        <w:tc>
          <w:tcPr>
            <w:tcW w:w="2268" w:type="dxa"/>
            <w:tcMar>
              <w:top w:w="55" w:type="dxa"/>
              <w:left w:w="70" w:type="dxa"/>
              <w:bottom w:w="55" w:type="dxa"/>
              <w:right w:w="70" w:type="dxa"/>
            </w:tcMar>
          </w:tcPr>
          <w:p w14:paraId="0EB9BA87" w14:textId="77777777" w:rsidR="00543BDC" w:rsidRDefault="00000000">
            <w:pPr>
              <w:spacing w:after="0" w:line="240" w:lineRule="auto"/>
            </w:pPr>
            <w:r>
              <w:rPr>
                <w:sz w:val="12"/>
              </w:rPr>
              <w:t>2547 S.K. Üniversitelerarası Kurulu Bilimsel Araştırma ve Yayın Etiği Yönergesi</w:t>
            </w:r>
          </w:p>
        </w:tc>
        <w:tc>
          <w:tcPr>
            <w:tcW w:w="1134" w:type="dxa"/>
            <w:tcMar>
              <w:top w:w="55" w:type="dxa"/>
              <w:left w:w="70" w:type="dxa"/>
              <w:bottom w:w="55" w:type="dxa"/>
              <w:right w:w="70" w:type="dxa"/>
            </w:tcMar>
          </w:tcPr>
          <w:p w14:paraId="0635804C" w14:textId="77777777" w:rsidR="00543BDC" w:rsidRDefault="00000000">
            <w:pPr>
              <w:spacing w:after="0" w:line="240" w:lineRule="auto"/>
            </w:pPr>
            <w:r>
              <w:rPr>
                <w:sz w:val="12"/>
              </w:rPr>
              <w:t>ÜAK, Akademik Personel</w:t>
            </w:r>
          </w:p>
        </w:tc>
        <w:tc>
          <w:tcPr>
            <w:tcW w:w="1928" w:type="dxa"/>
            <w:tcMar>
              <w:top w:w="55" w:type="dxa"/>
              <w:left w:w="70" w:type="dxa"/>
              <w:bottom w:w="55" w:type="dxa"/>
              <w:right w:w="70" w:type="dxa"/>
            </w:tcMar>
          </w:tcPr>
          <w:p w14:paraId="4D87A060" w14:textId="77777777" w:rsidR="00543BDC" w:rsidRDefault="00000000">
            <w:pPr>
              <w:spacing w:after="0" w:line="240" w:lineRule="auto"/>
            </w:pPr>
            <w:r>
              <w:rPr>
                <w:sz w:val="12"/>
              </w:rPr>
              <w:t>Eğitim ve Disiplin İşlemleri</w:t>
            </w:r>
          </w:p>
        </w:tc>
        <w:tc>
          <w:tcPr>
            <w:tcW w:w="3061" w:type="dxa"/>
            <w:tcMar>
              <w:top w:w="55" w:type="dxa"/>
              <w:left w:w="70" w:type="dxa"/>
              <w:bottom w:w="55" w:type="dxa"/>
              <w:right w:w="70" w:type="dxa"/>
            </w:tcMar>
          </w:tcPr>
          <w:p w14:paraId="672068A0" w14:textId="77777777" w:rsidR="00543BDC" w:rsidRDefault="00000000">
            <w:pPr>
              <w:spacing w:after="0" w:line="240" w:lineRule="auto"/>
            </w:pPr>
            <w:r>
              <w:rPr>
                <w:sz w:val="12"/>
              </w:rPr>
              <w:t>•Üniversitelerarası Kurul Başkanlığının göndermiş olduğu belgeler</w:t>
            </w:r>
          </w:p>
        </w:tc>
        <w:tc>
          <w:tcPr>
            <w:tcW w:w="850" w:type="dxa"/>
            <w:tcMar>
              <w:top w:w="55" w:type="dxa"/>
              <w:left w:w="70" w:type="dxa"/>
              <w:bottom w:w="55" w:type="dxa"/>
              <w:right w:w="70" w:type="dxa"/>
            </w:tcMar>
          </w:tcPr>
          <w:p w14:paraId="615AB596" w14:textId="77777777" w:rsidR="00543BDC" w:rsidRDefault="00000000">
            <w:pPr>
              <w:spacing w:after="0" w:line="240" w:lineRule="auto"/>
              <w:jc w:val="center"/>
            </w:pPr>
            <w:r>
              <w:rPr>
                <w:sz w:val="12"/>
              </w:rPr>
              <w:t>10 Gün</w:t>
            </w:r>
          </w:p>
        </w:tc>
        <w:tc>
          <w:tcPr>
            <w:tcW w:w="850" w:type="dxa"/>
            <w:tcMar>
              <w:top w:w="55" w:type="dxa"/>
              <w:left w:w="70" w:type="dxa"/>
              <w:bottom w:w="55" w:type="dxa"/>
              <w:right w:w="70" w:type="dxa"/>
            </w:tcMar>
          </w:tcPr>
          <w:p w14:paraId="6FF5382C" w14:textId="77777777" w:rsidR="00543BDC" w:rsidRDefault="00000000">
            <w:pPr>
              <w:spacing w:after="0" w:line="240" w:lineRule="auto"/>
              <w:jc w:val="center"/>
            </w:pPr>
            <w:r>
              <w:rPr>
                <w:sz w:val="12"/>
              </w:rPr>
              <w:t>Evet</w:t>
            </w:r>
          </w:p>
        </w:tc>
      </w:tr>
      <w:tr w:rsidR="00543BDC" w14:paraId="1291A8A5" w14:textId="77777777">
        <w:trPr>
          <w:jc w:val="center"/>
        </w:trPr>
        <w:tc>
          <w:tcPr>
            <w:tcW w:w="454" w:type="dxa"/>
            <w:shd w:val="clear" w:color="auto" w:fill="F7F9FC"/>
            <w:tcMar>
              <w:top w:w="55" w:type="dxa"/>
              <w:left w:w="70" w:type="dxa"/>
              <w:bottom w:w="55" w:type="dxa"/>
              <w:right w:w="70" w:type="dxa"/>
            </w:tcMar>
          </w:tcPr>
          <w:p w14:paraId="0F5364D9" w14:textId="77777777" w:rsidR="00543BDC" w:rsidRDefault="00000000">
            <w:pPr>
              <w:spacing w:after="0" w:line="240" w:lineRule="auto"/>
              <w:jc w:val="center"/>
            </w:pPr>
            <w:r>
              <w:rPr>
                <w:b/>
                <w:sz w:val="12"/>
              </w:rPr>
              <w:t>58</w:t>
            </w:r>
          </w:p>
        </w:tc>
        <w:tc>
          <w:tcPr>
            <w:tcW w:w="1361" w:type="dxa"/>
            <w:shd w:val="clear" w:color="auto" w:fill="F7F9FC"/>
            <w:tcMar>
              <w:top w:w="55" w:type="dxa"/>
              <w:left w:w="70" w:type="dxa"/>
              <w:bottom w:w="55" w:type="dxa"/>
              <w:right w:w="70" w:type="dxa"/>
            </w:tcMar>
          </w:tcPr>
          <w:p w14:paraId="0D509C6C" w14:textId="77777777" w:rsidR="00543BDC" w:rsidRDefault="00000000">
            <w:pPr>
              <w:spacing w:after="0" w:line="240" w:lineRule="auto"/>
            </w:pPr>
            <w:r>
              <w:rPr>
                <w:sz w:val="12"/>
              </w:rPr>
              <w:t>Disiplin, inceleme ve hukuk</w:t>
            </w:r>
          </w:p>
        </w:tc>
        <w:tc>
          <w:tcPr>
            <w:tcW w:w="2835" w:type="dxa"/>
            <w:shd w:val="clear" w:color="auto" w:fill="F7F9FC"/>
            <w:tcMar>
              <w:top w:w="55" w:type="dxa"/>
              <w:left w:w="70" w:type="dxa"/>
              <w:bottom w:w="55" w:type="dxa"/>
              <w:right w:w="70" w:type="dxa"/>
            </w:tcMar>
          </w:tcPr>
          <w:p w14:paraId="688D8890" w14:textId="77777777" w:rsidR="00543BDC" w:rsidRDefault="00000000">
            <w:pPr>
              <w:spacing w:after="0" w:line="240" w:lineRule="auto"/>
            </w:pPr>
            <w:r>
              <w:rPr>
                <w:sz w:val="12"/>
              </w:rPr>
              <w:t>Dava Dosyaları</w:t>
            </w:r>
            <w:r>
              <w:rPr>
                <w:sz w:val="12"/>
              </w:rPr>
              <w:br/>
              <w:t>Mahkeme kararınının yerine getirilmesi ve verilen cevap yazıları</w:t>
            </w:r>
          </w:p>
        </w:tc>
        <w:tc>
          <w:tcPr>
            <w:tcW w:w="2268" w:type="dxa"/>
            <w:shd w:val="clear" w:color="auto" w:fill="F7F9FC"/>
            <w:tcMar>
              <w:top w:w="55" w:type="dxa"/>
              <w:left w:w="70" w:type="dxa"/>
              <w:bottom w:w="55" w:type="dxa"/>
              <w:right w:w="70" w:type="dxa"/>
            </w:tcMar>
          </w:tcPr>
          <w:p w14:paraId="18BCF865" w14:textId="77777777" w:rsidR="00543BDC" w:rsidRDefault="00000000">
            <w:pPr>
              <w:spacing w:after="0" w:line="240" w:lineRule="auto"/>
            </w:pPr>
            <w:r>
              <w:rPr>
                <w:sz w:val="12"/>
              </w:rPr>
              <w:t>2577 S.K.</w:t>
            </w:r>
          </w:p>
        </w:tc>
        <w:tc>
          <w:tcPr>
            <w:tcW w:w="1134" w:type="dxa"/>
            <w:shd w:val="clear" w:color="auto" w:fill="F7F9FC"/>
            <w:tcMar>
              <w:top w:w="55" w:type="dxa"/>
              <w:left w:w="70" w:type="dxa"/>
              <w:bottom w:w="55" w:type="dxa"/>
              <w:right w:w="70" w:type="dxa"/>
            </w:tcMar>
          </w:tcPr>
          <w:p w14:paraId="24920CBD"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11FF8488" w14:textId="77777777" w:rsidR="00543BDC" w:rsidRDefault="00000000">
            <w:pPr>
              <w:spacing w:after="0" w:line="240" w:lineRule="auto"/>
            </w:pPr>
            <w:r>
              <w:rPr>
                <w:sz w:val="12"/>
              </w:rPr>
              <w:t>Eğitim ve Disiplin İşlemleri</w:t>
            </w:r>
          </w:p>
        </w:tc>
        <w:tc>
          <w:tcPr>
            <w:tcW w:w="3061" w:type="dxa"/>
            <w:shd w:val="clear" w:color="auto" w:fill="F7F9FC"/>
            <w:tcMar>
              <w:top w:w="55" w:type="dxa"/>
              <w:left w:w="70" w:type="dxa"/>
              <w:bottom w:w="55" w:type="dxa"/>
              <w:right w:w="70" w:type="dxa"/>
            </w:tcMar>
          </w:tcPr>
          <w:p w14:paraId="128C0F07" w14:textId="77777777" w:rsidR="00543BDC" w:rsidRDefault="00000000">
            <w:pPr>
              <w:spacing w:after="0" w:line="240" w:lineRule="auto"/>
            </w:pPr>
            <w:r>
              <w:rPr>
                <w:sz w:val="12"/>
              </w:rPr>
              <w:t>•Mahkeme kararında talep edilen belgeler</w:t>
            </w:r>
          </w:p>
        </w:tc>
        <w:tc>
          <w:tcPr>
            <w:tcW w:w="850" w:type="dxa"/>
            <w:shd w:val="clear" w:color="auto" w:fill="F7F9FC"/>
            <w:tcMar>
              <w:top w:w="55" w:type="dxa"/>
              <w:left w:w="70" w:type="dxa"/>
              <w:bottom w:w="55" w:type="dxa"/>
              <w:right w:w="70" w:type="dxa"/>
            </w:tcMar>
          </w:tcPr>
          <w:p w14:paraId="22294D2C" w14:textId="77777777" w:rsidR="00543BDC" w:rsidRDefault="00000000">
            <w:pPr>
              <w:spacing w:after="0" w:line="240" w:lineRule="auto"/>
              <w:jc w:val="center"/>
            </w:pPr>
            <w:r>
              <w:rPr>
                <w:sz w:val="12"/>
              </w:rPr>
              <w:t>7 gün</w:t>
            </w:r>
          </w:p>
        </w:tc>
        <w:tc>
          <w:tcPr>
            <w:tcW w:w="850" w:type="dxa"/>
            <w:shd w:val="clear" w:color="auto" w:fill="F7F9FC"/>
            <w:tcMar>
              <w:top w:w="55" w:type="dxa"/>
              <w:left w:w="70" w:type="dxa"/>
              <w:bottom w:w="55" w:type="dxa"/>
              <w:right w:w="70" w:type="dxa"/>
            </w:tcMar>
          </w:tcPr>
          <w:p w14:paraId="25824B5B" w14:textId="77777777" w:rsidR="00543BDC" w:rsidRDefault="00000000">
            <w:pPr>
              <w:spacing w:after="0" w:line="240" w:lineRule="auto"/>
              <w:jc w:val="center"/>
            </w:pPr>
            <w:r>
              <w:rPr>
                <w:sz w:val="12"/>
              </w:rPr>
              <w:t>Evet</w:t>
            </w:r>
          </w:p>
        </w:tc>
      </w:tr>
      <w:tr w:rsidR="00543BDC" w14:paraId="294E102F" w14:textId="77777777">
        <w:trPr>
          <w:jc w:val="center"/>
        </w:trPr>
        <w:tc>
          <w:tcPr>
            <w:tcW w:w="454" w:type="dxa"/>
            <w:tcMar>
              <w:top w:w="55" w:type="dxa"/>
              <w:left w:w="70" w:type="dxa"/>
              <w:bottom w:w="55" w:type="dxa"/>
              <w:right w:w="70" w:type="dxa"/>
            </w:tcMar>
          </w:tcPr>
          <w:p w14:paraId="78FF7976" w14:textId="77777777" w:rsidR="00543BDC" w:rsidRDefault="00000000">
            <w:pPr>
              <w:spacing w:after="0" w:line="240" w:lineRule="auto"/>
              <w:jc w:val="center"/>
            </w:pPr>
            <w:r>
              <w:rPr>
                <w:b/>
                <w:sz w:val="12"/>
              </w:rPr>
              <w:t>59</w:t>
            </w:r>
          </w:p>
        </w:tc>
        <w:tc>
          <w:tcPr>
            <w:tcW w:w="1361" w:type="dxa"/>
            <w:tcMar>
              <w:top w:w="55" w:type="dxa"/>
              <w:left w:w="70" w:type="dxa"/>
              <w:bottom w:w="55" w:type="dxa"/>
              <w:right w:w="70" w:type="dxa"/>
            </w:tcMar>
          </w:tcPr>
          <w:p w14:paraId="7BE3948E" w14:textId="77777777" w:rsidR="00543BDC" w:rsidRDefault="00000000">
            <w:pPr>
              <w:spacing w:after="0" w:line="240" w:lineRule="auto"/>
            </w:pPr>
            <w:r>
              <w:rPr>
                <w:sz w:val="12"/>
              </w:rPr>
              <w:t>Disiplin, inceleme ve hukuk</w:t>
            </w:r>
          </w:p>
        </w:tc>
        <w:tc>
          <w:tcPr>
            <w:tcW w:w="2835" w:type="dxa"/>
            <w:tcMar>
              <w:top w:w="55" w:type="dxa"/>
              <w:left w:w="70" w:type="dxa"/>
              <w:bottom w:w="55" w:type="dxa"/>
              <w:right w:w="70" w:type="dxa"/>
            </w:tcMar>
          </w:tcPr>
          <w:p w14:paraId="64C712FB" w14:textId="77777777" w:rsidR="00543BDC" w:rsidRDefault="00000000">
            <w:pPr>
              <w:spacing w:after="0" w:line="240" w:lineRule="auto"/>
            </w:pPr>
            <w:r>
              <w:rPr>
                <w:sz w:val="12"/>
              </w:rPr>
              <w:t>Bilirkişi Talepleri</w:t>
            </w:r>
            <w:r>
              <w:rPr>
                <w:sz w:val="12"/>
              </w:rPr>
              <w:br/>
              <w:t>Bilirkişi raporu hazırlanması</w:t>
            </w:r>
          </w:p>
        </w:tc>
        <w:tc>
          <w:tcPr>
            <w:tcW w:w="2268" w:type="dxa"/>
            <w:tcMar>
              <w:top w:w="55" w:type="dxa"/>
              <w:left w:w="70" w:type="dxa"/>
              <w:bottom w:w="55" w:type="dxa"/>
              <w:right w:w="70" w:type="dxa"/>
            </w:tcMar>
          </w:tcPr>
          <w:p w14:paraId="443009B7" w14:textId="77777777" w:rsidR="00543BDC" w:rsidRDefault="00000000">
            <w:pPr>
              <w:spacing w:after="0" w:line="240" w:lineRule="auto"/>
            </w:pPr>
            <w:r>
              <w:rPr>
                <w:sz w:val="12"/>
              </w:rPr>
              <w:t>2547 S.K. İlgili Yönetmelikler ve Üniversite Yönergesi</w:t>
            </w:r>
          </w:p>
        </w:tc>
        <w:tc>
          <w:tcPr>
            <w:tcW w:w="1134" w:type="dxa"/>
            <w:tcMar>
              <w:top w:w="55" w:type="dxa"/>
              <w:left w:w="70" w:type="dxa"/>
              <w:bottom w:w="55" w:type="dxa"/>
              <w:right w:w="70" w:type="dxa"/>
            </w:tcMar>
          </w:tcPr>
          <w:p w14:paraId="01F185DB"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29A8C3E7" w14:textId="77777777" w:rsidR="00543BDC" w:rsidRDefault="00000000">
            <w:pPr>
              <w:spacing w:after="0" w:line="240" w:lineRule="auto"/>
            </w:pPr>
            <w:r>
              <w:rPr>
                <w:sz w:val="12"/>
              </w:rPr>
              <w:t>Eğitim ve Disiplin İşlemleri</w:t>
            </w:r>
          </w:p>
        </w:tc>
        <w:tc>
          <w:tcPr>
            <w:tcW w:w="3061" w:type="dxa"/>
            <w:tcMar>
              <w:top w:w="55" w:type="dxa"/>
              <w:left w:w="70" w:type="dxa"/>
              <w:bottom w:w="55" w:type="dxa"/>
              <w:right w:w="70" w:type="dxa"/>
            </w:tcMar>
          </w:tcPr>
          <w:p w14:paraId="4A70483E" w14:textId="77777777" w:rsidR="00543BDC" w:rsidRDefault="00000000">
            <w:pPr>
              <w:spacing w:after="0" w:line="240" w:lineRule="auto"/>
            </w:pPr>
            <w:r>
              <w:rPr>
                <w:sz w:val="12"/>
              </w:rPr>
              <w:t>•Soruşturma Dosyası</w:t>
            </w:r>
          </w:p>
        </w:tc>
        <w:tc>
          <w:tcPr>
            <w:tcW w:w="850" w:type="dxa"/>
            <w:tcMar>
              <w:top w:w="55" w:type="dxa"/>
              <w:left w:w="70" w:type="dxa"/>
              <w:bottom w:w="55" w:type="dxa"/>
              <w:right w:w="70" w:type="dxa"/>
            </w:tcMar>
          </w:tcPr>
          <w:p w14:paraId="50903C67" w14:textId="77777777" w:rsidR="00543BDC" w:rsidRDefault="00000000">
            <w:pPr>
              <w:spacing w:after="0" w:line="240" w:lineRule="auto"/>
              <w:jc w:val="center"/>
            </w:pPr>
            <w:r>
              <w:rPr>
                <w:sz w:val="12"/>
              </w:rPr>
              <w:t>2 ay</w:t>
            </w:r>
          </w:p>
        </w:tc>
        <w:tc>
          <w:tcPr>
            <w:tcW w:w="850" w:type="dxa"/>
            <w:tcMar>
              <w:top w:w="55" w:type="dxa"/>
              <w:left w:w="70" w:type="dxa"/>
              <w:bottom w:w="55" w:type="dxa"/>
              <w:right w:w="70" w:type="dxa"/>
            </w:tcMar>
          </w:tcPr>
          <w:p w14:paraId="486A1901" w14:textId="77777777" w:rsidR="00543BDC" w:rsidRDefault="00000000">
            <w:pPr>
              <w:spacing w:after="0" w:line="240" w:lineRule="auto"/>
              <w:jc w:val="center"/>
            </w:pPr>
            <w:r>
              <w:rPr>
                <w:sz w:val="12"/>
              </w:rPr>
              <w:t>Evet</w:t>
            </w:r>
          </w:p>
        </w:tc>
      </w:tr>
      <w:tr w:rsidR="00543BDC" w14:paraId="6C3A0DC0" w14:textId="77777777">
        <w:trPr>
          <w:jc w:val="center"/>
        </w:trPr>
        <w:tc>
          <w:tcPr>
            <w:tcW w:w="454" w:type="dxa"/>
            <w:shd w:val="clear" w:color="auto" w:fill="F7F9FC"/>
            <w:tcMar>
              <w:top w:w="55" w:type="dxa"/>
              <w:left w:w="70" w:type="dxa"/>
              <w:bottom w:w="55" w:type="dxa"/>
              <w:right w:w="70" w:type="dxa"/>
            </w:tcMar>
          </w:tcPr>
          <w:p w14:paraId="32CFA63A" w14:textId="77777777" w:rsidR="00543BDC" w:rsidRDefault="00000000">
            <w:pPr>
              <w:spacing w:after="0" w:line="240" w:lineRule="auto"/>
              <w:jc w:val="center"/>
            </w:pPr>
            <w:r>
              <w:rPr>
                <w:b/>
                <w:sz w:val="12"/>
              </w:rPr>
              <w:t>60</w:t>
            </w:r>
          </w:p>
        </w:tc>
        <w:tc>
          <w:tcPr>
            <w:tcW w:w="1361" w:type="dxa"/>
            <w:shd w:val="clear" w:color="auto" w:fill="F7F9FC"/>
            <w:tcMar>
              <w:top w:w="55" w:type="dxa"/>
              <w:left w:w="70" w:type="dxa"/>
              <w:bottom w:w="55" w:type="dxa"/>
              <w:right w:w="70" w:type="dxa"/>
            </w:tcMar>
          </w:tcPr>
          <w:p w14:paraId="6328E007" w14:textId="77777777" w:rsidR="00543BDC" w:rsidRDefault="00000000">
            <w:pPr>
              <w:spacing w:after="0" w:line="240" w:lineRule="auto"/>
            </w:pPr>
            <w:r>
              <w:rPr>
                <w:sz w:val="12"/>
              </w:rPr>
              <w:t>Disiplin, inceleme ve hukuk</w:t>
            </w:r>
          </w:p>
        </w:tc>
        <w:tc>
          <w:tcPr>
            <w:tcW w:w="2835" w:type="dxa"/>
            <w:shd w:val="clear" w:color="auto" w:fill="F7F9FC"/>
            <w:tcMar>
              <w:top w:w="55" w:type="dxa"/>
              <w:left w:w="70" w:type="dxa"/>
              <w:bottom w:w="55" w:type="dxa"/>
              <w:right w:w="70" w:type="dxa"/>
            </w:tcMar>
          </w:tcPr>
          <w:p w14:paraId="32274808" w14:textId="77777777" w:rsidR="00543BDC" w:rsidRDefault="00000000">
            <w:pPr>
              <w:spacing w:after="0" w:line="240" w:lineRule="auto"/>
            </w:pPr>
            <w:r>
              <w:rPr>
                <w:sz w:val="12"/>
              </w:rPr>
              <w:t>Sendika Kurum İdari Kurulları</w:t>
            </w:r>
            <w:r>
              <w:rPr>
                <w:sz w:val="12"/>
              </w:rPr>
              <w:br/>
              <w:t>Sendika Kurum İdari Kurulları gündem maddeleri ve alınan kararlar</w:t>
            </w:r>
          </w:p>
        </w:tc>
        <w:tc>
          <w:tcPr>
            <w:tcW w:w="2268" w:type="dxa"/>
            <w:shd w:val="clear" w:color="auto" w:fill="F7F9FC"/>
            <w:tcMar>
              <w:top w:w="55" w:type="dxa"/>
              <w:left w:w="70" w:type="dxa"/>
              <w:bottom w:w="55" w:type="dxa"/>
              <w:right w:w="70" w:type="dxa"/>
            </w:tcMar>
          </w:tcPr>
          <w:p w14:paraId="28032C6E" w14:textId="77777777" w:rsidR="00543BDC" w:rsidRDefault="00000000">
            <w:pPr>
              <w:spacing w:after="0" w:line="240" w:lineRule="auto"/>
            </w:pPr>
            <w:r>
              <w:rPr>
                <w:sz w:val="12"/>
              </w:rPr>
              <w:t>4688 S.K.</w:t>
            </w:r>
          </w:p>
        </w:tc>
        <w:tc>
          <w:tcPr>
            <w:tcW w:w="1134" w:type="dxa"/>
            <w:shd w:val="clear" w:color="auto" w:fill="F7F9FC"/>
            <w:tcMar>
              <w:top w:w="55" w:type="dxa"/>
              <w:left w:w="70" w:type="dxa"/>
              <w:bottom w:w="55" w:type="dxa"/>
              <w:right w:w="70" w:type="dxa"/>
            </w:tcMar>
          </w:tcPr>
          <w:p w14:paraId="1CCC436B"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63430FF9" w14:textId="77777777" w:rsidR="00543BDC" w:rsidRDefault="00000000">
            <w:pPr>
              <w:spacing w:after="0" w:line="240" w:lineRule="auto"/>
            </w:pPr>
            <w:r>
              <w:rPr>
                <w:sz w:val="12"/>
              </w:rPr>
              <w:t>Eğitim ve Disiplin İşlemleri</w:t>
            </w:r>
          </w:p>
        </w:tc>
        <w:tc>
          <w:tcPr>
            <w:tcW w:w="3061" w:type="dxa"/>
            <w:shd w:val="clear" w:color="auto" w:fill="F7F9FC"/>
            <w:tcMar>
              <w:top w:w="55" w:type="dxa"/>
              <w:left w:w="70" w:type="dxa"/>
              <w:bottom w:w="55" w:type="dxa"/>
              <w:right w:w="70" w:type="dxa"/>
            </w:tcMar>
          </w:tcPr>
          <w:p w14:paraId="1EC8B4D3" w14:textId="77777777" w:rsidR="00543BDC" w:rsidRDefault="00000000">
            <w:pPr>
              <w:spacing w:after="0" w:line="240" w:lineRule="auto"/>
            </w:pPr>
            <w:r>
              <w:rPr>
                <w:sz w:val="12"/>
              </w:rPr>
              <w:t>•Gündem Maddlerine ilişkin Dilekçe ve yazı</w:t>
            </w:r>
          </w:p>
        </w:tc>
        <w:tc>
          <w:tcPr>
            <w:tcW w:w="850" w:type="dxa"/>
            <w:shd w:val="clear" w:color="auto" w:fill="F7F9FC"/>
            <w:tcMar>
              <w:top w:w="55" w:type="dxa"/>
              <w:left w:w="70" w:type="dxa"/>
              <w:bottom w:w="55" w:type="dxa"/>
              <w:right w:w="70" w:type="dxa"/>
            </w:tcMar>
          </w:tcPr>
          <w:p w14:paraId="14CDD5AD" w14:textId="77777777" w:rsidR="00543BDC" w:rsidRDefault="00000000">
            <w:pPr>
              <w:spacing w:after="0" w:line="240" w:lineRule="auto"/>
              <w:jc w:val="center"/>
            </w:pPr>
            <w:r>
              <w:rPr>
                <w:sz w:val="12"/>
              </w:rPr>
              <w:t>15 gün</w:t>
            </w:r>
          </w:p>
        </w:tc>
        <w:tc>
          <w:tcPr>
            <w:tcW w:w="850" w:type="dxa"/>
            <w:shd w:val="clear" w:color="auto" w:fill="F7F9FC"/>
            <w:tcMar>
              <w:top w:w="55" w:type="dxa"/>
              <w:left w:w="70" w:type="dxa"/>
              <w:bottom w:w="55" w:type="dxa"/>
              <w:right w:w="70" w:type="dxa"/>
            </w:tcMar>
          </w:tcPr>
          <w:p w14:paraId="378B0B37" w14:textId="77777777" w:rsidR="00543BDC" w:rsidRDefault="00000000">
            <w:pPr>
              <w:spacing w:after="0" w:line="240" w:lineRule="auto"/>
              <w:jc w:val="center"/>
            </w:pPr>
            <w:r>
              <w:rPr>
                <w:sz w:val="12"/>
              </w:rPr>
              <w:t>Evet</w:t>
            </w:r>
          </w:p>
        </w:tc>
      </w:tr>
      <w:tr w:rsidR="00543BDC" w14:paraId="56975DB1" w14:textId="77777777">
        <w:trPr>
          <w:jc w:val="center"/>
        </w:trPr>
        <w:tc>
          <w:tcPr>
            <w:tcW w:w="454" w:type="dxa"/>
            <w:tcMar>
              <w:top w:w="55" w:type="dxa"/>
              <w:left w:w="70" w:type="dxa"/>
              <w:bottom w:w="55" w:type="dxa"/>
              <w:right w:w="70" w:type="dxa"/>
            </w:tcMar>
          </w:tcPr>
          <w:p w14:paraId="0A2E779D" w14:textId="77777777" w:rsidR="00543BDC" w:rsidRDefault="00000000">
            <w:pPr>
              <w:spacing w:after="0" w:line="240" w:lineRule="auto"/>
              <w:jc w:val="center"/>
            </w:pPr>
            <w:r>
              <w:rPr>
                <w:b/>
                <w:sz w:val="12"/>
              </w:rPr>
              <w:t>61</w:t>
            </w:r>
          </w:p>
        </w:tc>
        <w:tc>
          <w:tcPr>
            <w:tcW w:w="1361" w:type="dxa"/>
            <w:tcMar>
              <w:top w:w="55" w:type="dxa"/>
              <w:left w:w="70" w:type="dxa"/>
              <w:bottom w:w="55" w:type="dxa"/>
              <w:right w:w="70" w:type="dxa"/>
            </w:tcMar>
          </w:tcPr>
          <w:p w14:paraId="33AF7510"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6D2AB509" w14:textId="77777777" w:rsidR="00543BDC" w:rsidRDefault="00000000">
            <w:pPr>
              <w:spacing w:after="0" w:line="240" w:lineRule="auto"/>
            </w:pPr>
            <w:r>
              <w:rPr>
                <w:sz w:val="12"/>
              </w:rPr>
              <w:t>Akademik Personelin Yurtiçi Görevlendirme</w:t>
            </w:r>
            <w:r>
              <w:rPr>
                <w:sz w:val="12"/>
              </w:rPr>
              <w:br/>
              <w:t>Akademik Personelin Yurtiçi Görevlendirme</w:t>
            </w:r>
          </w:p>
        </w:tc>
        <w:tc>
          <w:tcPr>
            <w:tcW w:w="2268" w:type="dxa"/>
            <w:tcMar>
              <w:top w:w="55" w:type="dxa"/>
              <w:left w:w="70" w:type="dxa"/>
              <w:bottom w:w="55" w:type="dxa"/>
              <w:right w:w="70" w:type="dxa"/>
            </w:tcMar>
          </w:tcPr>
          <w:p w14:paraId="1A700C63" w14:textId="77777777" w:rsidR="00543BDC" w:rsidRDefault="00000000">
            <w:pPr>
              <w:spacing w:after="0" w:line="240" w:lineRule="auto"/>
            </w:pPr>
            <w:r>
              <w:rPr>
                <w:sz w:val="12"/>
              </w:rPr>
              <w:t>2547 S.K.39.Mad.</w:t>
            </w:r>
          </w:p>
        </w:tc>
        <w:tc>
          <w:tcPr>
            <w:tcW w:w="1134" w:type="dxa"/>
            <w:tcMar>
              <w:top w:w="55" w:type="dxa"/>
              <w:left w:w="70" w:type="dxa"/>
              <w:bottom w:w="55" w:type="dxa"/>
              <w:right w:w="70" w:type="dxa"/>
            </w:tcMar>
          </w:tcPr>
          <w:p w14:paraId="5797FE04"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7CF8C74D"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F02CBBB" w14:textId="77777777" w:rsidR="00543BDC" w:rsidRDefault="00000000">
            <w:pPr>
              <w:spacing w:after="0" w:line="240" w:lineRule="auto"/>
            </w:pPr>
            <w:r>
              <w:rPr>
                <w:sz w:val="12"/>
              </w:rPr>
              <w:t>•Akademik personelin kadrosunun bulunduğu birim tarafından gönderilen teklif yazısı</w:t>
            </w:r>
          </w:p>
        </w:tc>
        <w:tc>
          <w:tcPr>
            <w:tcW w:w="850" w:type="dxa"/>
            <w:tcMar>
              <w:top w:w="55" w:type="dxa"/>
              <w:left w:w="70" w:type="dxa"/>
              <w:bottom w:w="55" w:type="dxa"/>
              <w:right w:w="70" w:type="dxa"/>
            </w:tcMar>
          </w:tcPr>
          <w:p w14:paraId="594EC163"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3D5DE7EE" w14:textId="77777777" w:rsidR="00543BDC" w:rsidRDefault="00000000">
            <w:pPr>
              <w:spacing w:after="0" w:line="240" w:lineRule="auto"/>
              <w:jc w:val="center"/>
            </w:pPr>
            <w:r>
              <w:rPr>
                <w:sz w:val="12"/>
              </w:rPr>
              <w:t>Evet</w:t>
            </w:r>
          </w:p>
        </w:tc>
      </w:tr>
      <w:tr w:rsidR="00543BDC" w14:paraId="425C6455" w14:textId="77777777">
        <w:trPr>
          <w:jc w:val="center"/>
        </w:trPr>
        <w:tc>
          <w:tcPr>
            <w:tcW w:w="454" w:type="dxa"/>
            <w:shd w:val="clear" w:color="auto" w:fill="F7F9FC"/>
            <w:tcMar>
              <w:top w:w="55" w:type="dxa"/>
              <w:left w:w="70" w:type="dxa"/>
              <w:bottom w:w="55" w:type="dxa"/>
              <w:right w:w="70" w:type="dxa"/>
            </w:tcMar>
          </w:tcPr>
          <w:p w14:paraId="07F22D0A" w14:textId="77777777" w:rsidR="00543BDC" w:rsidRDefault="00000000">
            <w:pPr>
              <w:spacing w:after="0" w:line="240" w:lineRule="auto"/>
              <w:jc w:val="center"/>
            </w:pPr>
            <w:r>
              <w:rPr>
                <w:b/>
                <w:sz w:val="12"/>
              </w:rPr>
              <w:t>62</w:t>
            </w:r>
          </w:p>
        </w:tc>
        <w:tc>
          <w:tcPr>
            <w:tcW w:w="1361" w:type="dxa"/>
            <w:shd w:val="clear" w:color="auto" w:fill="F7F9FC"/>
            <w:tcMar>
              <w:top w:w="55" w:type="dxa"/>
              <w:left w:w="70" w:type="dxa"/>
              <w:bottom w:w="55" w:type="dxa"/>
              <w:right w:w="70" w:type="dxa"/>
            </w:tcMar>
          </w:tcPr>
          <w:p w14:paraId="70B69506"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277FF075" w14:textId="77777777" w:rsidR="00543BDC" w:rsidRDefault="00000000">
            <w:pPr>
              <w:spacing w:after="0" w:line="240" w:lineRule="auto"/>
            </w:pPr>
            <w:r>
              <w:rPr>
                <w:sz w:val="12"/>
              </w:rPr>
              <w:t>Akademik Personelin Yurtdışı Görevlendirme</w:t>
            </w:r>
            <w:r>
              <w:rPr>
                <w:sz w:val="12"/>
              </w:rPr>
              <w:br/>
              <w:t>Akademik Personelin Yurtdışı Görevlendirme</w:t>
            </w:r>
          </w:p>
        </w:tc>
        <w:tc>
          <w:tcPr>
            <w:tcW w:w="2268" w:type="dxa"/>
            <w:shd w:val="clear" w:color="auto" w:fill="F7F9FC"/>
            <w:tcMar>
              <w:top w:w="55" w:type="dxa"/>
              <w:left w:w="70" w:type="dxa"/>
              <w:bottom w:w="55" w:type="dxa"/>
              <w:right w:w="70" w:type="dxa"/>
            </w:tcMar>
          </w:tcPr>
          <w:p w14:paraId="723873EB" w14:textId="77777777" w:rsidR="00543BDC" w:rsidRDefault="00000000">
            <w:pPr>
              <w:spacing w:after="0" w:line="240" w:lineRule="auto"/>
            </w:pPr>
            <w:r>
              <w:rPr>
                <w:sz w:val="12"/>
              </w:rPr>
              <w:t>2547 S.K.39.Mad.</w:t>
            </w:r>
          </w:p>
        </w:tc>
        <w:tc>
          <w:tcPr>
            <w:tcW w:w="1134" w:type="dxa"/>
            <w:shd w:val="clear" w:color="auto" w:fill="F7F9FC"/>
            <w:tcMar>
              <w:top w:w="55" w:type="dxa"/>
              <w:left w:w="70" w:type="dxa"/>
              <w:bottom w:w="55" w:type="dxa"/>
              <w:right w:w="70" w:type="dxa"/>
            </w:tcMar>
          </w:tcPr>
          <w:p w14:paraId="7AC40025"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4C467C5C"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471DA512"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shd w:val="clear" w:color="auto" w:fill="F7F9FC"/>
            <w:tcMar>
              <w:top w:w="55" w:type="dxa"/>
              <w:left w:w="70" w:type="dxa"/>
              <w:bottom w:w="55" w:type="dxa"/>
              <w:right w:w="70" w:type="dxa"/>
            </w:tcMar>
          </w:tcPr>
          <w:p w14:paraId="57528099" w14:textId="77777777" w:rsidR="00543BDC" w:rsidRDefault="00000000">
            <w:pPr>
              <w:spacing w:after="0" w:line="240" w:lineRule="auto"/>
              <w:jc w:val="center"/>
            </w:pPr>
            <w:r>
              <w:rPr>
                <w:sz w:val="12"/>
              </w:rPr>
              <w:t>3 Gün</w:t>
            </w:r>
          </w:p>
        </w:tc>
        <w:tc>
          <w:tcPr>
            <w:tcW w:w="850" w:type="dxa"/>
            <w:shd w:val="clear" w:color="auto" w:fill="F7F9FC"/>
            <w:tcMar>
              <w:top w:w="55" w:type="dxa"/>
              <w:left w:w="70" w:type="dxa"/>
              <w:bottom w:w="55" w:type="dxa"/>
              <w:right w:w="70" w:type="dxa"/>
            </w:tcMar>
          </w:tcPr>
          <w:p w14:paraId="131C5E5A" w14:textId="77777777" w:rsidR="00543BDC" w:rsidRDefault="00000000">
            <w:pPr>
              <w:spacing w:after="0" w:line="240" w:lineRule="auto"/>
              <w:jc w:val="center"/>
            </w:pPr>
            <w:r>
              <w:rPr>
                <w:sz w:val="12"/>
              </w:rPr>
              <w:t>Evet</w:t>
            </w:r>
          </w:p>
        </w:tc>
      </w:tr>
      <w:tr w:rsidR="00543BDC" w14:paraId="5F7676E4" w14:textId="77777777">
        <w:trPr>
          <w:jc w:val="center"/>
        </w:trPr>
        <w:tc>
          <w:tcPr>
            <w:tcW w:w="454" w:type="dxa"/>
            <w:tcMar>
              <w:top w:w="55" w:type="dxa"/>
              <w:left w:w="70" w:type="dxa"/>
              <w:bottom w:w="55" w:type="dxa"/>
              <w:right w:w="70" w:type="dxa"/>
            </w:tcMar>
          </w:tcPr>
          <w:p w14:paraId="6D81EF36" w14:textId="77777777" w:rsidR="00543BDC" w:rsidRDefault="00000000">
            <w:pPr>
              <w:spacing w:after="0" w:line="240" w:lineRule="auto"/>
              <w:jc w:val="center"/>
            </w:pPr>
            <w:r>
              <w:rPr>
                <w:b/>
                <w:sz w:val="12"/>
              </w:rPr>
              <w:t>63</w:t>
            </w:r>
          </w:p>
        </w:tc>
        <w:tc>
          <w:tcPr>
            <w:tcW w:w="1361" w:type="dxa"/>
            <w:tcMar>
              <w:top w:w="55" w:type="dxa"/>
              <w:left w:w="70" w:type="dxa"/>
              <w:bottom w:w="55" w:type="dxa"/>
              <w:right w:w="70" w:type="dxa"/>
            </w:tcMar>
          </w:tcPr>
          <w:p w14:paraId="2CC2DEC2"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4AE880EF" w14:textId="77777777" w:rsidR="00543BDC" w:rsidRDefault="00000000">
            <w:pPr>
              <w:spacing w:after="0" w:line="240" w:lineRule="auto"/>
            </w:pPr>
            <w:r>
              <w:rPr>
                <w:sz w:val="12"/>
              </w:rPr>
              <w:t>Akademik Personelin Pasaport İşlemleri</w:t>
            </w:r>
            <w:r>
              <w:rPr>
                <w:sz w:val="12"/>
              </w:rPr>
              <w:br/>
              <w:t>Akademik Personelin Pasaport İşlemleri</w:t>
            </w:r>
          </w:p>
        </w:tc>
        <w:tc>
          <w:tcPr>
            <w:tcW w:w="2268" w:type="dxa"/>
            <w:tcMar>
              <w:top w:w="55" w:type="dxa"/>
              <w:left w:w="70" w:type="dxa"/>
              <w:bottom w:w="55" w:type="dxa"/>
              <w:right w:w="70" w:type="dxa"/>
            </w:tcMar>
          </w:tcPr>
          <w:p w14:paraId="54A71D1A" w14:textId="77777777" w:rsidR="00543BDC" w:rsidRDefault="00000000">
            <w:pPr>
              <w:spacing w:after="0" w:line="240" w:lineRule="auto"/>
            </w:pPr>
            <w:r>
              <w:rPr>
                <w:sz w:val="12"/>
              </w:rPr>
              <w:t>5682 S.K.14.Md.</w:t>
            </w:r>
          </w:p>
        </w:tc>
        <w:tc>
          <w:tcPr>
            <w:tcW w:w="1134" w:type="dxa"/>
            <w:tcMar>
              <w:top w:w="55" w:type="dxa"/>
              <w:left w:w="70" w:type="dxa"/>
              <w:bottom w:w="55" w:type="dxa"/>
              <w:right w:w="70" w:type="dxa"/>
            </w:tcMar>
          </w:tcPr>
          <w:p w14:paraId="2A1444D7"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66A1B023"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3EF2C38"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tcMar>
              <w:top w:w="55" w:type="dxa"/>
              <w:left w:w="70" w:type="dxa"/>
              <w:bottom w:w="55" w:type="dxa"/>
              <w:right w:w="70" w:type="dxa"/>
            </w:tcMar>
          </w:tcPr>
          <w:p w14:paraId="698043B2" w14:textId="77777777" w:rsidR="00543BDC" w:rsidRDefault="00000000">
            <w:pPr>
              <w:spacing w:after="0" w:line="240" w:lineRule="auto"/>
              <w:jc w:val="center"/>
            </w:pPr>
            <w:r>
              <w:rPr>
                <w:sz w:val="12"/>
              </w:rPr>
              <w:t>30 Dk.</w:t>
            </w:r>
          </w:p>
        </w:tc>
        <w:tc>
          <w:tcPr>
            <w:tcW w:w="850" w:type="dxa"/>
            <w:tcMar>
              <w:top w:w="55" w:type="dxa"/>
              <w:left w:w="70" w:type="dxa"/>
              <w:bottom w:w="55" w:type="dxa"/>
              <w:right w:w="70" w:type="dxa"/>
            </w:tcMar>
          </w:tcPr>
          <w:p w14:paraId="78B1FE52" w14:textId="77777777" w:rsidR="00543BDC" w:rsidRDefault="00000000">
            <w:pPr>
              <w:spacing w:after="0" w:line="240" w:lineRule="auto"/>
              <w:jc w:val="center"/>
            </w:pPr>
            <w:r>
              <w:rPr>
                <w:sz w:val="12"/>
              </w:rPr>
              <w:t>Hayır</w:t>
            </w:r>
          </w:p>
        </w:tc>
      </w:tr>
      <w:tr w:rsidR="00543BDC" w14:paraId="48700568" w14:textId="77777777">
        <w:trPr>
          <w:jc w:val="center"/>
        </w:trPr>
        <w:tc>
          <w:tcPr>
            <w:tcW w:w="454" w:type="dxa"/>
            <w:shd w:val="clear" w:color="auto" w:fill="F7F9FC"/>
            <w:tcMar>
              <w:top w:w="55" w:type="dxa"/>
              <w:left w:w="70" w:type="dxa"/>
              <w:bottom w:w="55" w:type="dxa"/>
              <w:right w:w="70" w:type="dxa"/>
            </w:tcMar>
          </w:tcPr>
          <w:p w14:paraId="5EBBE045" w14:textId="77777777" w:rsidR="00543BDC" w:rsidRDefault="00000000">
            <w:pPr>
              <w:spacing w:after="0" w:line="240" w:lineRule="auto"/>
              <w:jc w:val="center"/>
            </w:pPr>
            <w:r>
              <w:rPr>
                <w:b/>
                <w:sz w:val="12"/>
              </w:rPr>
              <w:t>64</w:t>
            </w:r>
          </w:p>
        </w:tc>
        <w:tc>
          <w:tcPr>
            <w:tcW w:w="1361" w:type="dxa"/>
            <w:shd w:val="clear" w:color="auto" w:fill="F7F9FC"/>
            <w:tcMar>
              <w:top w:w="55" w:type="dxa"/>
              <w:left w:w="70" w:type="dxa"/>
              <w:bottom w:w="55" w:type="dxa"/>
              <w:right w:w="70" w:type="dxa"/>
            </w:tcMar>
          </w:tcPr>
          <w:p w14:paraId="68978FEE"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197987A3" w14:textId="77777777" w:rsidR="00543BDC" w:rsidRDefault="00000000">
            <w:pPr>
              <w:spacing w:after="0" w:line="240" w:lineRule="auto"/>
            </w:pPr>
            <w:r>
              <w:rPr>
                <w:sz w:val="12"/>
              </w:rPr>
              <w:t>Emekli Akademik Personelin Pasaport İşlemleri</w:t>
            </w:r>
            <w:r>
              <w:rPr>
                <w:sz w:val="12"/>
              </w:rPr>
              <w:br/>
              <w:t>Emekli Akademik Personelin Pasaport İşlemleri</w:t>
            </w:r>
          </w:p>
        </w:tc>
        <w:tc>
          <w:tcPr>
            <w:tcW w:w="2268" w:type="dxa"/>
            <w:shd w:val="clear" w:color="auto" w:fill="F7F9FC"/>
            <w:tcMar>
              <w:top w:w="55" w:type="dxa"/>
              <w:left w:w="70" w:type="dxa"/>
              <w:bottom w:w="55" w:type="dxa"/>
              <w:right w:w="70" w:type="dxa"/>
            </w:tcMar>
          </w:tcPr>
          <w:p w14:paraId="66553A73" w14:textId="77777777" w:rsidR="00543BDC" w:rsidRDefault="00000000">
            <w:pPr>
              <w:spacing w:after="0" w:line="240" w:lineRule="auto"/>
            </w:pPr>
            <w:r>
              <w:rPr>
                <w:sz w:val="12"/>
              </w:rPr>
              <w:t>5683 S.K.14.Md.</w:t>
            </w:r>
          </w:p>
        </w:tc>
        <w:tc>
          <w:tcPr>
            <w:tcW w:w="1134" w:type="dxa"/>
            <w:shd w:val="clear" w:color="auto" w:fill="F7F9FC"/>
            <w:tcMar>
              <w:top w:w="55" w:type="dxa"/>
              <w:left w:w="70" w:type="dxa"/>
              <w:bottom w:w="55" w:type="dxa"/>
              <w:right w:w="70" w:type="dxa"/>
            </w:tcMar>
          </w:tcPr>
          <w:p w14:paraId="6EB03D7E"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7A34044E"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38961627" w14:textId="77777777" w:rsidR="00543BDC" w:rsidRDefault="00000000">
            <w:pPr>
              <w:spacing w:after="0" w:line="240" w:lineRule="auto"/>
            </w:pPr>
            <w:r>
              <w:rPr>
                <w:sz w:val="12"/>
              </w:rPr>
              <w:t>Kişinin Dilekçesi</w:t>
            </w:r>
          </w:p>
        </w:tc>
        <w:tc>
          <w:tcPr>
            <w:tcW w:w="850" w:type="dxa"/>
            <w:shd w:val="clear" w:color="auto" w:fill="F7F9FC"/>
            <w:tcMar>
              <w:top w:w="55" w:type="dxa"/>
              <w:left w:w="70" w:type="dxa"/>
              <w:bottom w:w="55" w:type="dxa"/>
              <w:right w:w="70" w:type="dxa"/>
            </w:tcMar>
          </w:tcPr>
          <w:p w14:paraId="70DCACB5" w14:textId="77777777" w:rsidR="00543BDC" w:rsidRDefault="00000000">
            <w:pPr>
              <w:spacing w:after="0" w:line="240" w:lineRule="auto"/>
              <w:jc w:val="center"/>
            </w:pPr>
            <w:r>
              <w:rPr>
                <w:sz w:val="12"/>
              </w:rPr>
              <w:t>30 Dk.</w:t>
            </w:r>
          </w:p>
        </w:tc>
        <w:tc>
          <w:tcPr>
            <w:tcW w:w="850" w:type="dxa"/>
            <w:shd w:val="clear" w:color="auto" w:fill="F7F9FC"/>
            <w:tcMar>
              <w:top w:w="55" w:type="dxa"/>
              <w:left w:w="70" w:type="dxa"/>
              <w:bottom w:w="55" w:type="dxa"/>
              <w:right w:w="70" w:type="dxa"/>
            </w:tcMar>
          </w:tcPr>
          <w:p w14:paraId="5CDA9416" w14:textId="77777777" w:rsidR="00543BDC" w:rsidRDefault="00000000">
            <w:pPr>
              <w:spacing w:after="0" w:line="240" w:lineRule="auto"/>
              <w:jc w:val="center"/>
            </w:pPr>
            <w:r>
              <w:rPr>
                <w:sz w:val="12"/>
              </w:rPr>
              <w:t>Hayır</w:t>
            </w:r>
          </w:p>
        </w:tc>
      </w:tr>
      <w:tr w:rsidR="00543BDC" w14:paraId="4E090333" w14:textId="77777777">
        <w:trPr>
          <w:jc w:val="center"/>
        </w:trPr>
        <w:tc>
          <w:tcPr>
            <w:tcW w:w="454" w:type="dxa"/>
            <w:tcMar>
              <w:top w:w="55" w:type="dxa"/>
              <w:left w:w="70" w:type="dxa"/>
              <w:bottom w:w="55" w:type="dxa"/>
              <w:right w:w="70" w:type="dxa"/>
            </w:tcMar>
          </w:tcPr>
          <w:p w14:paraId="0C8C3276" w14:textId="77777777" w:rsidR="00543BDC" w:rsidRDefault="00000000">
            <w:pPr>
              <w:spacing w:after="0" w:line="240" w:lineRule="auto"/>
              <w:jc w:val="center"/>
            </w:pPr>
            <w:r>
              <w:rPr>
                <w:b/>
                <w:sz w:val="12"/>
              </w:rPr>
              <w:t>65</w:t>
            </w:r>
          </w:p>
        </w:tc>
        <w:tc>
          <w:tcPr>
            <w:tcW w:w="1361" w:type="dxa"/>
            <w:tcMar>
              <w:top w:w="55" w:type="dxa"/>
              <w:left w:w="70" w:type="dxa"/>
              <w:bottom w:w="55" w:type="dxa"/>
              <w:right w:w="70" w:type="dxa"/>
            </w:tcMar>
          </w:tcPr>
          <w:p w14:paraId="79789DDF"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234D7F61" w14:textId="77777777" w:rsidR="00543BDC" w:rsidRDefault="00000000">
            <w:pPr>
              <w:spacing w:after="0" w:line="240" w:lineRule="auto"/>
            </w:pPr>
            <w:r>
              <w:rPr>
                <w:sz w:val="12"/>
              </w:rPr>
              <w:t>TEKNOPARK Görevlendirmesi</w:t>
            </w:r>
            <w:r>
              <w:rPr>
                <w:sz w:val="12"/>
              </w:rPr>
              <w:br/>
              <w:t>Akademik Personelin Teknopark Gör.</w:t>
            </w:r>
          </w:p>
        </w:tc>
        <w:tc>
          <w:tcPr>
            <w:tcW w:w="2268" w:type="dxa"/>
            <w:tcMar>
              <w:top w:w="55" w:type="dxa"/>
              <w:left w:w="70" w:type="dxa"/>
              <w:bottom w:w="55" w:type="dxa"/>
              <w:right w:w="70" w:type="dxa"/>
            </w:tcMar>
          </w:tcPr>
          <w:p w14:paraId="6F1C8061" w14:textId="77777777" w:rsidR="00543BDC" w:rsidRDefault="00000000">
            <w:pPr>
              <w:spacing w:after="0" w:line="240" w:lineRule="auto"/>
            </w:pPr>
            <w:r>
              <w:rPr>
                <w:sz w:val="12"/>
              </w:rPr>
              <w:t>4691 S.K.7.Md.</w:t>
            </w:r>
          </w:p>
        </w:tc>
        <w:tc>
          <w:tcPr>
            <w:tcW w:w="1134" w:type="dxa"/>
            <w:tcMar>
              <w:top w:w="55" w:type="dxa"/>
              <w:left w:w="70" w:type="dxa"/>
              <w:bottom w:w="55" w:type="dxa"/>
              <w:right w:w="70" w:type="dxa"/>
            </w:tcMar>
          </w:tcPr>
          <w:p w14:paraId="337608C4"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523B2709"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42556A52"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tcMar>
              <w:top w:w="55" w:type="dxa"/>
              <w:left w:w="70" w:type="dxa"/>
              <w:bottom w:w="55" w:type="dxa"/>
              <w:right w:w="70" w:type="dxa"/>
            </w:tcMar>
          </w:tcPr>
          <w:p w14:paraId="61DCB4C3" w14:textId="77777777" w:rsidR="00543BDC" w:rsidRDefault="00000000">
            <w:pPr>
              <w:spacing w:after="0" w:line="240" w:lineRule="auto"/>
              <w:jc w:val="center"/>
            </w:pPr>
            <w:r>
              <w:rPr>
                <w:sz w:val="12"/>
              </w:rPr>
              <w:t>4 Gün</w:t>
            </w:r>
          </w:p>
        </w:tc>
        <w:tc>
          <w:tcPr>
            <w:tcW w:w="850" w:type="dxa"/>
            <w:tcMar>
              <w:top w:w="55" w:type="dxa"/>
              <w:left w:w="70" w:type="dxa"/>
              <w:bottom w:w="55" w:type="dxa"/>
              <w:right w:w="70" w:type="dxa"/>
            </w:tcMar>
          </w:tcPr>
          <w:p w14:paraId="6B0F8909" w14:textId="77777777" w:rsidR="00543BDC" w:rsidRDefault="00000000">
            <w:pPr>
              <w:spacing w:after="0" w:line="240" w:lineRule="auto"/>
              <w:jc w:val="center"/>
            </w:pPr>
            <w:r>
              <w:rPr>
                <w:sz w:val="12"/>
              </w:rPr>
              <w:t>Evet</w:t>
            </w:r>
          </w:p>
        </w:tc>
      </w:tr>
      <w:tr w:rsidR="00543BDC" w14:paraId="0AA29AF3" w14:textId="77777777">
        <w:trPr>
          <w:jc w:val="center"/>
        </w:trPr>
        <w:tc>
          <w:tcPr>
            <w:tcW w:w="454" w:type="dxa"/>
            <w:shd w:val="clear" w:color="auto" w:fill="F7F9FC"/>
            <w:tcMar>
              <w:top w:w="55" w:type="dxa"/>
              <w:left w:w="70" w:type="dxa"/>
              <w:bottom w:w="55" w:type="dxa"/>
              <w:right w:w="70" w:type="dxa"/>
            </w:tcMar>
          </w:tcPr>
          <w:p w14:paraId="4ACC88C7" w14:textId="77777777" w:rsidR="00543BDC" w:rsidRDefault="00000000">
            <w:pPr>
              <w:spacing w:after="0" w:line="240" w:lineRule="auto"/>
              <w:jc w:val="center"/>
            </w:pPr>
            <w:r>
              <w:rPr>
                <w:b/>
                <w:sz w:val="12"/>
              </w:rPr>
              <w:t>66</w:t>
            </w:r>
          </w:p>
        </w:tc>
        <w:tc>
          <w:tcPr>
            <w:tcW w:w="1361" w:type="dxa"/>
            <w:shd w:val="clear" w:color="auto" w:fill="F7F9FC"/>
            <w:tcMar>
              <w:top w:w="55" w:type="dxa"/>
              <w:left w:w="70" w:type="dxa"/>
              <w:bottom w:w="55" w:type="dxa"/>
              <w:right w:w="70" w:type="dxa"/>
            </w:tcMar>
          </w:tcPr>
          <w:p w14:paraId="23A81E8D"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03A8BC0D" w14:textId="77777777" w:rsidR="00543BDC" w:rsidRDefault="00000000">
            <w:pPr>
              <w:spacing w:after="0" w:line="240" w:lineRule="auto"/>
            </w:pPr>
            <w:r>
              <w:rPr>
                <w:sz w:val="12"/>
              </w:rPr>
              <w:t>Araştırma Geliştirme ve Tasarım Faaliyetleri</w:t>
            </w:r>
            <w:r>
              <w:rPr>
                <w:sz w:val="12"/>
              </w:rPr>
              <w:br/>
              <w:t>Akademik Personelin Gör.</w:t>
            </w:r>
          </w:p>
        </w:tc>
        <w:tc>
          <w:tcPr>
            <w:tcW w:w="2268" w:type="dxa"/>
            <w:shd w:val="clear" w:color="auto" w:fill="F7F9FC"/>
            <w:tcMar>
              <w:top w:w="55" w:type="dxa"/>
              <w:left w:w="70" w:type="dxa"/>
              <w:bottom w:w="55" w:type="dxa"/>
              <w:right w:w="70" w:type="dxa"/>
            </w:tcMar>
          </w:tcPr>
          <w:p w14:paraId="7B42F45E" w14:textId="77777777" w:rsidR="00543BDC" w:rsidRDefault="00000000">
            <w:pPr>
              <w:spacing w:after="0" w:line="240" w:lineRule="auto"/>
            </w:pPr>
            <w:r>
              <w:rPr>
                <w:sz w:val="12"/>
              </w:rPr>
              <w:t>5746 S.K.3.Md.</w:t>
            </w:r>
          </w:p>
        </w:tc>
        <w:tc>
          <w:tcPr>
            <w:tcW w:w="1134" w:type="dxa"/>
            <w:shd w:val="clear" w:color="auto" w:fill="F7F9FC"/>
            <w:tcMar>
              <w:top w:w="55" w:type="dxa"/>
              <w:left w:w="70" w:type="dxa"/>
              <w:bottom w:w="55" w:type="dxa"/>
              <w:right w:w="70" w:type="dxa"/>
            </w:tcMar>
          </w:tcPr>
          <w:p w14:paraId="52A5BC73"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3B3B5CD2"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6F64C458"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shd w:val="clear" w:color="auto" w:fill="F7F9FC"/>
            <w:tcMar>
              <w:top w:w="55" w:type="dxa"/>
              <w:left w:w="70" w:type="dxa"/>
              <w:bottom w:w="55" w:type="dxa"/>
              <w:right w:w="70" w:type="dxa"/>
            </w:tcMar>
          </w:tcPr>
          <w:p w14:paraId="07CD5EEE" w14:textId="77777777" w:rsidR="00543BDC" w:rsidRDefault="00000000">
            <w:pPr>
              <w:spacing w:after="0" w:line="240" w:lineRule="auto"/>
              <w:jc w:val="center"/>
            </w:pPr>
            <w:r>
              <w:rPr>
                <w:sz w:val="12"/>
              </w:rPr>
              <w:t>4 Gün</w:t>
            </w:r>
          </w:p>
        </w:tc>
        <w:tc>
          <w:tcPr>
            <w:tcW w:w="850" w:type="dxa"/>
            <w:shd w:val="clear" w:color="auto" w:fill="F7F9FC"/>
            <w:tcMar>
              <w:top w:w="55" w:type="dxa"/>
              <w:left w:w="70" w:type="dxa"/>
              <w:bottom w:w="55" w:type="dxa"/>
              <w:right w:w="70" w:type="dxa"/>
            </w:tcMar>
          </w:tcPr>
          <w:p w14:paraId="6CBF86C8" w14:textId="77777777" w:rsidR="00543BDC" w:rsidRDefault="00000000">
            <w:pPr>
              <w:spacing w:after="0" w:line="240" w:lineRule="auto"/>
              <w:jc w:val="center"/>
            </w:pPr>
            <w:r>
              <w:rPr>
                <w:sz w:val="12"/>
              </w:rPr>
              <w:t>Evet</w:t>
            </w:r>
          </w:p>
        </w:tc>
      </w:tr>
      <w:tr w:rsidR="00543BDC" w14:paraId="105A3144" w14:textId="77777777">
        <w:trPr>
          <w:jc w:val="center"/>
        </w:trPr>
        <w:tc>
          <w:tcPr>
            <w:tcW w:w="454" w:type="dxa"/>
            <w:tcMar>
              <w:top w:w="55" w:type="dxa"/>
              <w:left w:w="70" w:type="dxa"/>
              <w:bottom w:w="55" w:type="dxa"/>
              <w:right w:w="70" w:type="dxa"/>
            </w:tcMar>
          </w:tcPr>
          <w:p w14:paraId="1B1F0C29" w14:textId="77777777" w:rsidR="00543BDC" w:rsidRDefault="00000000">
            <w:pPr>
              <w:spacing w:after="0" w:line="240" w:lineRule="auto"/>
              <w:jc w:val="center"/>
            </w:pPr>
            <w:r>
              <w:rPr>
                <w:b/>
                <w:sz w:val="12"/>
              </w:rPr>
              <w:t>67</w:t>
            </w:r>
          </w:p>
        </w:tc>
        <w:tc>
          <w:tcPr>
            <w:tcW w:w="1361" w:type="dxa"/>
            <w:tcMar>
              <w:top w:w="55" w:type="dxa"/>
              <w:left w:w="70" w:type="dxa"/>
              <w:bottom w:w="55" w:type="dxa"/>
              <w:right w:w="70" w:type="dxa"/>
            </w:tcMar>
          </w:tcPr>
          <w:p w14:paraId="112236FF"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68A48DA8" w14:textId="77777777" w:rsidR="00543BDC" w:rsidRDefault="00000000">
            <w:pPr>
              <w:spacing w:after="0" w:line="240" w:lineRule="auto"/>
            </w:pPr>
            <w:r>
              <w:rPr>
                <w:sz w:val="12"/>
              </w:rPr>
              <w:t>Sağlık Personelininin Rotasyon Görev.</w:t>
            </w:r>
            <w:r>
              <w:rPr>
                <w:sz w:val="12"/>
              </w:rPr>
              <w:br/>
              <w:t>Akademik Personelin Gör.</w:t>
            </w:r>
          </w:p>
        </w:tc>
        <w:tc>
          <w:tcPr>
            <w:tcW w:w="2268" w:type="dxa"/>
            <w:tcMar>
              <w:top w:w="55" w:type="dxa"/>
              <w:left w:w="70" w:type="dxa"/>
              <w:bottom w:w="55" w:type="dxa"/>
              <w:right w:w="70" w:type="dxa"/>
            </w:tcMar>
          </w:tcPr>
          <w:p w14:paraId="0BDB48A4" w14:textId="77777777" w:rsidR="00543BDC" w:rsidRDefault="00000000">
            <w:pPr>
              <w:spacing w:after="0" w:line="240" w:lineRule="auto"/>
            </w:pPr>
            <w:r>
              <w:rPr>
                <w:sz w:val="12"/>
              </w:rPr>
              <w:t>Tıpta ve Diş Hekimliğinde Uzm.Eğt.Yön.18.Md.</w:t>
            </w:r>
          </w:p>
        </w:tc>
        <w:tc>
          <w:tcPr>
            <w:tcW w:w="1134" w:type="dxa"/>
            <w:tcMar>
              <w:top w:w="55" w:type="dxa"/>
              <w:left w:w="70" w:type="dxa"/>
              <w:bottom w:w="55" w:type="dxa"/>
              <w:right w:w="70" w:type="dxa"/>
            </w:tcMar>
          </w:tcPr>
          <w:p w14:paraId="767E708D"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6BB0BB2B"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76095AD3"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tcMar>
              <w:top w:w="55" w:type="dxa"/>
              <w:left w:w="70" w:type="dxa"/>
              <w:bottom w:w="55" w:type="dxa"/>
              <w:right w:w="70" w:type="dxa"/>
            </w:tcMar>
          </w:tcPr>
          <w:p w14:paraId="5FEE5ABE"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561C223C" w14:textId="77777777" w:rsidR="00543BDC" w:rsidRDefault="00000000">
            <w:pPr>
              <w:spacing w:after="0" w:line="240" w:lineRule="auto"/>
              <w:jc w:val="center"/>
            </w:pPr>
            <w:r>
              <w:rPr>
                <w:sz w:val="12"/>
              </w:rPr>
              <w:t>Evet</w:t>
            </w:r>
          </w:p>
        </w:tc>
      </w:tr>
      <w:tr w:rsidR="00543BDC" w14:paraId="7273CA3B" w14:textId="77777777">
        <w:trPr>
          <w:jc w:val="center"/>
        </w:trPr>
        <w:tc>
          <w:tcPr>
            <w:tcW w:w="454" w:type="dxa"/>
            <w:shd w:val="clear" w:color="auto" w:fill="F7F9FC"/>
            <w:tcMar>
              <w:top w:w="55" w:type="dxa"/>
              <w:left w:w="70" w:type="dxa"/>
              <w:bottom w:w="55" w:type="dxa"/>
              <w:right w:w="70" w:type="dxa"/>
            </w:tcMar>
          </w:tcPr>
          <w:p w14:paraId="6F20AC88" w14:textId="77777777" w:rsidR="00543BDC" w:rsidRDefault="00000000">
            <w:pPr>
              <w:spacing w:after="0" w:line="240" w:lineRule="auto"/>
              <w:jc w:val="center"/>
            </w:pPr>
            <w:r>
              <w:rPr>
                <w:b/>
                <w:sz w:val="12"/>
              </w:rPr>
              <w:t>68</w:t>
            </w:r>
          </w:p>
        </w:tc>
        <w:tc>
          <w:tcPr>
            <w:tcW w:w="1361" w:type="dxa"/>
            <w:shd w:val="clear" w:color="auto" w:fill="F7F9FC"/>
            <w:tcMar>
              <w:top w:w="55" w:type="dxa"/>
              <w:left w:w="70" w:type="dxa"/>
              <w:bottom w:w="55" w:type="dxa"/>
              <w:right w:w="70" w:type="dxa"/>
            </w:tcMar>
          </w:tcPr>
          <w:p w14:paraId="5387CB66"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1B92FAC6" w14:textId="77777777" w:rsidR="00543BDC" w:rsidRDefault="00000000">
            <w:pPr>
              <w:spacing w:after="0" w:line="240" w:lineRule="auto"/>
            </w:pPr>
            <w:r>
              <w:rPr>
                <w:sz w:val="12"/>
              </w:rPr>
              <w:t>Bölüm, Anabilim Dalı , Anasanat Dalı, Bilim Dalı ve Sanat Dalı Başkanları Atama</w:t>
            </w:r>
            <w:r>
              <w:rPr>
                <w:sz w:val="12"/>
              </w:rPr>
              <w:br/>
              <w:t>Bölüm, Anabilim Dalı , Anasanat Dalı, Bilim Dalı ve Sanat Dalı Başkanları Atama</w:t>
            </w:r>
          </w:p>
        </w:tc>
        <w:tc>
          <w:tcPr>
            <w:tcW w:w="2268" w:type="dxa"/>
            <w:shd w:val="clear" w:color="auto" w:fill="F7F9FC"/>
            <w:tcMar>
              <w:top w:w="55" w:type="dxa"/>
              <w:left w:w="70" w:type="dxa"/>
              <w:bottom w:w="55" w:type="dxa"/>
              <w:right w:w="70" w:type="dxa"/>
            </w:tcMar>
          </w:tcPr>
          <w:p w14:paraId="70AB34ED" w14:textId="77777777" w:rsidR="00543BDC" w:rsidRDefault="00000000">
            <w:pPr>
              <w:spacing w:after="0" w:line="240" w:lineRule="auto"/>
            </w:pPr>
            <w:r>
              <w:rPr>
                <w:sz w:val="12"/>
              </w:rPr>
              <w:t>2914 S.K.14, 16,17 Maddeleri</w:t>
            </w:r>
          </w:p>
        </w:tc>
        <w:tc>
          <w:tcPr>
            <w:tcW w:w="1134" w:type="dxa"/>
            <w:shd w:val="clear" w:color="auto" w:fill="F7F9FC"/>
            <w:tcMar>
              <w:top w:w="55" w:type="dxa"/>
              <w:left w:w="70" w:type="dxa"/>
              <w:bottom w:w="55" w:type="dxa"/>
              <w:right w:w="70" w:type="dxa"/>
            </w:tcMar>
          </w:tcPr>
          <w:p w14:paraId="731A4E5F"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533D9077"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7BDC0C1B" w14:textId="77777777" w:rsidR="00543BDC" w:rsidRDefault="00000000">
            <w:pPr>
              <w:spacing w:after="0" w:line="240" w:lineRule="auto"/>
            </w:pPr>
            <w:r>
              <w:rPr>
                <w:sz w:val="12"/>
              </w:rPr>
              <w:t>•Akademik personelin kadrosunun bulunduğu birim tarafından elektronik ortamda gönderilen teklif yazısı</w:t>
            </w:r>
          </w:p>
        </w:tc>
        <w:tc>
          <w:tcPr>
            <w:tcW w:w="850" w:type="dxa"/>
            <w:shd w:val="clear" w:color="auto" w:fill="F7F9FC"/>
            <w:tcMar>
              <w:top w:w="55" w:type="dxa"/>
              <w:left w:w="70" w:type="dxa"/>
              <w:bottom w:w="55" w:type="dxa"/>
              <w:right w:w="70" w:type="dxa"/>
            </w:tcMar>
          </w:tcPr>
          <w:p w14:paraId="43C950B5" w14:textId="77777777" w:rsidR="00543BDC" w:rsidRDefault="00000000">
            <w:pPr>
              <w:spacing w:after="0" w:line="240" w:lineRule="auto"/>
              <w:jc w:val="center"/>
            </w:pPr>
            <w:r>
              <w:rPr>
                <w:sz w:val="12"/>
              </w:rPr>
              <w:t>3 Gün</w:t>
            </w:r>
          </w:p>
        </w:tc>
        <w:tc>
          <w:tcPr>
            <w:tcW w:w="850" w:type="dxa"/>
            <w:shd w:val="clear" w:color="auto" w:fill="F7F9FC"/>
            <w:tcMar>
              <w:top w:w="55" w:type="dxa"/>
              <w:left w:w="70" w:type="dxa"/>
              <w:bottom w:w="55" w:type="dxa"/>
              <w:right w:w="70" w:type="dxa"/>
            </w:tcMar>
          </w:tcPr>
          <w:p w14:paraId="1D2A14FC" w14:textId="77777777" w:rsidR="00543BDC" w:rsidRDefault="00000000">
            <w:pPr>
              <w:spacing w:after="0" w:line="240" w:lineRule="auto"/>
              <w:jc w:val="center"/>
            </w:pPr>
            <w:r>
              <w:rPr>
                <w:sz w:val="12"/>
              </w:rPr>
              <w:t>Evet</w:t>
            </w:r>
          </w:p>
        </w:tc>
      </w:tr>
      <w:tr w:rsidR="00543BDC" w14:paraId="2C462C58" w14:textId="77777777">
        <w:trPr>
          <w:jc w:val="center"/>
        </w:trPr>
        <w:tc>
          <w:tcPr>
            <w:tcW w:w="454" w:type="dxa"/>
            <w:tcMar>
              <w:top w:w="55" w:type="dxa"/>
              <w:left w:w="70" w:type="dxa"/>
              <w:bottom w:w="55" w:type="dxa"/>
              <w:right w:w="70" w:type="dxa"/>
            </w:tcMar>
          </w:tcPr>
          <w:p w14:paraId="5F222C99" w14:textId="77777777" w:rsidR="00543BDC" w:rsidRDefault="00000000">
            <w:pPr>
              <w:spacing w:after="0" w:line="240" w:lineRule="auto"/>
              <w:jc w:val="center"/>
            </w:pPr>
            <w:r>
              <w:rPr>
                <w:b/>
                <w:sz w:val="12"/>
              </w:rPr>
              <w:t>69</w:t>
            </w:r>
          </w:p>
        </w:tc>
        <w:tc>
          <w:tcPr>
            <w:tcW w:w="1361" w:type="dxa"/>
            <w:tcMar>
              <w:top w:w="55" w:type="dxa"/>
              <w:left w:w="70" w:type="dxa"/>
              <w:bottom w:w="55" w:type="dxa"/>
              <w:right w:w="70" w:type="dxa"/>
            </w:tcMar>
          </w:tcPr>
          <w:p w14:paraId="3D15CA77"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08050BC1" w14:textId="77777777" w:rsidR="00543BDC" w:rsidRDefault="00000000">
            <w:pPr>
              <w:spacing w:after="0" w:line="240" w:lineRule="auto"/>
            </w:pPr>
            <w:r>
              <w:rPr>
                <w:sz w:val="12"/>
              </w:rPr>
              <w:t>Uygulama ve Araştırma Merkezleri Müdür, Müdür Yrd.ve Yönetim Kurulu Ataması</w:t>
            </w:r>
            <w:r>
              <w:rPr>
                <w:sz w:val="12"/>
              </w:rPr>
              <w:br/>
              <w:t>Uygulama ve Araştırma Merkezleri Müdür, Müdür Yrd.ve Yönetim Kurulu Ataması</w:t>
            </w:r>
          </w:p>
        </w:tc>
        <w:tc>
          <w:tcPr>
            <w:tcW w:w="2268" w:type="dxa"/>
            <w:tcMar>
              <w:top w:w="55" w:type="dxa"/>
              <w:left w:w="70" w:type="dxa"/>
              <w:bottom w:w="55" w:type="dxa"/>
              <w:right w:w="70" w:type="dxa"/>
            </w:tcMar>
          </w:tcPr>
          <w:p w14:paraId="44A09A65" w14:textId="77777777" w:rsidR="00543BDC" w:rsidRDefault="00000000">
            <w:pPr>
              <w:spacing w:after="0" w:line="240" w:lineRule="auto"/>
            </w:pPr>
            <w:r>
              <w:rPr>
                <w:sz w:val="12"/>
              </w:rPr>
              <w:t>İlgili Merkezin Yönetmeliği</w:t>
            </w:r>
          </w:p>
        </w:tc>
        <w:tc>
          <w:tcPr>
            <w:tcW w:w="1134" w:type="dxa"/>
            <w:tcMar>
              <w:top w:w="55" w:type="dxa"/>
              <w:left w:w="70" w:type="dxa"/>
              <w:bottom w:w="55" w:type="dxa"/>
              <w:right w:w="70" w:type="dxa"/>
            </w:tcMar>
          </w:tcPr>
          <w:p w14:paraId="604FDFC5"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7348628D"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3AF9C132" w14:textId="77777777" w:rsidR="00543BDC" w:rsidRDefault="00000000">
            <w:pPr>
              <w:spacing w:after="0" w:line="240" w:lineRule="auto"/>
            </w:pPr>
            <w:r>
              <w:rPr>
                <w:sz w:val="12"/>
              </w:rPr>
              <w:t>İlgili Uygulama ve Araştırma Merkezi Tarafından elektronik ortamda gönderilen teklif yazısı</w:t>
            </w:r>
          </w:p>
        </w:tc>
        <w:tc>
          <w:tcPr>
            <w:tcW w:w="850" w:type="dxa"/>
            <w:tcMar>
              <w:top w:w="55" w:type="dxa"/>
              <w:left w:w="70" w:type="dxa"/>
              <w:bottom w:w="55" w:type="dxa"/>
              <w:right w:w="70" w:type="dxa"/>
            </w:tcMar>
          </w:tcPr>
          <w:p w14:paraId="1A756C50" w14:textId="77777777" w:rsidR="00543BDC" w:rsidRDefault="00000000">
            <w:pPr>
              <w:spacing w:after="0" w:line="240" w:lineRule="auto"/>
              <w:jc w:val="center"/>
            </w:pPr>
            <w:r>
              <w:rPr>
                <w:sz w:val="12"/>
              </w:rPr>
              <w:t>4 Gün</w:t>
            </w:r>
          </w:p>
        </w:tc>
        <w:tc>
          <w:tcPr>
            <w:tcW w:w="850" w:type="dxa"/>
            <w:tcMar>
              <w:top w:w="55" w:type="dxa"/>
              <w:left w:w="70" w:type="dxa"/>
              <w:bottom w:w="55" w:type="dxa"/>
              <w:right w:w="70" w:type="dxa"/>
            </w:tcMar>
          </w:tcPr>
          <w:p w14:paraId="25C9080A" w14:textId="77777777" w:rsidR="00543BDC" w:rsidRDefault="00000000">
            <w:pPr>
              <w:spacing w:after="0" w:line="240" w:lineRule="auto"/>
              <w:jc w:val="center"/>
            </w:pPr>
            <w:r>
              <w:rPr>
                <w:sz w:val="12"/>
              </w:rPr>
              <w:t>Evet</w:t>
            </w:r>
          </w:p>
        </w:tc>
      </w:tr>
      <w:tr w:rsidR="00543BDC" w14:paraId="535CEE0D" w14:textId="77777777">
        <w:trPr>
          <w:jc w:val="center"/>
        </w:trPr>
        <w:tc>
          <w:tcPr>
            <w:tcW w:w="454" w:type="dxa"/>
            <w:shd w:val="clear" w:color="auto" w:fill="F7F9FC"/>
            <w:tcMar>
              <w:top w:w="55" w:type="dxa"/>
              <w:left w:w="70" w:type="dxa"/>
              <w:bottom w:w="55" w:type="dxa"/>
              <w:right w:w="70" w:type="dxa"/>
            </w:tcMar>
          </w:tcPr>
          <w:p w14:paraId="1B1FF51A" w14:textId="77777777" w:rsidR="00543BDC" w:rsidRDefault="00000000">
            <w:pPr>
              <w:spacing w:after="0" w:line="240" w:lineRule="auto"/>
              <w:jc w:val="center"/>
            </w:pPr>
            <w:r>
              <w:rPr>
                <w:b/>
                <w:sz w:val="12"/>
              </w:rPr>
              <w:t>70</w:t>
            </w:r>
          </w:p>
        </w:tc>
        <w:tc>
          <w:tcPr>
            <w:tcW w:w="1361" w:type="dxa"/>
            <w:shd w:val="clear" w:color="auto" w:fill="F7F9FC"/>
            <w:tcMar>
              <w:top w:w="55" w:type="dxa"/>
              <w:left w:w="70" w:type="dxa"/>
              <w:bottom w:w="55" w:type="dxa"/>
              <w:right w:w="70" w:type="dxa"/>
            </w:tcMar>
          </w:tcPr>
          <w:p w14:paraId="340AA4B6"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175DB1C9" w14:textId="77777777" w:rsidR="00543BDC" w:rsidRDefault="00000000">
            <w:pPr>
              <w:spacing w:after="0" w:line="240" w:lineRule="auto"/>
            </w:pPr>
            <w:r>
              <w:rPr>
                <w:sz w:val="12"/>
              </w:rPr>
              <w:t>Jüri Görevlendirmeleri</w:t>
            </w:r>
            <w:r>
              <w:rPr>
                <w:sz w:val="12"/>
              </w:rPr>
              <w:br/>
              <w:t>Akademik Personelin Jüri Gör.</w:t>
            </w:r>
          </w:p>
        </w:tc>
        <w:tc>
          <w:tcPr>
            <w:tcW w:w="2268" w:type="dxa"/>
            <w:shd w:val="clear" w:color="auto" w:fill="F7F9FC"/>
            <w:tcMar>
              <w:top w:w="55" w:type="dxa"/>
              <w:left w:w="70" w:type="dxa"/>
              <w:bottom w:w="55" w:type="dxa"/>
              <w:right w:w="70" w:type="dxa"/>
            </w:tcMar>
          </w:tcPr>
          <w:p w14:paraId="007A336E" w14:textId="77777777" w:rsidR="00543BDC" w:rsidRDefault="00000000">
            <w:pPr>
              <w:spacing w:after="0" w:line="240" w:lineRule="auto"/>
            </w:pPr>
            <w:r>
              <w:rPr>
                <w:sz w:val="12"/>
              </w:rPr>
              <w:t>Doçentlik Değerlendirmesi İle Öğretim Üyeliğine Atanma Süreçlerinde Görev Alan Jüri Üyelerine Ödenecek Ücrete İlişkin Usul Ve Esaslar</w:t>
            </w:r>
          </w:p>
        </w:tc>
        <w:tc>
          <w:tcPr>
            <w:tcW w:w="1134" w:type="dxa"/>
            <w:shd w:val="clear" w:color="auto" w:fill="F7F9FC"/>
            <w:tcMar>
              <w:top w:w="55" w:type="dxa"/>
              <w:left w:w="70" w:type="dxa"/>
              <w:bottom w:w="55" w:type="dxa"/>
              <w:right w:w="70" w:type="dxa"/>
            </w:tcMar>
          </w:tcPr>
          <w:p w14:paraId="6B13BA68"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6EE31181"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182372A2" w14:textId="77777777" w:rsidR="00543BDC" w:rsidRDefault="00000000">
            <w:pPr>
              <w:spacing w:after="0" w:line="240" w:lineRule="auto"/>
            </w:pPr>
            <w:r>
              <w:rPr>
                <w:sz w:val="12"/>
              </w:rPr>
              <w:t>•Akademik personelin kadrosunun bulunduğu birim/Üniversite tarafından elektronik ortamda gönderilen teklif yazısı</w:t>
            </w:r>
          </w:p>
        </w:tc>
        <w:tc>
          <w:tcPr>
            <w:tcW w:w="850" w:type="dxa"/>
            <w:shd w:val="clear" w:color="auto" w:fill="F7F9FC"/>
            <w:tcMar>
              <w:top w:w="55" w:type="dxa"/>
              <w:left w:w="70" w:type="dxa"/>
              <w:bottom w:w="55" w:type="dxa"/>
              <w:right w:w="70" w:type="dxa"/>
            </w:tcMar>
          </w:tcPr>
          <w:p w14:paraId="22F17291" w14:textId="77777777" w:rsidR="00543BDC" w:rsidRDefault="00000000">
            <w:pPr>
              <w:spacing w:after="0" w:line="240" w:lineRule="auto"/>
              <w:jc w:val="center"/>
            </w:pPr>
            <w:r>
              <w:rPr>
                <w:sz w:val="12"/>
              </w:rPr>
              <w:t>2 Gün</w:t>
            </w:r>
          </w:p>
        </w:tc>
        <w:tc>
          <w:tcPr>
            <w:tcW w:w="850" w:type="dxa"/>
            <w:shd w:val="clear" w:color="auto" w:fill="F7F9FC"/>
            <w:tcMar>
              <w:top w:w="55" w:type="dxa"/>
              <w:left w:w="70" w:type="dxa"/>
              <w:bottom w:w="55" w:type="dxa"/>
              <w:right w:w="70" w:type="dxa"/>
            </w:tcMar>
          </w:tcPr>
          <w:p w14:paraId="23C4E39E" w14:textId="77777777" w:rsidR="00543BDC" w:rsidRDefault="00000000">
            <w:pPr>
              <w:spacing w:after="0" w:line="240" w:lineRule="auto"/>
              <w:jc w:val="center"/>
            </w:pPr>
            <w:r>
              <w:rPr>
                <w:sz w:val="12"/>
              </w:rPr>
              <w:t>Evet</w:t>
            </w:r>
          </w:p>
        </w:tc>
      </w:tr>
      <w:tr w:rsidR="00543BDC" w14:paraId="4F033F66" w14:textId="77777777">
        <w:trPr>
          <w:jc w:val="center"/>
        </w:trPr>
        <w:tc>
          <w:tcPr>
            <w:tcW w:w="454" w:type="dxa"/>
            <w:tcMar>
              <w:top w:w="55" w:type="dxa"/>
              <w:left w:w="70" w:type="dxa"/>
              <w:bottom w:w="55" w:type="dxa"/>
              <w:right w:w="70" w:type="dxa"/>
            </w:tcMar>
          </w:tcPr>
          <w:p w14:paraId="2F2557C5" w14:textId="77777777" w:rsidR="00543BDC" w:rsidRDefault="00000000">
            <w:pPr>
              <w:spacing w:after="0" w:line="240" w:lineRule="auto"/>
              <w:jc w:val="center"/>
            </w:pPr>
            <w:r>
              <w:rPr>
                <w:b/>
                <w:sz w:val="12"/>
              </w:rPr>
              <w:t>71</w:t>
            </w:r>
          </w:p>
        </w:tc>
        <w:tc>
          <w:tcPr>
            <w:tcW w:w="1361" w:type="dxa"/>
            <w:tcMar>
              <w:top w:w="55" w:type="dxa"/>
              <w:left w:w="70" w:type="dxa"/>
              <w:bottom w:w="55" w:type="dxa"/>
              <w:right w:w="70" w:type="dxa"/>
            </w:tcMar>
          </w:tcPr>
          <w:p w14:paraId="46A4DB63"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3D812EFF" w14:textId="77777777" w:rsidR="00543BDC" w:rsidRDefault="00000000">
            <w:pPr>
              <w:spacing w:after="0" w:line="240" w:lineRule="auto"/>
            </w:pPr>
            <w:r>
              <w:rPr>
                <w:sz w:val="12"/>
              </w:rPr>
              <w:t>Akademik Personelin Genel Yazışmaları</w:t>
            </w:r>
            <w:r>
              <w:rPr>
                <w:sz w:val="12"/>
              </w:rPr>
              <w:br/>
              <w:t>Akademik Personelin Genel Gör.</w:t>
            </w:r>
          </w:p>
        </w:tc>
        <w:tc>
          <w:tcPr>
            <w:tcW w:w="2268" w:type="dxa"/>
            <w:tcMar>
              <w:top w:w="55" w:type="dxa"/>
              <w:left w:w="70" w:type="dxa"/>
              <w:bottom w:w="55" w:type="dxa"/>
              <w:right w:w="70" w:type="dxa"/>
            </w:tcMar>
          </w:tcPr>
          <w:p w14:paraId="1FF4B1CC" w14:textId="77777777" w:rsidR="00543BDC" w:rsidRDefault="00000000">
            <w:pPr>
              <w:spacing w:after="0" w:line="240" w:lineRule="auto"/>
            </w:pPr>
            <w:r>
              <w:rPr>
                <w:sz w:val="12"/>
              </w:rPr>
              <w:t>İlgili Kanun Maddeleri</w:t>
            </w:r>
          </w:p>
        </w:tc>
        <w:tc>
          <w:tcPr>
            <w:tcW w:w="1134" w:type="dxa"/>
            <w:tcMar>
              <w:top w:w="55" w:type="dxa"/>
              <w:left w:w="70" w:type="dxa"/>
              <w:bottom w:w="55" w:type="dxa"/>
              <w:right w:w="70" w:type="dxa"/>
            </w:tcMar>
          </w:tcPr>
          <w:p w14:paraId="0955ABB1"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36A84AD7"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714BF404" w14:textId="77777777" w:rsidR="00543BDC" w:rsidRDefault="00000000">
            <w:pPr>
              <w:spacing w:after="0" w:line="240" w:lineRule="auto"/>
            </w:pPr>
            <w:r>
              <w:rPr>
                <w:sz w:val="12"/>
              </w:rPr>
              <w:t>•Akademik personelin kadrosunun bulunduğu birim/üniversite/Kurum tarafından elektronik ortamda gönderilen teklif yazısı</w:t>
            </w:r>
          </w:p>
        </w:tc>
        <w:tc>
          <w:tcPr>
            <w:tcW w:w="850" w:type="dxa"/>
            <w:tcMar>
              <w:top w:w="55" w:type="dxa"/>
              <w:left w:w="70" w:type="dxa"/>
              <w:bottom w:w="55" w:type="dxa"/>
              <w:right w:w="70" w:type="dxa"/>
            </w:tcMar>
          </w:tcPr>
          <w:p w14:paraId="09DD3C76"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076529DA" w14:textId="77777777" w:rsidR="00543BDC" w:rsidRDefault="00000000">
            <w:pPr>
              <w:spacing w:after="0" w:line="240" w:lineRule="auto"/>
              <w:jc w:val="center"/>
            </w:pPr>
            <w:r>
              <w:rPr>
                <w:sz w:val="12"/>
              </w:rPr>
              <w:t>Evet</w:t>
            </w:r>
          </w:p>
        </w:tc>
      </w:tr>
      <w:tr w:rsidR="00543BDC" w14:paraId="45E79609" w14:textId="77777777">
        <w:trPr>
          <w:jc w:val="center"/>
        </w:trPr>
        <w:tc>
          <w:tcPr>
            <w:tcW w:w="454" w:type="dxa"/>
            <w:shd w:val="clear" w:color="auto" w:fill="F7F9FC"/>
            <w:tcMar>
              <w:top w:w="55" w:type="dxa"/>
              <w:left w:w="70" w:type="dxa"/>
              <w:bottom w:w="55" w:type="dxa"/>
              <w:right w:w="70" w:type="dxa"/>
            </w:tcMar>
          </w:tcPr>
          <w:p w14:paraId="4AA41687" w14:textId="77777777" w:rsidR="00543BDC" w:rsidRDefault="00000000">
            <w:pPr>
              <w:spacing w:after="0" w:line="240" w:lineRule="auto"/>
              <w:jc w:val="center"/>
            </w:pPr>
            <w:r>
              <w:rPr>
                <w:b/>
                <w:sz w:val="12"/>
              </w:rPr>
              <w:t>72</w:t>
            </w:r>
          </w:p>
        </w:tc>
        <w:tc>
          <w:tcPr>
            <w:tcW w:w="1361" w:type="dxa"/>
            <w:shd w:val="clear" w:color="auto" w:fill="F7F9FC"/>
            <w:tcMar>
              <w:top w:w="55" w:type="dxa"/>
              <w:left w:w="70" w:type="dxa"/>
              <w:bottom w:w="55" w:type="dxa"/>
              <w:right w:w="70" w:type="dxa"/>
            </w:tcMar>
          </w:tcPr>
          <w:p w14:paraId="14011728" w14:textId="77777777" w:rsidR="00543BDC" w:rsidRDefault="00000000">
            <w:pPr>
              <w:spacing w:after="0" w:line="240" w:lineRule="auto"/>
            </w:pPr>
            <w:r>
              <w:rPr>
                <w:sz w:val="12"/>
              </w:rPr>
              <w:t>Akademik görevlendirme</w:t>
            </w:r>
          </w:p>
        </w:tc>
        <w:tc>
          <w:tcPr>
            <w:tcW w:w="2835" w:type="dxa"/>
            <w:shd w:val="clear" w:color="auto" w:fill="F7F9FC"/>
            <w:tcMar>
              <w:top w:w="55" w:type="dxa"/>
              <w:left w:w="70" w:type="dxa"/>
              <w:bottom w:w="55" w:type="dxa"/>
              <w:right w:w="70" w:type="dxa"/>
            </w:tcMar>
          </w:tcPr>
          <w:p w14:paraId="08E21268" w14:textId="77777777" w:rsidR="00543BDC" w:rsidRDefault="00000000">
            <w:pPr>
              <w:spacing w:after="0" w:line="240" w:lineRule="auto"/>
            </w:pPr>
            <w:r>
              <w:rPr>
                <w:sz w:val="12"/>
              </w:rPr>
              <w:t>Vekalet</w:t>
            </w:r>
            <w:r>
              <w:rPr>
                <w:sz w:val="12"/>
              </w:rPr>
              <w:br/>
              <w:t>Dekan, Müdür Vekaletleri</w:t>
            </w:r>
          </w:p>
        </w:tc>
        <w:tc>
          <w:tcPr>
            <w:tcW w:w="2268" w:type="dxa"/>
            <w:shd w:val="clear" w:color="auto" w:fill="F7F9FC"/>
            <w:tcMar>
              <w:top w:w="55" w:type="dxa"/>
              <w:left w:w="70" w:type="dxa"/>
              <w:bottom w:w="55" w:type="dxa"/>
              <w:right w:w="70" w:type="dxa"/>
            </w:tcMar>
          </w:tcPr>
          <w:p w14:paraId="63E8CE16" w14:textId="77777777" w:rsidR="00543BDC" w:rsidRDefault="00000000">
            <w:pPr>
              <w:spacing w:after="0" w:line="240" w:lineRule="auto"/>
            </w:pPr>
            <w:r>
              <w:rPr>
                <w:sz w:val="12"/>
              </w:rPr>
              <w:t>2547 S.K.</w:t>
            </w:r>
          </w:p>
        </w:tc>
        <w:tc>
          <w:tcPr>
            <w:tcW w:w="1134" w:type="dxa"/>
            <w:shd w:val="clear" w:color="auto" w:fill="F7F9FC"/>
            <w:tcMar>
              <w:top w:w="55" w:type="dxa"/>
              <w:left w:w="70" w:type="dxa"/>
              <w:bottom w:w="55" w:type="dxa"/>
              <w:right w:w="70" w:type="dxa"/>
            </w:tcMar>
          </w:tcPr>
          <w:p w14:paraId="75370592"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5ADD9B3D"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02994DE7" w14:textId="77777777" w:rsidR="00543BDC" w:rsidRDefault="00000000">
            <w:pPr>
              <w:spacing w:after="0" w:line="240" w:lineRule="auto"/>
            </w:pPr>
            <w:r>
              <w:rPr>
                <w:sz w:val="12"/>
              </w:rPr>
              <w:t>•Akademik personelin kadrosunun bulunduğu birim tarafından gönderilen teklif yazısı •Onay</w:t>
            </w:r>
          </w:p>
        </w:tc>
        <w:tc>
          <w:tcPr>
            <w:tcW w:w="850" w:type="dxa"/>
            <w:shd w:val="clear" w:color="auto" w:fill="F7F9FC"/>
            <w:tcMar>
              <w:top w:w="55" w:type="dxa"/>
              <w:left w:w="70" w:type="dxa"/>
              <w:bottom w:w="55" w:type="dxa"/>
              <w:right w:w="70" w:type="dxa"/>
            </w:tcMar>
          </w:tcPr>
          <w:p w14:paraId="4E4E491F" w14:textId="77777777" w:rsidR="00543BDC" w:rsidRDefault="00000000">
            <w:pPr>
              <w:spacing w:after="0" w:line="240" w:lineRule="auto"/>
              <w:jc w:val="center"/>
            </w:pPr>
            <w:r>
              <w:rPr>
                <w:sz w:val="12"/>
              </w:rPr>
              <w:t>4 Gün</w:t>
            </w:r>
          </w:p>
        </w:tc>
        <w:tc>
          <w:tcPr>
            <w:tcW w:w="850" w:type="dxa"/>
            <w:shd w:val="clear" w:color="auto" w:fill="F7F9FC"/>
            <w:tcMar>
              <w:top w:w="55" w:type="dxa"/>
              <w:left w:w="70" w:type="dxa"/>
              <w:bottom w:w="55" w:type="dxa"/>
              <w:right w:w="70" w:type="dxa"/>
            </w:tcMar>
          </w:tcPr>
          <w:p w14:paraId="2C57F891" w14:textId="77777777" w:rsidR="00543BDC" w:rsidRDefault="00000000">
            <w:pPr>
              <w:spacing w:after="0" w:line="240" w:lineRule="auto"/>
              <w:jc w:val="center"/>
            </w:pPr>
            <w:r>
              <w:rPr>
                <w:sz w:val="12"/>
              </w:rPr>
              <w:t>Evet</w:t>
            </w:r>
          </w:p>
        </w:tc>
      </w:tr>
      <w:tr w:rsidR="00543BDC" w14:paraId="4B9E0B22" w14:textId="77777777">
        <w:trPr>
          <w:jc w:val="center"/>
        </w:trPr>
        <w:tc>
          <w:tcPr>
            <w:tcW w:w="454" w:type="dxa"/>
            <w:tcMar>
              <w:top w:w="55" w:type="dxa"/>
              <w:left w:w="70" w:type="dxa"/>
              <w:bottom w:w="55" w:type="dxa"/>
              <w:right w:w="70" w:type="dxa"/>
            </w:tcMar>
          </w:tcPr>
          <w:p w14:paraId="6073BC6C" w14:textId="77777777" w:rsidR="00543BDC" w:rsidRDefault="00000000">
            <w:pPr>
              <w:spacing w:after="0" w:line="240" w:lineRule="auto"/>
              <w:jc w:val="center"/>
            </w:pPr>
            <w:r>
              <w:rPr>
                <w:b/>
                <w:sz w:val="12"/>
              </w:rPr>
              <w:t>73</w:t>
            </w:r>
          </w:p>
        </w:tc>
        <w:tc>
          <w:tcPr>
            <w:tcW w:w="1361" w:type="dxa"/>
            <w:tcMar>
              <w:top w:w="55" w:type="dxa"/>
              <w:left w:w="70" w:type="dxa"/>
              <w:bottom w:w="55" w:type="dxa"/>
              <w:right w:w="70" w:type="dxa"/>
            </w:tcMar>
          </w:tcPr>
          <w:p w14:paraId="53105D51" w14:textId="77777777" w:rsidR="00543BDC" w:rsidRDefault="00000000">
            <w:pPr>
              <w:spacing w:after="0" w:line="240" w:lineRule="auto"/>
            </w:pPr>
            <w:r>
              <w:rPr>
                <w:sz w:val="12"/>
              </w:rPr>
              <w:t>Akademik görevlendirme</w:t>
            </w:r>
          </w:p>
        </w:tc>
        <w:tc>
          <w:tcPr>
            <w:tcW w:w="2835" w:type="dxa"/>
            <w:tcMar>
              <w:top w:w="55" w:type="dxa"/>
              <w:left w:w="70" w:type="dxa"/>
              <w:bottom w:w="55" w:type="dxa"/>
              <w:right w:w="70" w:type="dxa"/>
            </w:tcMar>
          </w:tcPr>
          <w:p w14:paraId="35D8BD59" w14:textId="77777777" w:rsidR="00543BDC" w:rsidRDefault="00000000">
            <w:pPr>
              <w:spacing w:after="0" w:line="240" w:lineRule="auto"/>
            </w:pPr>
            <w:r>
              <w:rPr>
                <w:sz w:val="12"/>
              </w:rPr>
              <w:t>YÖK İle İlgili Yazışmalar</w:t>
            </w:r>
            <w:r>
              <w:rPr>
                <w:sz w:val="12"/>
              </w:rPr>
              <w:br/>
              <w:t>YÖK Genel Yazışmalar</w:t>
            </w:r>
          </w:p>
        </w:tc>
        <w:tc>
          <w:tcPr>
            <w:tcW w:w="2268" w:type="dxa"/>
            <w:tcMar>
              <w:top w:w="55" w:type="dxa"/>
              <w:left w:w="70" w:type="dxa"/>
              <w:bottom w:w="55" w:type="dxa"/>
              <w:right w:w="70" w:type="dxa"/>
            </w:tcMar>
          </w:tcPr>
          <w:p w14:paraId="56E4DFC3" w14:textId="77777777" w:rsidR="00543BDC" w:rsidRDefault="00000000">
            <w:pPr>
              <w:spacing w:after="0" w:line="240" w:lineRule="auto"/>
            </w:pPr>
            <w:r>
              <w:rPr>
                <w:sz w:val="12"/>
              </w:rPr>
              <w:t>İlgili Kanun Maddeleri</w:t>
            </w:r>
          </w:p>
        </w:tc>
        <w:tc>
          <w:tcPr>
            <w:tcW w:w="1134" w:type="dxa"/>
            <w:tcMar>
              <w:top w:w="55" w:type="dxa"/>
              <w:left w:w="70" w:type="dxa"/>
              <w:bottom w:w="55" w:type="dxa"/>
              <w:right w:w="70" w:type="dxa"/>
            </w:tcMar>
          </w:tcPr>
          <w:p w14:paraId="25693347"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4FE0F2CC"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03CF6B4F" w14:textId="77777777" w:rsidR="00543BDC" w:rsidRDefault="00000000">
            <w:pPr>
              <w:spacing w:after="0" w:line="240" w:lineRule="auto"/>
            </w:pPr>
            <w:r>
              <w:rPr>
                <w:sz w:val="12"/>
              </w:rPr>
              <w:t>YÖK'ten Gelen Yazışmaları İlgili Birimi Göndermek ve Gelen Cevapları YÖK'e iletmek.</w:t>
            </w:r>
          </w:p>
        </w:tc>
        <w:tc>
          <w:tcPr>
            <w:tcW w:w="850" w:type="dxa"/>
            <w:tcMar>
              <w:top w:w="55" w:type="dxa"/>
              <w:left w:w="70" w:type="dxa"/>
              <w:bottom w:w="55" w:type="dxa"/>
              <w:right w:w="70" w:type="dxa"/>
            </w:tcMar>
          </w:tcPr>
          <w:p w14:paraId="47545817" w14:textId="77777777" w:rsidR="00543BDC" w:rsidRDefault="00000000">
            <w:pPr>
              <w:spacing w:after="0" w:line="240" w:lineRule="auto"/>
              <w:jc w:val="center"/>
            </w:pPr>
            <w:r>
              <w:rPr>
                <w:sz w:val="12"/>
              </w:rPr>
              <w:t>3 Gün</w:t>
            </w:r>
          </w:p>
        </w:tc>
        <w:tc>
          <w:tcPr>
            <w:tcW w:w="850" w:type="dxa"/>
            <w:tcMar>
              <w:top w:w="55" w:type="dxa"/>
              <w:left w:w="70" w:type="dxa"/>
              <w:bottom w:w="55" w:type="dxa"/>
              <w:right w:w="70" w:type="dxa"/>
            </w:tcMar>
          </w:tcPr>
          <w:p w14:paraId="09C45282" w14:textId="77777777" w:rsidR="00543BDC" w:rsidRDefault="00000000">
            <w:pPr>
              <w:spacing w:after="0" w:line="240" w:lineRule="auto"/>
              <w:jc w:val="center"/>
            </w:pPr>
            <w:r>
              <w:rPr>
                <w:sz w:val="12"/>
              </w:rPr>
              <w:t>Evet</w:t>
            </w:r>
          </w:p>
        </w:tc>
      </w:tr>
      <w:tr w:rsidR="00543BDC" w14:paraId="55B8B02D" w14:textId="77777777">
        <w:trPr>
          <w:jc w:val="center"/>
        </w:trPr>
        <w:tc>
          <w:tcPr>
            <w:tcW w:w="454" w:type="dxa"/>
            <w:shd w:val="clear" w:color="auto" w:fill="F7F9FC"/>
            <w:tcMar>
              <w:top w:w="55" w:type="dxa"/>
              <w:left w:w="70" w:type="dxa"/>
              <w:bottom w:w="55" w:type="dxa"/>
              <w:right w:w="70" w:type="dxa"/>
            </w:tcMar>
          </w:tcPr>
          <w:p w14:paraId="091E0341" w14:textId="77777777" w:rsidR="00543BDC" w:rsidRDefault="00000000">
            <w:pPr>
              <w:spacing w:after="0" w:line="240" w:lineRule="auto"/>
              <w:jc w:val="center"/>
            </w:pPr>
            <w:r>
              <w:rPr>
                <w:b/>
                <w:sz w:val="12"/>
              </w:rPr>
              <w:t>74</w:t>
            </w:r>
          </w:p>
        </w:tc>
        <w:tc>
          <w:tcPr>
            <w:tcW w:w="1361" w:type="dxa"/>
            <w:shd w:val="clear" w:color="auto" w:fill="F7F9FC"/>
            <w:tcMar>
              <w:top w:w="55" w:type="dxa"/>
              <w:left w:w="70" w:type="dxa"/>
              <w:bottom w:w="55" w:type="dxa"/>
              <w:right w:w="70" w:type="dxa"/>
            </w:tcMar>
          </w:tcPr>
          <w:p w14:paraId="5F6F774E" w14:textId="77777777" w:rsidR="00543BDC" w:rsidRDefault="00000000">
            <w:pPr>
              <w:spacing w:after="0" w:line="240" w:lineRule="auto"/>
            </w:pPr>
            <w:r>
              <w:rPr>
                <w:sz w:val="12"/>
              </w:rPr>
              <w:t>Arşiv ve dosyalama</w:t>
            </w:r>
          </w:p>
        </w:tc>
        <w:tc>
          <w:tcPr>
            <w:tcW w:w="2835" w:type="dxa"/>
            <w:shd w:val="clear" w:color="auto" w:fill="F7F9FC"/>
            <w:tcMar>
              <w:top w:w="55" w:type="dxa"/>
              <w:left w:w="70" w:type="dxa"/>
              <w:bottom w:w="55" w:type="dxa"/>
              <w:right w:w="70" w:type="dxa"/>
            </w:tcMar>
          </w:tcPr>
          <w:p w14:paraId="5240C8FF" w14:textId="77777777" w:rsidR="00543BDC" w:rsidRDefault="00000000">
            <w:pPr>
              <w:spacing w:after="0" w:line="240" w:lineRule="auto"/>
            </w:pPr>
            <w:r>
              <w:rPr>
                <w:sz w:val="12"/>
              </w:rPr>
              <w:t>Arşiv İşlemleri</w:t>
            </w:r>
            <w:r>
              <w:rPr>
                <w:sz w:val="12"/>
              </w:rPr>
              <w:br/>
            </w:r>
          </w:p>
        </w:tc>
        <w:tc>
          <w:tcPr>
            <w:tcW w:w="2268" w:type="dxa"/>
            <w:shd w:val="clear" w:color="auto" w:fill="F7F9FC"/>
            <w:tcMar>
              <w:top w:w="55" w:type="dxa"/>
              <w:left w:w="70" w:type="dxa"/>
              <w:bottom w:w="55" w:type="dxa"/>
              <w:right w:w="70" w:type="dxa"/>
            </w:tcMar>
          </w:tcPr>
          <w:p w14:paraId="1A6BBA6D" w14:textId="77777777" w:rsidR="00543BDC" w:rsidRDefault="00000000">
            <w:pPr>
              <w:spacing w:after="0" w:line="240" w:lineRule="auto"/>
            </w:pPr>
            <w:r>
              <w:rPr>
                <w:sz w:val="12"/>
              </w:rPr>
              <w:t>3473 sayılı Kanun Devlet Arşiv Hizmetleri Hakkında Yönetmelik</w:t>
            </w:r>
          </w:p>
        </w:tc>
        <w:tc>
          <w:tcPr>
            <w:tcW w:w="1134" w:type="dxa"/>
            <w:shd w:val="clear" w:color="auto" w:fill="F7F9FC"/>
            <w:tcMar>
              <w:top w:w="55" w:type="dxa"/>
              <w:left w:w="70" w:type="dxa"/>
              <w:bottom w:w="55" w:type="dxa"/>
              <w:right w:w="70" w:type="dxa"/>
            </w:tcMar>
          </w:tcPr>
          <w:p w14:paraId="31DBAEA2"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53C737D2" w14:textId="77777777" w:rsidR="00543BDC" w:rsidRDefault="00000000">
            <w:pPr>
              <w:spacing w:after="0" w:line="240" w:lineRule="auto"/>
            </w:pPr>
            <w:r>
              <w:rPr>
                <w:sz w:val="12"/>
              </w:rPr>
              <w:t>Başkanlık / Arşiv Sorumlusu</w:t>
            </w:r>
          </w:p>
        </w:tc>
        <w:tc>
          <w:tcPr>
            <w:tcW w:w="3061" w:type="dxa"/>
            <w:shd w:val="clear" w:color="auto" w:fill="F7F9FC"/>
            <w:tcMar>
              <w:top w:w="55" w:type="dxa"/>
              <w:left w:w="70" w:type="dxa"/>
              <w:bottom w:w="55" w:type="dxa"/>
              <w:right w:w="70" w:type="dxa"/>
            </w:tcMar>
          </w:tcPr>
          <w:p w14:paraId="1CB54B42" w14:textId="77777777" w:rsidR="00543BDC" w:rsidRDefault="00000000">
            <w:pPr>
              <w:spacing w:after="0" w:line="240" w:lineRule="auto"/>
            </w:pPr>
            <w:r>
              <w:rPr>
                <w:sz w:val="12"/>
              </w:rPr>
              <w:t>Birim/kişi talep yazısı ve işleme özgü belgeler</w:t>
            </w:r>
          </w:p>
        </w:tc>
        <w:tc>
          <w:tcPr>
            <w:tcW w:w="850" w:type="dxa"/>
            <w:shd w:val="clear" w:color="auto" w:fill="F7F9FC"/>
            <w:tcMar>
              <w:top w:w="55" w:type="dxa"/>
              <w:left w:w="70" w:type="dxa"/>
              <w:bottom w:w="55" w:type="dxa"/>
              <w:right w:w="70" w:type="dxa"/>
            </w:tcMar>
          </w:tcPr>
          <w:p w14:paraId="7214DFE4" w14:textId="77777777" w:rsidR="00543BDC" w:rsidRDefault="00000000">
            <w:pPr>
              <w:spacing w:after="0" w:line="240" w:lineRule="auto"/>
              <w:jc w:val="center"/>
            </w:pPr>
            <w:r>
              <w:rPr>
                <w:sz w:val="12"/>
              </w:rPr>
              <w:t>1 GÜN</w:t>
            </w:r>
          </w:p>
        </w:tc>
        <w:tc>
          <w:tcPr>
            <w:tcW w:w="850" w:type="dxa"/>
            <w:shd w:val="clear" w:color="auto" w:fill="F7F9FC"/>
            <w:tcMar>
              <w:top w:w="55" w:type="dxa"/>
              <w:left w:w="70" w:type="dxa"/>
              <w:bottom w:w="55" w:type="dxa"/>
              <w:right w:w="70" w:type="dxa"/>
            </w:tcMar>
          </w:tcPr>
          <w:p w14:paraId="25DE2185" w14:textId="77777777" w:rsidR="00543BDC" w:rsidRDefault="00000000">
            <w:pPr>
              <w:spacing w:after="0" w:line="240" w:lineRule="auto"/>
              <w:jc w:val="center"/>
            </w:pPr>
            <w:r>
              <w:rPr>
                <w:sz w:val="12"/>
              </w:rPr>
              <w:t>Hayır</w:t>
            </w:r>
          </w:p>
        </w:tc>
      </w:tr>
      <w:tr w:rsidR="00543BDC" w14:paraId="3027C6AD" w14:textId="77777777">
        <w:trPr>
          <w:jc w:val="center"/>
        </w:trPr>
        <w:tc>
          <w:tcPr>
            <w:tcW w:w="454" w:type="dxa"/>
            <w:tcMar>
              <w:top w:w="55" w:type="dxa"/>
              <w:left w:w="70" w:type="dxa"/>
              <w:bottom w:w="55" w:type="dxa"/>
              <w:right w:w="70" w:type="dxa"/>
            </w:tcMar>
          </w:tcPr>
          <w:p w14:paraId="294B856B" w14:textId="77777777" w:rsidR="00543BDC" w:rsidRDefault="00000000">
            <w:pPr>
              <w:spacing w:after="0" w:line="240" w:lineRule="auto"/>
              <w:jc w:val="center"/>
            </w:pPr>
            <w:r>
              <w:rPr>
                <w:b/>
                <w:sz w:val="12"/>
              </w:rPr>
              <w:lastRenderedPageBreak/>
              <w:t>75</w:t>
            </w:r>
          </w:p>
        </w:tc>
        <w:tc>
          <w:tcPr>
            <w:tcW w:w="1361" w:type="dxa"/>
            <w:tcMar>
              <w:top w:w="55" w:type="dxa"/>
              <w:left w:w="70" w:type="dxa"/>
              <w:bottom w:w="55" w:type="dxa"/>
              <w:right w:w="70" w:type="dxa"/>
            </w:tcMar>
          </w:tcPr>
          <w:p w14:paraId="514A0FE5"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21509C9C" w14:textId="77777777" w:rsidR="00543BDC" w:rsidRDefault="00000000">
            <w:pPr>
              <w:spacing w:after="0" w:line="240" w:lineRule="auto"/>
            </w:pPr>
            <w:r>
              <w:rPr>
                <w:sz w:val="12"/>
              </w:rPr>
              <w:t>SGK İşlemleri</w:t>
            </w:r>
            <w:r>
              <w:rPr>
                <w:sz w:val="12"/>
              </w:rPr>
              <w:br/>
              <w:t>Emekli- Ölüm- Makam Görev Tazminatı ve Ek Karşılıklara ait Ödeme İşlemlerinin Yapılması</w:t>
            </w:r>
          </w:p>
        </w:tc>
        <w:tc>
          <w:tcPr>
            <w:tcW w:w="2268" w:type="dxa"/>
            <w:tcMar>
              <w:top w:w="55" w:type="dxa"/>
              <w:left w:w="70" w:type="dxa"/>
              <w:bottom w:w="55" w:type="dxa"/>
              <w:right w:w="70" w:type="dxa"/>
            </w:tcMar>
          </w:tcPr>
          <w:p w14:paraId="2C94CD09" w14:textId="77777777" w:rsidR="00543BDC" w:rsidRDefault="00000000">
            <w:pPr>
              <w:spacing w:after="0" w:line="240" w:lineRule="auto"/>
            </w:pPr>
            <w:r>
              <w:rPr>
                <w:sz w:val="12"/>
              </w:rPr>
              <w:t>3855 sayılı Kanun. 4505 sayılı Temsil taminatı hakkındaki kanun. 6183 sayılı Amme Alacaklarının Tahsil Usulü Hakkında Kanun</w:t>
            </w:r>
          </w:p>
        </w:tc>
        <w:tc>
          <w:tcPr>
            <w:tcW w:w="1134" w:type="dxa"/>
            <w:tcMar>
              <w:top w:w="55" w:type="dxa"/>
              <w:left w:w="70" w:type="dxa"/>
              <w:bottom w:w="55" w:type="dxa"/>
              <w:right w:w="70" w:type="dxa"/>
            </w:tcMar>
          </w:tcPr>
          <w:p w14:paraId="638AAD3B"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5A249DE7"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49CA8F38" w14:textId="77777777" w:rsidR="00543BDC" w:rsidRDefault="00000000">
            <w:pPr>
              <w:spacing w:after="0" w:line="240" w:lineRule="auto"/>
            </w:pPr>
            <w:r>
              <w:rPr>
                <w:sz w:val="12"/>
              </w:rPr>
              <w:t>Üst Yazı - Ödeme Emri - SGK Borç Dökümü</w:t>
            </w:r>
          </w:p>
        </w:tc>
        <w:tc>
          <w:tcPr>
            <w:tcW w:w="850" w:type="dxa"/>
            <w:tcMar>
              <w:top w:w="55" w:type="dxa"/>
              <w:left w:w="70" w:type="dxa"/>
              <w:bottom w:w="55" w:type="dxa"/>
              <w:right w:w="70" w:type="dxa"/>
            </w:tcMar>
          </w:tcPr>
          <w:p w14:paraId="7AE52B2F" w14:textId="77777777" w:rsidR="00543BDC" w:rsidRDefault="00000000">
            <w:pPr>
              <w:spacing w:after="0" w:line="240" w:lineRule="auto"/>
              <w:jc w:val="center"/>
            </w:pPr>
            <w:r>
              <w:rPr>
                <w:sz w:val="12"/>
              </w:rPr>
              <w:t>5 gün</w:t>
            </w:r>
          </w:p>
        </w:tc>
        <w:tc>
          <w:tcPr>
            <w:tcW w:w="850" w:type="dxa"/>
            <w:tcMar>
              <w:top w:w="55" w:type="dxa"/>
              <w:left w:w="70" w:type="dxa"/>
              <w:bottom w:w="55" w:type="dxa"/>
              <w:right w:w="70" w:type="dxa"/>
            </w:tcMar>
          </w:tcPr>
          <w:p w14:paraId="44B6B418" w14:textId="77777777" w:rsidR="00543BDC" w:rsidRDefault="00000000">
            <w:pPr>
              <w:spacing w:after="0" w:line="240" w:lineRule="auto"/>
              <w:jc w:val="center"/>
            </w:pPr>
            <w:r>
              <w:rPr>
                <w:sz w:val="12"/>
              </w:rPr>
              <w:t>Hayır</w:t>
            </w:r>
          </w:p>
        </w:tc>
      </w:tr>
      <w:tr w:rsidR="00543BDC" w14:paraId="136C5B17" w14:textId="77777777">
        <w:trPr>
          <w:jc w:val="center"/>
        </w:trPr>
        <w:tc>
          <w:tcPr>
            <w:tcW w:w="454" w:type="dxa"/>
            <w:shd w:val="clear" w:color="auto" w:fill="F7F9FC"/>
            <w:tcMar>
              <w:top w:w="55" w:type="dxa"/>
              <w:left w:w="70" w:type="dxa"/>
              <w:bottom w:w="55" w:type="dxa"/>
              <w:right w:w="70" w:type="dxa"/>
            </w:tcMar>
          </w:tcPr>
          <w:p w14:paraId="00FD990B" w14:textId="77777777" w:rsidR="00543BDC" w:rsidRDefault="00000000">
            <w:pPr>
              <w:spacing w:after="0" w:line="240" w:lineRule="auto"/>
              <w:jc w:val="center"/>
            </w:pPr>
            <w:r>
              <w:rPr>
                <w:b/>
                <w:sz w:val="12"/>
              </w:rPr>
              <w:t>76</w:t>
            </w:r>
          </w:p>
        </w:tc>
        <w:tc>
          <w:tcPr>
            <w:tcW w:w="1361" w:type="dxa"/>
            <w:shd w:val="clear" w:color="auto" w:fill="F7F9FC"/>
            <w:tcMar>
              <w:top w:w="55" w:type="dxa"/>
              <w:left w:w="70" w:type="dxa"/>
              <w:bottom w:w="55" w:type="dxa"/>
              <w:right w:w="70" w:type="dxa"/>
            </w:tcMar>
          </w:tcPr>
          <w:p w14:paraId="1BE4E555"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373EB969" w14:textId="77777777" w:rsidR="00543BDC" w:rsidRDefault="00000000">
            <w:pPr>
              <w:spacing w:after="0" w:line="240" w:lineRule="auto"/>
            </w:pPr>
            <w:r>
              <w:rPr>
                <w:sz w:val="12"/>
              </w:rPr>
              <w:t>Yolluk İşlemleri (Yurtiçi-Yurt dışı Geçici Görevlendirm e)MAHSUP İŞLEMLERİ</w:t>
            </w:r>
            <w:r>
              <w:rPr>
                <w:sz w:val="12"/>
              </w:rPr>
              <w:br/>
              <w:t>Yurtiçi-Yurt dışı Geçici Görevlendir me Mahsup İşlemleri</w:t>
            </w:r>
          </w:p>
        </w:tc>
        <w:tc>
          <w:tcPr>
            <w:tcW w:w="2268" w:type="dxa"/>
            <w:shd w:val="clear" w:color="auto" w:fill="F7F9FC"/>
            <w:tcMar>
              <w:top w:w="55" w:type="dxa"/>
              <w:left w:w="70" w:type="dxa"/>
              <w:bottom w:w="55" w:type="dxa"/>
              <w:right w:w="70" w:type="dxa"/>
            </w:tcMar>
          </w:tcPr>
          <w:p w14:paraId="7C5BB3B7" w14:textId="77777777" w:rsidR="00543BDC" w:rsidRDefault="00000000">
            <w:pPr>
              <w:spacing w:after="0" w:line="240" w:lineRule="auto"/>
            </w:pPr>
            <w:r>
              <w:rPr>
                <w:sz w:val="12"/>
              </w:rPr>
              <w:t>6245 Sayılı Harcırah Kanunu 2547 Kanunun 33.,39. Maddeleri 6260 Sayılı Merkezi Yönetim Bütçe Kanunu Merkezi Yönetim Harcama Belgeleri Yönetmeliği</w:t>
            </w:r>
          </w:p>
        </w:tc>
        <w:tc>
          <w:tcPr>
            <w:tcW w:w="1134" w:type="dxa"/>
            <w:shd w:val="clear" w:color="auto" w:fill="F7F9FC"/>
            <w:tcMar>
              <w:top w:w="55" w:type="dxa"/>
              <w:left w:w="70" w:type="dxa"/>
              <w:bottom w:w="55" w:type="dxa"/>
              <w:right w:w="70" w:type="dxa"/>
            </w:tcMar>
          </w:tcPr>
          <w:p w14:paraId="650A6F69"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5C60F9C4"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0F5AC041" w14:textId="77777777" w:rsidR="00543BDC" w:rsidRDefault="00000000">
            <w:pPr>
              <w:spacing w:after="0" w:line="240" w:lineRule="auto"/>
            </w:pPr>
            <w:r>
              <w:rPr>
                <w:sz w:val="12"/>
              </w:rPr>
              <w:t>•Görevlendirme Yazısı veya Harcama talimatı •Yurt içi-Yurt dışı Geçici Görev Yolluğu Bildirimi •Yatacak yer temini için ödenen ücretlere ilişkin fatura. •Uçakla yapılan seyahatlerde Yolcu Bileti •Elektronik bilet •Pasaport fotokopisi •Yurt dışı çıkış harcı pulu</w:t>
            </w:r>
          </w:p>
        </w:tc>
        <w:tc>
          <w:tcPr>
            <w:tcW w:w="850" w:type="dxa"/>
            <w:shd w:val="clear" w:color="auto" w:fill="F7F9FC"/>
            <w:tcMar>
              <w:top w:w="55" w:type="dxa"/>
              <w:left w:w="70" w:type="dxa"/>
              <w:bottom w:w="55" w:type="dxa"/>
              <w:right w:w="70" w:type="dxa"/>
            </w:tcMar>
          </w:tcPr>
          <w:p w14:paraId="278E2E3E" w14:textId="77777777" w:rsidR="00543BDC" w:rsidRDefault="00000000">
            <w:pPr>
              <w:spacing w:after="0" w:line="240" w:lineRule="auto"/>
              <w:jc w:val="center"/>
            </w:pPr>
            <w:r>
              <w:rPr>
                <w:sz w:val="12"/>
              </w:rPr>
              <w:t>7 İş Günü</w:t>
            </w:r>
          </w:p>
        </w:tc>
        <w:tc>
          <w:tcPr>
            <w:tcW w:w="850" w:type="dxa"/>
            <w:shd w:val="clear" w:color="auto" w:fill="F7F9FC"/>
            <w:tcMar>
              <w:top w:w="55" w:type="dxa"/>
              <w:left w:w="70" w:type="dxa"/>
              <w:bottom w:w="55" w:type="dxa"/>
              <w:right w:w="70" w:type="dxa"/>
            </w:tcMar>
          </w:tcPr>
          <w:p w14:paraId="1490D5F2" w14:textId="77777777" w:rsidR="00543BDC" w:rsidRDefault="00000000">
            <w:pPr>
              <w:spacing w:after="0" w:line="240" w:lineRule="auto"/>
              <w:jc w:val="center"/>
            </w:pPr>
            <w:r>
              <w:rPr>
                <w:sz w:val="12"/>
              </w:rPr>
              <w:t>Hayır</w:t>
            </w:r>
          </w:p>
        </w:tc>
      </w:tr>
      <w:tr w:rsidR="00543BDC" w14:paraId="2692FC13" w14:textId="77777777">
        <w:trPr>
          <w:jc w:val="center"/>
        </w:trPr>
        <w:tc>
          <w:tcPr>
            <w:tcW w:w="454" w:type="dxa"/>
            <w:tcMar>
              <w:top w:w="55" w:type="dxa"/>
              <w:left w:w="70" w:type="dxa"/>
              <w:bottom w:w="55" w:type="dxa"/>
              <w:right w:w="70" w:type="dxa"/>
            </w:tcMar>
          </w:tcPr>
          <w:p w14:paraId="3EEF4158" w14:textId="77777777" w:rsidR="00543BDC" w:rsidRDefault="00000000">
            <w:pPr>
              <w:spacing w:after="0" w:line="240" w:lineRule="auto"/>
              <w:jc w:val="center"/>
            </w:pPr>
            <w:r>
              <w:rPr>
                <w:b/>
                <w:sz w:val="12"/>
              </w:rPr>
              <w:t>77</w:t>
            </w:r>
          </w:p>
        </w:tc>
        <w:tc>
          <w:tcPr>
            <w:tcW w:w="1361" w:type="dxa"/>
            <w:tcMar>
              <w:top w:w="55" w:type="dxa"/>
              <w:left w:w="70" w:type="dxa"/>
              <w:bottom w:w="55" w:type="dxa"/>
              <w:right w:w="70" w:type="dxa"/>
            </w:tcMar>
          </w:tcPr>
          <w:p w14:paraId="7BAAAB73"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5D805CDA" w14:textId="77777777" w:rsidR="00543BDC" w:rsidRDefault="00000000">
            <w:pPr>
              <w:spacing w:after="0" w:line="240" w:lineRule="auto"/>
            </w:pPr>
            <w:r>
              <w:rPr>
                <w:sz w:val="12"/>
              </w:rPr>
              <w:t>Yolluk İşlemleri (Yurt İçi Sürekli- nakil- emekli)</w:t>
            </w:r>
            <w:r>
              <w:rPr>
                <w:sz w:val="12"/>
              </w:rPr>
              <w:br/>
              <w:t>Yurtiçi sürekli görev yolluklarının ödemeleri</w:t>
            </w:r>
          </w:p>
        </w:tc>
        <w:tc>
          <w:tcPr>
            <w:tcW w:w="2268" w:type="dxa"/>
            <w:tcMar>
              <w:top w:w="55" w:type="dxa"/>
              <w:left w:w="70" w:type="dxa"/>
              <w:bottom w:w="55" w:type="dxa"/>
              <w:right w:w="70" w:type="dxa"/>
            </w:tcMar>
          </w:tcPr>
          <w:p w14:paraId="2076FDA0" w14:textId="77777777" w:rsidR="00543BDC" w:rsidRDefault="00000000">
            <w:pPr>
              <w:spacing w:after="0" w:line="240" w:lineRule="auto"/>
            </w:pPr>
            <w:r>
              <w:rPr>
                <w:sz w:val="12"/>
              </w:rPr>
              <w:t>6245 Sayılı Harcırah Kanunu 2547 Sayılı Kanunun 33.,39. Maddeleri 6260 Sayılı Merkezi Yönetim Bütçe Kanunu Merkezi Yönetim Harcama Belgeleri Yönetmeliği</w:t>
            </w:r>
          </w:p>
        </w:tc>
        <w:tc>
          <w:tcPr>
            <w:tcW w:w="1134" w:type="dxa"/>
            <w:tcMar>
              <w:top w:w="55" w:type="dxa"/>
              <w:left w:w="70" w:type="dxa"/>
              <w:bottom w:w="55" w:type="dxa"/>
              <w:right w:w="70" w:type="dxa"/>
            </w:tcMar>
          </w:tcPr>
          <w:p w14:paraId="0FECA238"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0417EF93"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254E9AD8" w14:textId="77777777" w:rsidR="00543BDC" w:rsidRDefault="00000000">
            <w:pPr>
              <w:spacing w:after="0" w:line="240" w:lineRule="auto"/>
            </w:pPr>
            <w:r>
              <w:rPr>
                <w:sz w:val="12"/>
              </w:rPr>
              <w:t>•Dilekçe •Yurt içi / Yurt dışı sürekli görev yolluğu bildirimi •Resmi mesafe haritasında olmayan yerler için yetkili merciden alınacak onaylı mesafe cetveli •Atamalarda atama onayı 5-Emeklilerde OLUR Belgesi</w:t>
            </w:r>
          </w:p>
        </w:tc>
        <w:tc>
          <w:tcPr>
            <w:tcW w:w="850" w:type="dxa"/>
            <w:tcMar>
              <w:top w:w="55" w:type="dxa"/>
              <w:left w:w="70" w:type="dxa"/>
              <w:bottom w:w="55" w:type="dxa"/>
              <w:right w:w="70" w:type="dxa"/>
            </w:tcMar>
          </w:tcPr>
          <w:p w14:paraId="53970C09" w14:textId="77777777" w:rsidR="00543BDC" w:rsidRDefault="00000000">
            <w:pPr>
              <w:spacing w:after="0" w:line="240" w:lineRule="auto"/>
              <w:jc w:val="center"/>
            </w:pPr>
            <w:r>
              <w:rPr>
                <w:sz w:val="12"/>
              </w:rPr>
              <w:t>5 İş Günü</w:t>
            </w:r>
          </w:p>
        </w:tc>
        <w:tc>
          <w:tcPr>
            <w:tcW w:w="850" w:type="dxa"/>
            <w:tcMar>
              <w:top w:w="55" w:type="dxa"/>
              <w:left w:w="70" w:type="dxa"/>
              <w:bottom w:w="55" w:type="dxa"/>
              <w:right w:w="70" w:type="dxa"/>
            </w:tcMar>
          </w:tcPr>
          <w:p w14:paraId="64B59E9E" w14:textId="77777777" w:rsidR="00543BDC" w:rsidRDefault="00000000">
            <w:pPr>
              <w:spacing w:after="0" w:line="240" w:lineRule="auto"/>
              <w:jc w:val="center"/>
            </w:pPr>
            <w:r>
              <w:rPr>
                <w:sz w:val="12"/>
              </w:rPr>
              <w:t>Hayır</w:t>
            </w:r>
          </w:p>
        </w:tc>
      </w:tr>
      <w:tr w:rsidR="00543BDC" w14:paraId="3A1603FF" w14:textId="77777777">
        <w:trPr>
          <w:jc w:val="center"/>
        </w:trPr>
        <w:tc>
          <w:tcPr>
            <w:tcW w:w="454" w:type="dxa"/>
            <w:shd w:val="clear" w:color="auto" w:fill="F7F9FC"/>
            <w:tcMar>
              <w:top w:w="55" w:type="dxa"/>
              <w:left w:w="70" w:type="dxa"/>
              <w:bottom w:w="55" w:type="dxa"/>
              <w:right w:w="70" w:type="dxa"/>
            </w:tcMar>
          </w:tcPr>
          <w:p w14:paraId="6FDD3539" w14:textId="77777777" w:rsidR="00543BDC" w:rsidRDefault="00000000">
            <w:pPr>
              <w:spacing w:after="0" w:line="240" w:lineRule="auto"/>
              <w:jc w:val="center"/>
            </w:pPr>
            <w:r>
              <w:rPr>
                <w:b/>
                <w:sz w:val="12"/>
              </w:rPr>
              <w:t>78</w:t>
            </w:r>
          </w:p>
        </w:tc>
        <w:tc>
          <w:tcPr>
            <w:tcW w:w="1361" w:type="dxa"/>
            <w:shd w:val="clear" w:color="auto" w:fill="F7F9FC"/>
            <w:tcMar>
              <w:top w:w="55" w:type="dxa"/>
              <w:left w:w="70" w:type="dxa"/>
              <w:bottom w:w="55" w:type="dxa"/>
              <w:right w:w="70" w:type="dxa"/>
            </w:tcMar>
          </w:tcPr>
          <w:p w14:paraId="144FC11F"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52B08E03" w14:textId="77777777" w:rsidR="00543BDC" w:rsidRDefault="00000000">
            <w:pPr>
              <w:spacing w:after="0" w:line="240" w:lineRule="auto"/>
            </w:pPr>
            <w:r>
              <w:rPr>
                <w:sz w:val="12"/>
              </w:rPr>
              <w:t>Yolluk İşlemleri (Yurt Dışı Geçici)</w:t>
            </w:r>
            <w:r>
              <w:rPr>
                <w:sz w:val="12"/>
              </w:rPr>
              <w:br/>
              <w:t>Yurtdışı geçici görev yolluklarının ödemeleri</w:t>
            </w:r>
          </w:p>
        </w:tc>
        <w:tc>
          <w:tcPr>
            <w:tcW w:w="2268" w:type="dxa"/>
            <w:shd w:val="clear" w:color="auto" w:fill="F7F9FC"/>
            <w:tcMar>
              <w:top w:w="55" w:type="dxa"/>
              <w:left w:w="70" w:type="dxa"/>
              <w:bottom w:w="55" w:type="dxa"/>
              <w:right w:w="70" w:type="dxa"/>
            </w:tcMar>
          </w:tcPr>
          <w:p w14:paraId="5A44FB6E" w14:textId="77777777" w:rsidR="00543BDC" w:rsidRDefault="00000000">
            <w:pPr>
              <w:spacing w:after="0" w:line="240" w:lineRule="auto"/>
            </w:pPr>
            <w:r>
              <w:rPr>
                <w:sz w:val="12"/>
              </w:rPr>
              <w:t>6245 Sayılı Harcırah Kanunu 2547 Sayılı Kanunun 33.,39. Maddeleri 6260 Sayılı Merkezi Yönetim Bütçe Kanunu Merkezi Yönetim Harcama Belgeleri Yönetmeliği</w:t>
            </w:r>
          </w:p>
        </w:tc>
        <w:tc>
          <w:tcPr>
            <w:tcW w:w="1134" w:type="dxa"/>
            <w:shd w:val="clear" w:color="auto" w:fill="F7F9FC"/>
            <w:tcMar>
              <w:top w:w="55" w:type="dxa"/>
              <w:left w:w="70" w:type="dxa"/>
              <w:bottom w:w="55" w:type="dxa"/>
              <w:right w:w="70" w:type="dxa"/>
            </w:tcMar>
          </w:tcPr>
          <w:p w14:paraId="236E8BD8"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62F7B1FC"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53740C8D" w14:textId="77777777" w:rsidR="00543BDC" w:rsidRDefault="00000000">
            <w:pPr>
              <w:spacing w:after="0" w:line="240" w:lineRule="auto"/>
            </w:pPr>
            <w:r>
              <w:rPr>
                <w:sz w:val="12"/>
              </w:rPr>
              <w:t>•Dilekçe •Rektörlük onayı •Bilet •Fatura</w:t>
            </w:r>
          </w:p>
        </w:tc>
        <w:tc>
          <w:tcPr>
            <w:tcW w:w="850" w:type="dxa"/>
            <w:shd w:val="clear" w:color="auto" w:fill="F7F9FC"/>
            <w:tcMar>
              <w:top w:w="55" w:type="dxa"/>
              <w:left w:w="70" w:type="dxa"/>
              <w:bottom w:w="55" w:type="dxa"/>
              <w:right w:w="70" w:type="dxa"/>
            </w:tcMar>
          </w:tcPr>
          <w:p w14:paraId="26126EAA" w14:textId="77777777" w:rsidR="00543BDC" w:rsidRDefault="00000000">
            <w:pPr>
              <w:spacing w:after="0" w:line="240" w:lineRule="auto"/>
              <w:jc w:val="center"/>
            </w:pPr>
            <w:r>
              <w:rPr>
                <w:sz w:val="12"/>
              </w:rPr>
              <w:t>3 İş Günü</w:t>
            </w:r>
          </w:p>
        </w:tc>
        <w:tc>
          <w:tcPr>
            <w:tcW w:w="850" w:type="dxa"/>
            <w:shd w:val="clear" w:color="auto" w:fill="F7F9FC"/>
            <w:tcMar>
              <w:top w:w="55" w:type="dxa"/>
              <w:left w:w="70" w:type="dxa"/>
              <w:bottom w:w="55" w:type="dxa"/>
              <w:right w:w="70" w:type="dxa"/>
            </w:tcMar>
          </w:tcPr>
          <w:p w14:paraId="2C2C49C0" w14:textId="77777777" w:rsidR="00543BDC" w:rsidRDefault="00000000">
            <w:pPr>
              <w:spacing w:after="0" w:line="240" w:lineRule="auto"/>
              <w:jc w:val="center"/>
            </w:pPr>
            <w:r>
              <w:rPr>
                <w:sz w:val="12"/>
              </w:rPr>
              <w:t>Hayır</w:t>
            </w:r>
          </w:p>
        </w:tc>
      </w:tr>
      <w:tr w:rsidR="00543BDC" w14:paraId="59007DAF" w14:textId="77777777">
        <w:trPr>
          <w:jc w:val="center"/>
        </w:trPr>
        <w:tc>
          <w:tcPr>
            <w:tcW w:w="454" w:type="dxa"/>
            <w:tcMar>
              <w:top w:w="55" w:type="dxa"/>
              <w:left w:w="70" w:type="dxa"/>
              <w:bottom w:w="55" w:type="dxa"/>
              <w:right w:w="70" w:type="dxa"/>
            </w:tcMar>
          </w:tcPr>
          <w:p w14:paraId="79A41EC8" w14:textId="77777777" w:rsidR="00543BDC" w:rsidRDefault="00000000">
            <w:pPr>
              <w:spacing w:after="0" w:line="240" w:lineRule="auto"/>
              <w:jc w:val="center"/>
            </w:pPr>
            <w:r>
              <w:rPr>
                <w:b/>
                <w:sz w:val="12"/>
              </w:rPr>
              <w:t>79</w:t>
            </w:r>
          </w:p>
        </w:tc>
        <w:tc>
          <w:tcPr>
            <w:tcW w:w="1361" w:type="dxa"/>
            <w:tcMar>
              <w:top w:w="55" w:type="dxa"/>
              <w:left w:w="70" w:type="dxa"/>
              <w:bottom w:w="55" w:type="dxa"/>
              <w:right w:w="70" w:type="dxa"/>
            </w:tcMar>
          </w:tcPr>
          <w:p w14:paraId="283DD3FF"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66FAA27E" w14:textId="77777777" w:rsidR="00543BDC" w:rsidRDefault="00000000">
            <w:pPr>
              <w:spacing w:after="0" w:line="240" w:lineRule="auto"/>
            </w:pPr>
            <w:r>
              <w:rPr>
                <w:sz w:val="12"/>
              </w:rPr>
              <w:t>Giyecek Yardımı</w:t>
            </w:r>
            <w:r>
              <w:rPr>
                <w:sz w:val="12"/>
              </w:rPr>
              <w:br/>
              <w:t>İdari Personele Giyecek Yardımı</w:t>
            </w:r>
          </w:p>
        </w:tc>
        <w:tc>
          <w:tcPr>
            <w:tcW w:w="2268" w:type="dxa"/>
            <w:tcMar>
              <w:top w:w="55" w:type="dxa"/>
              <w:left w:w="70" w:type="dxa"/>
              <w:bottom w:w="55" w:type="dxa"/>
              <w:right w:w="70" w:type="dxa"/>
            </w:tcMar>
          </w:tcPr>
          <w:p w14:paraId="3838B934" w14:textId="77777777" w:rsidR="00543BDC" w:rsidRDefault="00000000">
            <w:pPr>
              <w:spacing w:after="0" w:line="240" w:lineRule="auto"/>
            </w:pPr>
            <w:r>
              <w:rPr>
                <w:sz w:val="12"/>
              </w:rPr>
              <w:t>657 sayılı Devlet Memurları Kanunu</w:t>
            </w:r>
          </w:p>
        </w:tc>
        <w:tc>
          <w:tcPr>
            <w:tcW w:w="1134" w:type="dxa"/>
            <w:tcMar>
              <w:top w:w="55" w:type="dxa"/>
              <w:left w:w="70" w:type="dxa"/>
              <w:bottom w:w="55" w:type="dxa"/>
              <w:right w:w="70" w:type="dxa"/>
            </w:tcMar>
          </w:tcPr>
          <w:p w14:paraId="7325DC46"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0E806836"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6F2A9FFA" w14:textId="77777777" w:rsidR="00543BDC" w:rsidRDefault="00000000">
            <w:pPr>
              <w:spacing w:after="0" w:line="240" w:lineRule="auto"/>
            </w:pPr>
            <w:r>
              <w:rPr>
                <w:sz w:val="12"/>
              </w:rPr>
              <w:t>•Üst yazı •Liste •Brodro •Banka Listesi</w:t>
            </w:r>
          </w:p>
        </w:tc>
        <w:tc>
          <w:tcPr>
            <w:tcW w:w="850" w:type="dxa"/>
            <w:tcMar>
              <w:top w:w="55" w:type="dxa"/>
              <w:left w:w="70" w:type="dxa"/>
              <w:bottom w:w="55" w:type="dxa"/>
              <w:right w:w="70" w:type="dxa"/>
            </w:tcMar>
          </w:tcPr>
          <w:p w14:paraId="51483B25" w14:textId="77777777" w:rsidR="00543BDC" w:rsidRDefault="00000000">
            <w:pPr>
              <w:spacing w:after="0" w:line="240" w:lineRule="auto"/>
              <w:jc w:val="center"/>
            </w:pPr>
            <w:r>
              <w:rPr>
                <w:sz w:val="12"/>
              </w:rPr>
              <w:t>7 GÜN</w:t>
            </w:r>
          </w:p>
        </w:tc>
        <w:tc>
          <w:tcPr>
            <w:tcW w:w="850" w:type="dxa"/>
            <w:tcMar>
              <w:top w:w="55" w:type="dxa"/>
              <w:left w:w="70" w:type="dxa"/>
              <w:bottom w:w="55" w:type="dxa"/>
              <w:right w:w="70" w:type="dxa"/>
            </w:tcMar>
          </w:tcPr>
          <w:p w14:paraId="5B11E80F" w14:textId="77777777" w:rsidR="00543BDC" w:rsidRDefault="00000000">
            <w:pPr>
              <w:spacing w:after="0" w:line="240" w:lineRule="auto"/>
              <w:jc w:val="center"/>
            </w:pPr>
            <w:r>
              <w:rPr>
                <w:sz w:val="12"/>
              </w:rPr>
              <w:t>Hayır</w:t>
            </w:r>
          </w:p>
        </w:tc>
      </w:tr>
      <w:tr w:rsidR="00543BDC" w14:paraId="06FBA4F0" w14:textId="77777777">
        <w:trPr>
          <w:jc w:val="center"/>
        </w:trPr>
        <w:tc>
          <w:tcPr>
            <w:tcW w:w="454" w:type="dxa"/>
            <w:shd w:val="clear" w:color="auto" w:fill="F7F9FC"/>
            <w:tcMar>
              <w:top w:w="55" w:type="dxa"/>
              <w:left w:w="70" w:type="dxa"/>
              <w:bottom w:w="55" w:type="dxa"/>
              <w:right w:w="70" w:type="dxa"/>
            </w:tcMar>
          </w:tcPr>
          <w:p w14:paraId="02E2948B" w14:textId="77777777" w:rsidR="00543BDC" w:rsidRDefault="00000000">
            <w:pPr>
              <w:spacing w:after="0" w:line="240" w:lineRule="auto"/>
              <w:jc w:val="center"/>
            </w:pPr>
            <w:r>
              <w:rPr>
                <w:b/>
                <w:sz w:val="12"/>
              </w:rPr>
              <w:t>80</w:t>
            </w:r>
          </w:p>
        </w:tc>
        <w:tc>
          <w:tcPr>
            <w:tcW w:w="1361" w:type="dxa"/>
            <w:shd w:val="clear" w:color="auto" w:fill="F7F9FC"/>
            <w:tcMar>
              <w:top w:w="55" w:type="dxa"/>
              <w:left w:w="70" w:type="dxa"/>
              <w:bottom w:w="55" w:type="dxa"/>
              <w:right w:w="70" w:type="dxa"/>
            </w:tcMar>
          </w:tcPr>
          <w:p w14:paraId="49695689"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6929AEE5" w14:textId="77777777" w:rsidR="00543BDC" w:rsidRDefault="00000000">
            <w:pPr>
              <w:spacing w:after="0" w:line="240" w:lineRule="auto"/>
            </w:pPr>
            <w:r>
              <w:rPr>
                <w:sz w:val="12"/>
              </w:rPr>
              <w:t>Promosyon İşlemleri</w:t>
            </w:r>
            <w:r>
              <w:rPr>
                <w:sz w:val="12"/>
              </w:rPr>
              <w:br/>
              <w:t>Promosyon İşlemleri</w:t>
            </w:r>
          </w:p>
        </w:tc>
        <w:tc>
          <w:tcPr>
            <w:tcW w:w="2268" w:type="dxa"/>
            <w:shd w:val="clear" w:color="auto" w:fill="F7F9FC"/>
            <w:tcMar>
              <w:top w:w="55" w:type="dxa"/>
              <w:left w:w="70" w:type="dxa"/>
              <w:bottom w:w="55" w:type="dxa"/>
              <w:right w:w="70" w:type="dxa"/>
            </w:tcMar>
          </w:tcPr>
          <w:p w14:paraId="7F2771F6" w14:textId="77777777" w:rsidR="00543BDC" w:rsidRDefault="00543BDC">
            <w:pPr>
              <w:spacing w:after="0" w:line="240" w:lineRule="auto"/>
            </w:pPr>
          </w:p>
        </w:tc>
        <w:tc>
          <w:tcPr>
            <w:tcW w:w="1134" w:type="dxa"/>
            <w:shd w:val="clear" w:color="auto" w:fill="F7F9FC"/>
            <w:tcMar>
              <w:top w:w="55" w:type="dxa"/>
              <w:left w:w="70" w:type="dxa"/>
              <w:bottom w:w="55" w:type="dxa"/>
              <w:right w:w="70" w:type="dxa"/>
            </w:tcMar>
          </w:tcPr>
          <w:p w14:paraId="274BE45A"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25841F72"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58B72E95" w14:textId="77777777" w:rsidR="00543BDC" w:rsidRDefault="00000000">
            <w:pPr>
              <w:spacing w:after="0" w:line="240" w:lineRule="auto"/>
            </w:pPr>
            <w:r>
              <w:rPr>
                <w:sz w:val="12"/>
              </w:rPr>
              <w:t>•Dilekçe •İlgilinin bağlı olduğu birim yazısı</w:t>
            </w:r>
          </w:p>
        </w:tc>
        <w:tc>
          <w:tcPr>
            <w:tcW w:w="850" w:type="dxa"/>
            <w:shd w:val="clear" w:color="auto" w:fill="F7F9FC"/>
            <w:tcMar>
              <w:top w:w="55" w:type="dxa"/>
              <w:left w:w="70" w:type="dxa"/>
              <w:bottom w:w="55" w:type="dxa"/>
              <w:right w:w="70" w:type="dxa"/>
            </w:tcMar>
          </w:tcPr>
          <w:p w14:paraId="0682DFA0" w14:textId="77777777" w:rsidR="00543BDC" w:rsidRDefault="00000000">
            <w:pPr>
              <w:spacing w:after="0" w:line="240" w:lineRule="auto"/>
              <w:jc w:val="center"/>
            </w:pPr>
            <w:r>
              <w:rPr>
                <w:sz w:val="12"/>
              </w:rPr>
              <w:t>2 İŞ GÜNÜ</w:t>
            </w:r>
          </w:p>
        </w:tc>
        <w:tc>
          <w:tcPr>
            <w:tcW w:w="850" w:type="dxa"/>
            <w:shd w:val="clear" w:color="auto" w:fill="F7F9FC"/>
            <w:tcMar>
              <w:top w:w="55" w:type="dxa"/>
              <w:left w:w="70" w:type="dxa"/>
              <w:bottom w:w="55" w:type="dxa"/>
              <w:right w:w="70" w:type="dxa"/>
            </w:tcMar>
          </w:tcPr>
          <w:p w14:paraId="65C9BA44" w14:textId="77777777" w:rsidR="00543BDC" w:rsidRDefault="00000000">
            <w:pPr>
              <w:spacing w:after="0" w:line="240" w:lineRule="auto"/>
              <w:jc w:val="center"/>
            </w:pPr>
            <w:r>
              <w:rPr>
                <w:sz w:val="12"/>
              </w:rPr>
              <w:t>Hayır</w:t>
            </w:r>
          </w:p>
        </w:tc>
      </w:tr>
      <w:tr w:rsidR="00543BDC" w14:paraId="507D0E75" w14:textId="77777777">
        <w:trPr>
          <w:jc w:val="center"/>
        </w:trPr>
        <w:tc>
          <w:tcPr>
            <w:tcW w:w="454" w:type="dxa"/>
            <w:tcMar>
              <w:top w:w="55" w:type="dxa"/>
              <w:left w:w="70" w:type="dxa"/>
              <w:bottom w:w="55" w:type="dxa"/>
              <w:right w:w="70" w:type="dxa"/>
            </w:tcMar>
          </w:tcPr>
          <w:p w14:paraId="7EF343AE" w14:textId="77777777" w:rsidR="00543BDC" w:rsidRDefault="00000000">
            <w:pPr>
              <w:spacing w:after="0" w:line="240" w:lineRule="auto"/>
              <w:jc w:val="center"/>
            </w:pPr>
            <w:r>
              <w:rPr>
                <w:b/>
                <w:sz w:val="12"/>
              </w:rPr>
              <w:t>81</w:t>
            </w:r>
          </w:p>
        </w:tc>
        <w:tc>
          <w:tcPr>
            <w:tcW w:w="1361" w:type="dxa"/>
            <w:tcMar>
              <w:top w:w="55" w:type="dxa"/>
              <w:left w:w="70" w:type="dxa"/>
              <w:bottom w:w="55" w:type="dxa"/>
              <w:right w:w="70" w:type="dxa"/>
            </w:tcMar>
          </w:tcPr>
          <w:p w14:paraId="557868C4"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0757F91B" w14:textId="77777777" w:rsidR="00543BDC" w:rsidRDefault="00000000">
            <w:pPr>
              <w:spacing w:after="0" w:line="240" w:lineRule="auto"/>
            </w:pPr>
            <w:r>
              <w:rPr>
                <w:sz w:val="12"/>
              </w:rPr>
              <w:t>Maaş Ödemesi</w:t>
            </w:r>
            <w:r>
              <w:rPr>
                <w:sz w:val="12"/>
              </w:rPr>
              <w:br/>
              <w:t>Personel Ücret Ödemesi</w:t>
            </w:r>
          </w:p>
        </w:tc>
        <w:tc>
          <w:tcPr>
            <w:tcW w:w="2268" w:type="dxa"/>
            <w:tcMar>
              <w:top w:w="55" w:type="dxa"/>
              <w:left w:w="70" w:type="dxa"/>
              <w:bottom w:w="55" w:type="dxa"/>
              <w:right w:w="70" w:type="dxa"/>
            </w:tcMar>
          </w:tcPr>
          <w:p w14:paraId="54FC2260" w14:textId="77777777" w:rsidR="00543BDC" w:rsidRDefault="00000000">
            <w:pPr>
              <w:spacing w:after="0" w:line="240" w:lineRule="auto"/>
            </w:pPr>
            <w:r>
              <w:rPr>
                <w:sz w:val="12"/>
              </w:rPr>
              <w:t>657 Sayılı Kanun 2547 Sayılı Kanun 2914 Sayılı lKanun 5510 Sayılı Kanun 5434 Sayılı Kanun</w:t>
            </w:r>
          </w:p>
        </w:tc>
        <w:tc>
          <w:tcPr>
            <w:tcW w:w="1134" w:type="dxa"/>
            <w:tcMar>
              <w:top w:w="55" w:type="dxa"/>
              <w:left w:w="70" w:type="dxa"/>
              <w:bottom w:w="55" w:type="dxa"/>
              <w:right w:w="70" w:type="dxa"/>
            </w:tcMar>
          </w:tcPr>
          <w:p w14:paraId="67BFA519"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3E2DA352"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77DF6890" w14:textId="77777777" w:rsidR="00543BDC" w:rsidRDefault="00000000">
            <w:pPr>
              <w:spacing w:after="0" w:line="240" w:lineRule="auto"/>
            </w:pPr>
            <w:r>
              <w:rPr>
                <w:sz w:val="12"/>
              </w:rPr>
              <w:t>•Atama Onayı •Maaş Nakil İlmuhaberi •İşe Başlama Yazısı •SGK İşe Giriş Bildirgesi •Aile Durum Bildirimi •Aile Yardımı Bildirimi •Banka Hesap Numarasını Gösteren Belge</w:t>
            </w:r>
          </w:p>
        </w:tc>
        <w:tc>
          <w:tcPr>
            <w:tcW w:w="850" w:type="dxa"/>
            <w:tcMar>
              <w:top w:w="55" w:type="dxa"/>
              <w:left w:w="70" w:type="dxa"/>
              <w:bottom w:w="55" w:type="dxa"/>
              <w:right w:w="70" w:type="dxa"/>
            </w:tcMar>
          </w:tcPr>
          <w:p w14:paraId="50BB4C1B"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3C6381F3" w14:textId="77777777" w:rsidR="00543BDC" w:rsidRDefault="00000000">
            <w:pPr>
              <w:spacing w:after="0" w:line="240" w:lineRule="auto"/>
              <w:jc w:val="center"/>
            </w:pPr>
            <w:r>
              <w:rPr>
                <w:sz w:val="12"/>
              </w:rPr>
              <w:t>Evet</w:t>
            </w:r>
          </w:p>
        </w:tc>
      </w:tr>
      <w:tr w:rsidR="00543BDC" w14:paraId="1FA4D7F9" w14:textId="77777777">
        <w:trPr>
          <w:jc w:val="center"/>
        </w:trPr>
        <w:tc>
          <w:tcPr>
            <w:tcW w:w="454" w:type="dxa"/>
            <w:shd w:val="clear" w:color="auto" w:fill="F7F9FC"/>
            <w:tcMar>
              <w:top w:w="55" w:type="dxa"/>
              <w:left w:w="70" w:type="dxa"/>
              <w:bottom w:w="55" w:type="dxa"/>
              <w:right w:w="70" w:type="dxa"/>
            </w:tcMar>
          </w:tcPr>
          <w:p w14:paraId="68A08DC5" w14:textId="77777777" w:rsidR="00543BDC" w:rsidRDefault="00000000">
            <w:pPr>
              <w:spacing w:after="0" w:line="240" w:lineRule="auto"/>
              <w:jc w:val="center"/>
            </w:pPr>
            <w:r>
              <w:rPr>
                <w:b/>
                <w:sz w:val="12"/>
              </w:rPr>
              <w:t>82</w:t>
            </w:r>
          </w:p>
        </w:tc>
        <w:tc>
          <w:tcPr>
            <w:tcW w:w="1361" w:type="dxa"/>
            <w:shd w:val="clear" w:color="auto" w:fill="F7F9FC"/>
            <w:tcMar>
              <w:top w:w="55" w:type="dxa"/>
              <w:left w:w="70" w:type="dxa"/>
              <w:bottom w:w="55" w:type="dxa"/>
              <w:right w:w="70" w:type="dxa"/>
            </w:tcMar>
          </w:tcPr>
          <w:p w14:paraId="726BB4A7"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28FE4EB3" w14:textId="77777777" w:rsidR="00543BDC" w:rsidRDefault="00000000">
            <w:pPr>
              <w:spacing w:after="0" w:line="240" w:lineRule="auto"/>
            </w:pPr>
            <w:r>
              <w:rPr>
                <w:sz w:val="12"/>
              </w:rPr>
              <w:t>Sendika İşlemleri</w:t>
            </w:r>
            <w:r>
              <w:rPr>
                <w:sz w:val="12"/>
              </w:rPr>
              <w:br/>
              <w:t>Çalışan Personelin Sendika İşlemleri</w:t>
            </w:r>
          </w:p>
        </w:tc>
        <w:tc>
          <w:tcPr>
            <w:tcW w:w="2268" w:type="dxa"/>
            <w:shd w:val="clear" w:color="auto" w:fill="F7F9FC"/>
            <w:tcMar>
              <w:top w:w="55" w:type="dxa"/>
              <w:left w:w="70" w:type="dxa"/>
              <w:bottom w:w="55" w:type="dxa"/>
              <w:right w:w="70" w:type="dxa"/>
            </w:tcMar>
          </w:tcPr>
          <w:p w14:paraId="3F1DEF63" w14:textId="77777777" w:rsidR="00543BDC" w:rsidRDefault="00000000">
            <w:pPr>
              <w:spacing w:after="0" w:line="240" w:lineRule="auto"/>
            </w:pPr>
            <w:r>
              <w:rPr>
                <w:sz w:val="12"/>
              </w:rPr>
              <w:t>4688 Sayılı Kamu Görevlileri Sendikaları Kanunu</w:t>
            </w:r>
          </w:p>
        </w:tc>
        <w:tc>
          <w:tcPr>
            <w:tcW w:w="1134" w:type="dxa"/>
            <w:shd w:val="clear" w:color="auto" w:fill="F7F9FC"/>
            <w:tcMar>
              <w:top w:w="55" w:type="dxa"/>
              <w:left w:w="70" w:type="dxa"/>
              <w:bottom w:w="55" w:type="dxa"/>
              <w:right w:w="70" w:type="dxa"/>
            </w:tcMar>
          </w:tcPr>
          <w:p w14:paraId="7A7571F1" w14:textId="77777777" w:rsidR="00543BDC" w:rsidRDefault="00000000">
            <w:pPr>
              <w:spacing w:after="0" w:line="240" w:lineRule="auto"/>
            </w:pPr>
            <w:r>
              <w:rPr>
                <w:sz w:val="12"/>
              </w:rPr>
              <w:t>Akademik ve İdari Personel</w:t>
            </w:r>
          </w:p>
        </w:tc>
        <w:tc>
          <w:tcPr>
            <w:tcW w:w="1928" w:type="dxa"/>
            <w:shd w:val="clear" w:color="auto" w:fill="F7F9FC"/>
            <w:tcMar>
              <w:top w:w="55" w:type="dxa"/>
              <w:left w:w="70" w:type="dxa"/>
              <w:bottom w:w="55" w:type="dxa"/>
              <w:right w:w="70" w:type="dxa"/>
            </w:tcMar>
          </w:tcPr>
          <w:p w14:paraId="06A1279C"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6F79454A" w14:textId="77777777" w:rsidR="00543BDC" w:rsidRDefault="00000000">
            <w:pPr>
              <w:spacing w:after="0" w:line="240" w:lineRule="auto"/>
            </w:pPr>
            <w:r>
              <w:rPr>
                <w:sz w:val="12"/>
              </w:rPr>
              <w:t>•Üyeliğe Giriş/Üyelikten Çekilme Formu</w:t>
            </w:r>
          </w:p>
        </w:tc>
        <w:tc>
          <w:tcPr>
            <w:tcW w:w="850" w:type="dxa"/>
            <w:shd w:val="clear" w:color="auto" w:fill="F7F9FC"/>
            <w:tcMar>
              <w:top w:w="55" w:type="dxa"/>
              <w:left w:w="70" w:type="dxa"/>
              <w:bottom w:w="55" w:type="dxa"/>
              <w:right w:w="70" w:type="dxa"/>
            </w:tcMar>
          </w:tcPr>
          <w:p w14:paraId="1A641BE0" w14:textId="77777777" w:rsidR="00543BDC" w:rsidRDefault="00000000">
            <w:pPr>
              <w:spacing w:after="0" w:line="240" w:lineRule="auto"/>
              <w:jc w:val="center"/>
            </w:pPr>
            <w:r>
              <w:rPr>
                <w:sz w:val="12"/>
              </w:rPr>
              <w:t>15</w:t>
            </w:r>
          </w:p>
        </w:tc>
        <w:tc>
          <w:tcPr>
            <w:tcW w:w="850" w:type="dxa"/>
            <w:shd w:val="clear" w:color="auto" w:fill="F7F9FC"/>
            <w:tcMar>
              <w:top w:w="55" w:type="dxa"/>
              <w:left w:w="70" w:type="dxa"/>
              <w:bottom w:w="55" w:type="dxa"/>
              <w:right w:w="70" w:type="dxa"/>
            </w:tcMar>
          </w:tcPr>
          <w:p w14:paraId="0D8E1ABF" w14:textId="77777777" w:rsidR="00543BDC" w:rsidRDefault="00000000">
            <w:pPr>
              <w:spacing w:after="0" w:line="240" w:lineRule="auto"/>
              <w:jc w:val="center"/>
            </w:pPr>
            <w:r>
              <w:rPr>
                <w:sz w:val="12"/>
              </w:rPr>
              <w:t>Sunulmuy or</w:t>
            </w:r>
          </w:p>
        </w:tc>
      </w:tr>
      <w:tr w:rsidR="00543BDC" w14:paraId="2873790D" w14:textId="77777777">
        <w:trPr>
          <w:jc w:val="center"/>
        </w:trPr>
        <w:tc>
          <w:tcPr>
            <w:tcW w:w="454" w:type="dxa"/>
            <w:tcMar>
              <w:top w:w="55" w:type="dxa"/>
              <w:left w:w="70" w:type="dxa"/>
              <w:bottom w:w="55" w:type="dxa"/>
              <w:right w:w="70" w:type="dxa"/>
            </w:tcMar>
          </w:tcPr>
          <w:p w14:paraId="11FE22FB" w14:textId="77777777" w:rsidR="00543BDC" w:rsidRDefault="00000000">
            <w:pPr>
              <w:spacing w:after="0" w:line="240" w:lineRule="auto"/>
              <w:jc w:val="center"/>
            </w:pPr>
            <w:r>
              <w:rPr>
                <w:b/>
                <w:sz w:val="12"/>
              </w:rPr>
              <w:t>83</w:t>
            </w:r>
          </w:p>
        </w:tc>
        <w:tc>
          <w:tcPr>
            <w:tcW w:w="1361" w:type="dxa"/>
            <w:tcMar>
              <w:top w:w="55" w:type="dxa"/>
              <w:left w:w="70" w:type="dxa"/>
              <w:bottom w:w="55" w:type="dxa"/>
              <w:right w:w="70" w:type="dxa"/>
            </w:tcMar>
          </w:tcPr>
          <w:p w14:paraId="5D90C183"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155C9FA0" w14:textId="77777777" w:rsidR="00543BDC" w:rsidRDefault="00000000">
            <w:pPr>
              <w:spacing w:after="0" w:line="240" w:lineRule="auto"/>
            </w:pPr>
            <w:r>
              <w:rPr>
                <w:sz w:val="12"/>
              </w:rPr>
              <w:t>Fiili Hizmet Süresi Zammı</w:t>
            </w:r>
            <w:r>
              <w:rPr>
                <w:sz w:val="12"/>
              </w:rPr>
              <w:br/>
              <w:t>Fiili Hizmet Süresi Zammı ödemelerinin yapılması</w:t>
            </w:r>
          </w:p>
        </w:tc>
        <w:tc>
          <w:tcPr>
            <w:tcW w:w="2268" w:type="dxa"/>
            <w:tcMar>
              <w:top w:w="55" w:type="dxa"/>
              <w:left w:w="70" w:type="dxa"/>
              <w:bottom w:w="55" w:type="dxa"/>
              <w:right w:w="70" w:type="dxa"/>
            </w:tcMar>
          </w:tcPr>
          <w:p w14:paraId="1D647938" w14:textId="77777777" w:rsidR="00543BDC" w:rsidRDefault="00000000">
            <w:pPr>
              <w:spacing w:after="0" w:line="240" w:lineRule="auto"/>
            </w:pPr>
            <w:r>
              <w:rPr>
                <w:sz w:val="12"/>
              </w:rPr>
              <w:t>5510 Sayılı Sosyal Sigortalar ve Genel Sağlık Sigortası Kanunu 5434 Sayılı Emekli Sandığı Kanunu</w:t>
            </w:r>
          </w:p>
        </w:tc>
        <w:tc>
          <w:tcPr>
            <w:tcW w:w="1134" w:type="dxa"/>
            <w:tcMar>
              <w:top w:w="55" w:type="dxa"/>
              <w:left w:w="70" w:type="dxa"/>
              <w:bottom w:w="55" w:type="dxa"/>
              <w:right w:w="70" w:type="dxa"/>
            </w:tcMar>
          </w:tcPr>
          <w:p w14:paraId="328B26BF" w14:textId="77777777" w:rsidR="00543BDC" w:rsidRDefault="00000000">
            <w:pPr>
              <w:spacing w:after="0" w:line="240" w:lineRule="auto"/>
            </w:pPr>
            <w:r>
              <w:rPr>
                <w:sz w:val="12"/>
              </w:rPr>
              <w:t>Akademik ve İdari Personel</w:t>
            </w:r>
          </w:p>
        </w:tc>
        <w:tc>
          <w:tcPr>
            <w:tcW w:w="1928" w:type="dxa"/>
            <w:tcMar>
              <w:top w:w="55" w:type="dxa"/>
              <w:left w:w="70" w:type="dxa"/>
              <w:bottom w:w="55" w:type="dxa"/>
              <w:right w:w="70" w:type="dxa"/>
            </w:tcMar>
          </w:tcPr>
          <w:p w14:paraId="1F5A3937"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6351C5ED" w14:textId="77777777" w:rsidR="00543BDC" w:rsidRDefault="00000000">
            <w:pPr>
              <w:spacing w:after="0" w:line="240" w:lineRule="auto"/>
            </w:pPr>
            <w:r>
              <w:rPr>
                <w:sz w:val="12"/>
              </w:rPr>
              <w:t>•Bordro •Fiili hizmet bildirim raporu •Ödeme Emri</w:t>
            </w:r>
          </w:p>
        </w:tc>
        <w:tc>
          <w:tcPr>
            <w:tcW w:w="850" w:type="dxa"/>
            <w:tcMar>
              <w:top w:w="55" w:type="dxa"/>
              <w:left w:w="70" w:type="dxa"/>
              <w:bottom w:w="55" w:type="dxa"/>
              <w:right w:w="70" w:type="dxa"/>
            </w:tcMar>
          </w:tcPr>
          <w:p w14:paraId="5322F1DC"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7EA559D0" w14:textId="77777777" w:rsidR="00543BDC" w:rsidRDefault="00000000">
            <w:pPr>
              <w:spacing w:after="0" w:line="240" w:lineRule="auto"/>
              <w:jc w:val="center"/>
            </w:pPr>
            <w:r>
              <w:rPr>
                <w:sz w:val="12"/>
              </w:rPr>
              <w:t>Evet</w:t>
            </w:r>
          </w:p>
        </w:tc>
      </w:tr>
      <w:tr w:rsidR="00543BDC" w14:paraId="7819712E" w14:textId="77777777">
        <w:trPr>
          <w:jc w:val="center"/>
        </w:trPr>
        <w:tc>
          <w:tcPr>
            <w:tcW w:w="454" w:type="dxa"/>
            <w:shd w:val="clear" w:color="auto" w:fill="F7F9FC"/>
            <w:tcMar>
              <w:top w:w="55" w:type="dxa"/>
              <w:left w:w="70" w:type="dxa"/>
              <w:bottom w:w="55" w:type="dxa"/>
              <w:right w:w="70" w:type="dxa"/>
            </w:tcMar>
          </w:tcPr>
          <w:p w14:paraId="70F79E31" w14:textId="77777777" w:rsidR="00543BDC" w:rsidRDefault="00000000">
            <w:pPr>
              <w:spacing w:after="0" w:line="240" w:lineRule="auto"/>
              <w:jc w:val="center"/>
            </w:pPr>
            <w:r>
              <w:rPr>
                <w:b/>
                <w:sz w:val="12"/>
              </w:rPr>
              <w:t>84</w:t>
            </w:r>
          </w:p>
        </w:tc>
        <w:tc>
          <w:tcPr>
            <w:tcW w:w="1361" w:type="dxa"/>
            <w:shd w:val="clear" w:color="auto" w:fill="F7F9FC"/>
            <w:tcMar>
              <w:top w:w="55" w:type="dxa"/>
              <w:left w:w="70" w:type="dxa"/>
              <w:bottom w:w="55" w:type="dxa"/>
              <w:right w:w="70" w:type="dxa"/>
            </w:tcMar>
          </w:tcPr>
          <w:p w14:paraId="667CC006"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5ADF9AB1" w14:textId="77777777" w:rsidR="00543BDC" w:rsidRDefault="00000000">
            <w:pPr>
              <w:spacing w:after="0" w:line="240" w:lineRule="auto"/>
            </w:pPr>
            <w:r>
              <w:rPr>
                <w:sz w:val="12"/>
              </w:rPr>
              <w:t>Şirketlerde danışmanlık yapmak üzere görevlendirme</w:t>
            </w:r>
            <w:r>
              <w:rPr>
                <w:sz w:val="12"/>
              </w:rPr>
              <w:br/>
              <w:t>Kurumların yaptığı işlemlere ilişkin bilirkişilik ve danışmanlık yapmak</w:t>
            </w:r>
          </w:p>
        </w:tc>
        <w:tc>
          <w:tcPr>
            <w:tcW w:w="2268" w:type="dxa"/>
            <w:shd w:val="clear" w:color="auto" w:fill="F7F9FC"/>
            <w:tcMar>
              <w:top w:w="55" w:type="dxa"/>
              <w:left w:w="70" w:type="dxa"/>
              <w:bottom w:w="55" w:type="dxa"/>
              <w:right w:w="70" w:type="dxa"/>
            </w:tcMar>
          </w:tcPr>
          <w:p w14:paraId="4F3E6373" w14:textId="77777777" w:rsidR="00543BDC" w:rsidRDefault="00000000">
            <w:pPr>
              <w:spacing w:after="0" w:line="240" w:lineRule="auto"/>
            </w:pPr>
            <w:r>
              <w:rPr>
                <w:sz w:val="12"/>
              </w:rPr>
              <w:t>2547 sayılı Kanun’un 37.mad desi</w:t>
            </w:r>
          </w:p>
        </w:tc>
        <w:tc>
          <w:tcPr>
            <w:tcW w:w="1134" w:type="dxa"/>
            <w:shd w:val="clear" w:color="auto" w:fill="F7F9FC"/>
            <w:tcMar>
              <w:top w:w="55" w:type="dxa"/>
              <w:left w:w="70" w:type="dxa"/>
              <w:bottom w:w="55" w:type="dxa"/>
              <w:right w:w="70" w:type="dxa"/>
            </w:tcMar>
          </w:tcPr>
          <w:p w14:paraId="277A02E1"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0ECD2BE3"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70195524" w14:textId="77777777" w:rsidR="00543BDC" w:rsidRDefault="00000000">
            <w:pPr>
              <w:spacing w:after="0" w:line="240" w:lineRule="auto"/>
            </w:pPr>
            <w:r>
              <w:rPr>
                <w:sz w:val="12"/>
              </w:rPr>
              <w:t>•Kurumun talebi •Birim üst yazısı •Birim Yönetim Kurulu Kararı •Dilekçe •Hizmet ve Danışmanlık Sözleşmesi</w:t>
            </w:r>
          </w:p>
        </w:tc>
        <w:tc>
          <w:tcPr>
            <w:tcW w:w="850" w:type="dxa"/>
            <w:shd w:val="clear" w:color="auto" w:fill="F7F9FC"/>
            <w:tcMar>
              <w:top w:w="55" w:type="dxa"/>
              <w:left w:w="70" w:type="dxa"/>
              <w:bottom w:w="55" w:type="dxa"/>
              <w:right w:w="70" w:type="dxa"/>
            </w:tcMar>
          </w:tcPr>
          <w:p w14:paraId="16E43054" w14:textId="77777777" w:rsidR="00543BDC" w:rsidRDefault="00000000">
            <w:pPr>
              <w:spacing w:after="0" w:line="240" w:lineRule="auto"/>
              <w:jc w:val="center"/>
            </w:pPr>
            <w:r>
              <w:rPr>
                <w:sz w:val="12"/>
              </w:rPr>
              <w:t>7-20 gün</w:t>
            </w:r>
          </w:p>
        </w:tc>
        <w:tc>
          <w:tcPr>
            <w:tcW w:w="850" w:type="dxa"/>
            <w:shd w:val="clear" w:color="auto" w:fill="F7F9FC"/>
            <w:tcMar>
              <w:top w:w="55" w:type="dxa"/>
              <w:left w:w="70" w:type="dxa"/>
              <w:bottom w:w="55" w:type="dxa"/>
              <w:right w:w="70" w:type="dxa"/>
            </w:tcMar>
          </w:tcPr>
          <w:p w14:paraId="4B1ECFDF" w14:textId="77777777" w:rsidR="00543BDC" w:rsidRDefault="00000000">
            <w:pPr>
              <w:spacing w:after="0" w:line="240" w:lineRule="auto"/>
              <w:jc w:val="center"/>
            </w:pPr>
            <w:r>
              <w:rPr>
                <w:sz w:val="12"/>
              </w:rPr>
              <w:t>Evet</w:t>
            </w:r>
          </w:p>
        </w:tc>
      </w:tr>
      <w:tr w:rsidR="00543BDC" w14:paraId="7413EB23" w14:textId="77777777">
        <w:trPr>
          <w:jc w:val="center"/>
        </w:trPr>
        <w:tc>
          <w:tcPr>
            <w:tcW w:w="454" w:type="dxa"/>
            <w:tcMar>
              <w:top w:w="55" w:type="dxa"/>
              <w:left w:w="70" w:type="dxa"/>
              <w:bottom w:w="55" w:type="dxa"/>
              <w:right w:w="70" w:type="dxa"/>
            </w:tcMar>
          </w:tcPr>
          <w:p w14:paraId="0317E362" w14:textId="77777777" w:rsidR="00543BDC" w:rsidRDefault="00000000">
            <w:pPr>
              <w:spacing w:after="0" w:line="240" w:lineRule="auto"/>
              <w:jc w:val="center"/>
            </w:pPr>
            <w:r>
              <w:rPr>
                <w:b/>
                <w:sz w:val="12"/>
              </w:rPr>
              <w:t>85</w:t>
            </w:r>
          </w:p>
        </w:tc>
        <w:tc>
          <w:tcPr>
            <w:tcW w:w="1361" w:type="dxa"/>
            <w:tcMar>
              <w:top w:w="55" w:type="dxa"/>
              <w:left w:w="70" w:type="dxa"/>
              <w:bottom w:w="55" w:type="dxa"/>
              <w:right w:w="70" w:type="dxa"/>
            </w:tcMar>
          </w:tcPr>
          <w:p w14:paraId="467AC8D8"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6F77E0AF" w14:textId="77777777" w:rsidR="00543BDC" w:rsidRDefault="00000000">
            <w:pPr>
              <w:spacing w:after="0" w:line="240" w:lineRule="auto"/>
            </w:pPr>
            <w:r>
              <w:rPr>
                <w:sz w:val="12"/>
              </w:rPr>
              <w:t>Öğretim Üyelerinin Resmi Kurumlarda danışman olarak görev alması</w:t>
            </w:r>
            <w:r>
              <w:rPr>
                <w:sz w:val="12"/>
              </w:rPr>
              <w:br/>
              <w:t>Öğretim üyelerinin kurumlarda danışmanlık yapması</w:t>
            </w:r>
          </w:p>
        </w:tc>
        <w:tc>
          <w:tcPr>
            <w:tcW w:w="2268" w:type="dxa"/>
            <w:tcMar>
              <w:top w:w="55" w:type="dxa"/>
              <w:left w:w="70" w:type="dxa"/>
              <w:bottom w:w="55" w:type="dxa"/>
              <w:right w:w="70" w:type="dxa"/>
            </w:tcMar>
          </w:tcPr>
          <w:p w14:paraId="64F37EBA" w14:textId="77777777" w:rsidR="00543BDC" w:rsidRDefault="00000000">
            <w:pPr>
              <w:spacing w:after="0" w:line="240" w:lineRule="auto"/>
            </w:pPr>
            <w:r>
              <w:rPr>
                <w:sz w:val="12"/>
              </w:rPr>
              <w:t>2547 sayılı Kanun’un 38.maddesi</w:t>
            </w:r>
          </w:p>
        </w:tc>
        <w:tc>
          <w:tcPr>
            <w:tcW w:w="1134" w:type="dxa"/>
            <w:tcMar>
              <w:top w:w="55" w:type="dxa"/>
              <w:left w:w="70" w:type="dxa"/>
              <w:bottom w:w="55" w:type="dxa"/>
              <w:right w:w="70" w:type="dxa"/>
            </w:tcMar>
          </w:tcPr>
          <w:p w14:paraId="6C5187CD"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0ED3A256"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68076F38" w14:textId="77777777" w:rsidR="00543BDC" w:rsidRDefault="00000000">
            <w:pPr>
              <w:spacing w:after="0" w:line="240" w:lineRule="auto"/>
            </w:pPr>
            <w:r>
              <w:rPr>
                <w:sz w:val="12"/>
              </w:rPr>
              <w:t>•Kurumun talebi •Birim üst yazısı •Birim Yönetim Kurulu Kararı •Dilekçe •38.madde görevlendirme formu</w:t>
            </w:r>
          </w:p>
        </w:tc>
        <w:tc>
          <w:tcPr>
            <w:tcW w:w="850" w:type="dxa"/>
            <w:tcMar>
              <w:top w:w="55" w:type="dxa"/>
              <w:left w:w="70" w:type="dxa"/>
              <w:bottom w:w="55" w:type="dxa"/>
              <w:right w:w="70" w:type="dxa"/>
            </w:tcMar>
          </w:tcPr>
          <w:p w14:paraId="0042971B" w14:textId="77777777" w:rsidR="00543BDC" w:rsidRDefault="00000000">
            <w:pPr>
              <w:spacing w:after="0" w:line="240" w:lineRule="auto"/>
              <w:jc w:val="center"/>
            </w:pPr>
            <w:r>
              <w:rPr>
                <w:sz w:val="12"/>
              </w:rPr>
              <w:t>7-20 gün</w:t>
            </w:r>
          </w:p>
        </w:tc>
        <w:tc>
          <w:tcPr>
            <w:tcW w:w="850" w:type="dxa"/>
            <w:tcMar>
              <w:top w:w="55" w:type="dxa"/>
              <w:left w:w="70" w:type="dxa"/>
              <w:bottom w:w="55" w:type="dxa"/>
              <w:right w:w="70" w:type="dxa"/>
            </w:tcMar>
          </w:tcPr>
          <w:p w14:paraId="15AB9F88" w14:textId="77777777" w:rsidR="00543BDC" w:rsidRDefault="00000000">
            <w:pPr>
              <w:spacing w:after="0" w:line="240" w:lineRule="auto"/>
              <w:jc w:val="center"/>
            </w:pPr>
            <w:r>
              <w:rPr>
                <w:sz w:val="12"/>
              </w:rPr>
              <w:t>Evet</w:t>
            </w:r>
          </w:p>
        </w:tc>
      </w:tr>
      <w:tr w:rsidR="00543BDC" w14:paraId="276B3898" w14:textId="77777777">
        <w:trPr>
          <w:jc w:val="center"/>
        </w:trPr>
        <w:tc>
          <w:tcPr>
            <w:tcW w:w="454" w:type="dxa"/>
            <w:shd w:val="clear" w:color="auto" w:fill="F7F9FC"/>
            <w:tcMar>
              <w:top w:w="55" w:type="dxa"/>
              <w:left w:w="70" w:type="dxa"/>
              <w:bottom w:w="55" w:type="dxa"/>
              <w:right w:w="70" w:type="dxa"/>
            </w:tcMar>
          </w:tcPr>
          <w:p w14:paraId="3B3097E8" w14:textId="77777777" w:rsidR="00543BDC" w:rsidRDefault="00000000">
            <w:pPr>
              <w:spacing w:after="0" w:line="240" w:lineRule="auto"/>
              <w:jc w:val="center"/>
            </w:pPr>
            <w:r>
              <w:rPr>
                <w:b/>
                <w:sz w:val="12"/>
              </w:rPr>
              <w:t>86</w:t>
            </w:r>
          </w:p>
        </w:tc>
        <w:tc>
          <w:tcPr>
            <w:tcW w:w="1361" w:type="dxa"/>
            <w:shd w:val="clear" w:color="auto" w:fill="F7F9FC"/>
            <w:tcMar>
              <w:top w:w="55" w:type="dxa"/>
              <w:left w:w="70" w:type="dxa"/>
              <w:bottom w:w="55" w:type="dxa"/>
              <w:right w:w="70" w:type="dxa"/>
            </w:tcMar>
          </w:tcPr>
          <w:p w14:paraId="52406470"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0B5A0FA2" w14:textId="77777777" w:rsidR="00543BDC" w:rsidRDefault="00000000">
            <w:pPr>
              <w:spacing w:after="0" w:line="240" w:lineRule="auto"/>
            </w:pPr>
            <w:r>
              <w:rPr>
                <w:sz w:val="12"/>
              </w:rPr>
              <w:t>Öğretim elemanı ders görevlendirme</w:t>
            </w:r>
            <w:r>
              <w:rPr>
                <w:sz w:val="12"/>
              </w:rPr>
              <w:br/>
              <w:t>Birimlerde öğretim elemanı sayısının yetersiz olması durumunda diğer birim ve kurumlardan öğretim elemanı görevlendirm e talebi</w:t>
            </w:r>
          </w:p>
        </w:tc>
        <w:tc>
          <w:tcPr>
            <w:tcW w:w="2268" w:type="dxa"/>
            <w:shd w:val="clear" w:color="auto" w:fill="F7F9FC"/>
            <w:tcMar>
              <w:top w:w="55" w:type="dxa"/>
              <w:left w:w="70" w:type="dxa"/>
              <w:bottom w:w="55" w:type="dxa"/>
              <w:right w:w="70" w:type="dxa"/>
            </w:tcMar>
          </w:tcPr>
          <w:p w14:paraId="19165F65" w14:textId="77777777" w:rsidR="00543BDC" w:rsidRDefault="00000000">
            <w:pPr>
              <w:spacing w:after="0" w:line="240" w:lineRule="auto"/>
            </w:pPr>
            <w:r>
              <w:rPr>
                <w:sz w:val="12"/>
              </w:rPr>
              <w:t>2547 sayılı Kanun’40/a maddesi</w:t>
            </w:r>
          </w:p>
        </w:tc>
        <w:tc>
          <w:tcPr>
            <w:tcW w:w="1134" w:type="dxa"/>
            <w:shd w:val="clear" w:color="auto" w:fill="F7F9FC"/>
            <w:tcMar>
              <w:top w:w="55" w:type="dxa"/>
              <w:left w:w="70" w:type="dxa"/>
              <w:bottom w:w="55" w:type="dxa"/>
              <w:right w:w="70" w:type="dxa"/>
            </w:tcMar>
          </w:tcPr>
          <w:p w14:paraId="0A56593F"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2DAA782A"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7FD0B886" w14:textId="77777777" w:rsidR="00543BDC" w:rsidRDefault="00000000">
            <w:pPr>
              <w:spacing w:after="0" w:line="240" w:lineRule="auto"/>
            </w:pPr>
            <w:r>
              <w:rPr>
                <w:sz w:val="12"/>
              </w:rPr>
              <w:t>•Birim Talep üst yazısı •Birim Yönetim Kurulu</w:t>
            </w:r>
          </w:p>
        </w:tc>
        <w:tc>
          <w:tcPr>
            <w:tcW w:w="850" w:type="dxa"/>
            <w:shd w:val="clear" w:color="auto" w:fill="F7F9FC"/>
            <w:tcMar>
              <w:top w:w="55" w:type="dxa"/>
              <w:left w:w="70" w:type="dxa"/>
              <w:bottom w:w="55" w:type="dxa"/>
              <w:right w:w="70" w:type="dxa"/>
            </w:tcMar>
          </w:tcPr>
          <w:p w14:paraId="0543E1A6" w14:textId="77777777" w:rsidR="00543BDC" w:rsidRDefault="00000000">
            <w:pPr>
              <w:spacing w:after="0" w:line="240" w:lineRule="auto"/>
              <w:jc w:val="center"/>
            </w:pPr>
            <w:r>
              <w:rPr>
                <w:sz w:val="12"/>
              </w:rPr>
              <w:t>1-10</w:t>
            </w:r>
          </w:p>
        </w:tc>
        <w:tc>
          <w:tcPr>
            <w:tcW w:w="850" w:type="dxa"/>
            <w:shd w:val="clear" w:color="auto" w:fill="F7F9FC"/>
            <w:tcMar>
              <w:top w:w="55" w:type="dxa"/>
              <w:left w:w="70" w:type="dxa"/>
              <w:bottom w:w="55" w:type="dxa"/>
              <w:right w:w="70" w:type="dxa"/>
            </w:tcMar>
          </w:tcPr>
          <w:p w14:paraId="18343F40" w14:textId="77777777" w:rsidR="00543BDC" w:rsidRDefault="00000000">
            <w:pPr>
              <w:spacing w:after="0" w:line="240" w:lineRule="auto"/>
              <w:jc w:val="center"/>
            </w:pPr>
            <w:r>
              <w:rPr>
                <w:sz w:val="12"/>
              </w:rPr>
              <w:t>Evet</w:t>
            </w:r>
          </w:p>
        </w:tc>
      </w:tr>
      <w:tr w:rsidR="00543BDC" w14:paraId="14860405" w14:textId="77777777">
        <w:trPr>
          <w:jc w:val="center"/>
        </w:trPr>
        <w:tc>
          <w:tcPr>
            <w:tcW w:w="454" w:type="dxa"/>
            <w:tcMar>
              <w:top w:w="55" w:type="dxa"/>
              <w:left w:w="70" w:type="dxa"/>
              <w:bottom w:w="55" w:type="dxa"/>
              <w:right w:w="70" w:type="dxa"/>
            </w:tcMar>
          </w:tcPr>
          <w:p w14:paraId="5766D77D" w14:textId="77777777" w:rsidR="00543BDC" w:rsidRDefault="00000000">
            <w:pPr>
              <w:spacing w:after="0" w:line="240" w:lineRule="auto"/>
              <w:jc w:val="center"/>
            </w:pPr>
            <w:r>
              <w:rPr>
                <w:b/>
                <w:sz w:val="12"/>
              </w:rPr>
              <w:t>87</w:t>
            </w:r>
          </w:p>
        </w:tc>
        <w:tc>
          <w:tcPr>
            <w:tcW w:w="1361" w:type="dxa"/>
            <w:tcMar>
              <w:top w:w="55" w:type="dxa"/>
              <w:left w:w="70" w:type="dxa"/>
              <w:bottom w:w="55" w:type="dxa"/>
              <w:right w:w="70" w:type="dxa"/>
            </w:tcMar>
          </w:tcPr>
          <w:p w14:paraId="1F65C010"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1D85DDA3" w14:textId="77777777" w:rsidR="00543BDC" w:rsidRDefault="00000000">
            <w:pPr>
              <w:spacing w:after="0" w:line="240" w:lineRule="auto"/>
            </w:pPr>
            <w:r>
              <w:rPr>
                <w:sz w:val="12"/>
              </w:rPr>
              <w:t>Öğretim elemanı Üniversiteler arası görevlendirme</w:t>
            </w:r>
            <w:r>
              <w:rPr>
                <w:sz w:val="12"/>
              </w:rPr>
              <w:br/>
              <w:t>Öğretim elemanlarını n akademik çalışmalar yapmak üzere farklı üniversiteler de bir yıl süre ile görev alması</w:t>
            </w:r>
          </w:p>
        </w:tc>
        <w:tc>
          <w:tcPr>
            <w:tcW w:w="2268" w:type="dxa"/>
            <w:tcMar>
              <w:top w:w="55" w:type="dxa"/>
              <w:left w:w="70" w:type="dxa"/>
              <w:bottom w:w="55" w:type="dxa"/>
              <w:right w:w="70" w:type="dxa"/>
            </w:tcMar>
          </w:tcPr>
          <w:p w14:paraId="3394760E" w14:textId="77777777" w:rsidR="00543BDC" w:rsidRDefault="00000000">
            <w:pPr>
              <w:spacing w:after="0" w:line="240" w:lineRule="auto"/>
            </w:pPr>
            <w:r>
              <w:rPr>
                <w:sz w:val="12"/>
              </w:rPr>
              <w:t>2547 sayılı Kanun’40/b maddesi</w:t>
            </w:r>
          </w:p>
        </w:tc>
        <w:tc>
          <w:tcPr>
            <w:tcW w:w="1134" w:type="dxa"/>
            <w:tcMar>
              <w:top w:w="55" w:type="dxa"/>
              <w:left w:w="70" w:type="dxa"/>
              <w:bottom w:w="55" w:type="dxa"/>
              <w:right w:w="70" w:type="dxa"/>
            </w:tcMar>
          </w:tcPr>
          <w:p w14:paraId="6181C7A2" w14:textId="77777777" w:rsidR="00543BDC" w:rsidRDefault="00000000">
            <w:pPr>
              <w:spacing w:after="0" w:line="240" w:lineRule="auto"/>
            </w:pPr>
            <w:r>
              <w:rPr>
                <w:sz w:val="12"/>
              </w:rPr>
              <w:t>Akademik Personel</w:t>
            </w:r>
          </w:p>
        </w:tc>
        <w:tc>
          <w:tcPr>
            <w:tcW w:w="1928" w:type="dxa"/>
            <w:tcMar>
              <w:top w:w="55" w:type="dxa"/>
              <w:left w:w="70" w:type="dxa"/>
              <w:bottom w:w="55" w:type="dxa"/>
              <w:right w:w="70" w:type="dxa"/>
            </w:tcMar>
          </w:tcPr>
          <w:p w14:paraId="4AD475CE" w14:textId="77777777" w:rsidR="00543BDC" w:rsidRDefault="00000000">
            <w:pPr>
              <w:spacing w:after="0" w:line="240" w:lineRule="auto"/>
            </w:pPr>
            <w:r>
              <w:rPr>
                <w:sz w:val="12"/>
              </w:rPr>
              <w:t>Akademik Kadro, Atama ve Görevlendirme İşlemleri</w:t>
            </w:r>
          </w:p>
        </w:tc>
        <w:tc>
          <w:tcPr>
            <w:tcW w:w="3061" w:type="dxa"/>
            <w:tcMar>
              <w:top w:w="55" w:type="dxa"/>
              <w:left w:w="70" w:type="dxa"/>
              <w:bottom w:w="55" w:type="dxa"/>
              <w:right w:w="70" w:type="dxa"/>
            </w:tcMar>
          </w:tcPr>
          <w:p w14:paraId="53B84583" w14:textId="77777777" w:rsidR="00543BDC" w:rsidRDefault="00000000">
            <w:pPr>
              <w:spacing w:after="0" w:line="240" w:lineRule="auto"/>
            </w:pPr>
            <w:r>
              <w:rPr>
                <w:sz w:val="12"/>
              </w:rPr>
              <w:t>•Kurum talep yazısı •Birim üst yazısı •Birim Yönetim kurulu kararı •Dilekçe •YÖK Başkanlığının onay yazısı</w:t>
            </w:r>
          </w:p>
        </w:tc>
        <w:tc>
          <w:tcPr>
            <w:tcW w:w="850" w:type="dxa"/>
            <w:tcMar>
              <w:top w:w="55" w:type="dxa"/>
              <w:left w:w="70" w:type="dxa"/>
              <w:bottom w:w="55" w:type="dxa"/>
              <w:right w:w="70" w:type="dxa"/>
            </w:tcMar>
          </w:tcPr>
          <w:p w14:paraId="5F4F9F16" w14:textId="77777777" w:rsidR="00543BDC" w:rsidRDefault="00000000">
            <w:pPr>
              <w:spacing w:after="0" w:line="240" w:lineRule="auto"/>
              <w:jc w:val="center"/>
            </w:pPr>
            <w:r>
              <w:rPr>
                <w:sz w:val="12"/>
              </w:rPr>
              <w:t>20-30</w:t>
            </w:r>
          </w:p>
        </w:tc>
        <w:tc>
          <w:tcPr>
            <w:tcW w:w="850" w:type="dxa"/>
            <w:tcMar>
              <w:top w:w="55" w:type="dxa"/>
              <w:left w:w="70" w:type="dxa"/>
              <w:bottom w:w="55" w:type="dxa"/>
              <w:right w:w="70" w:type="dxa"/>
            </w:tcMar>
          </w:tcPr>
          <w:p w14:paraId="0C96E96F" w14:textId="77777777" w:rsidR="00543BDC" w:rsidRDefault="00000000">
            <w:pPr>
              <w:spacing w:after="0" w:line="240" w:lineRule="auto"/>
              <w:jc w:val="center"/>
            </w:pPr>
            <w:r>
              <w:rPr>
                <w:sz w:val="12"/>
              </w:rPr>
              <w:t>Evet</w:t>
            </w:r>
          </w:p>
        </w:tc>
      </w:tr>
      <w:tr w:rsidR="00543BDC" w14:paraId="4761F291" w14:textId="77777777">
        <w:trPr>
          <w:jc w:val="center"/>
        </w:trPr>
        <w:tc>
          <w:tcPr>
            <w:tcW w:w="454" w:type="dxa"/>
            <w:shd w:val="clear" w:color="auto" w:fill="F7F9FC"/>
            <w:tcMar>
              <w:top w:w="55" w:type="dxa"/>
              <w:left w:w="70" w:type="dxa"/>
              <w:bottom w:w="55" w:type="dxa"/>
              <w:right w:w="70" w:type="dxa"/>
            </w:tcMar>
          </w:tcPr>
          <w:p w14:paraId="7454EC3C" w14:textId="77777777" w:rsidR="00543BDC" w:rsidRDefault="00000000">
            <w:pPr>
              <w:spacing w:after="0" w:line="240" w:lineRule="auto"/>
              <w:jc w:val="center"/>
            </w:pPr>
            <w:r>
              <w:rPr>
                <w:b/>
                <w:sz w:val="12"/>
              </w:rPr>
              <w:t>88</w:t>
            </w:r>
          </w:p>
        </w:tc>
        <w:tc>
          <w:tcPr>
            <w:tcW w:w="1361" w:type="dxa"/>
            <w:shd w:val="clear" w:color="auto" w:fill="F7F9FC"/>
            <w:tcMar>
              <w:top w:w="55" w:type="dxa"/>
              <w:left w:w="70" w:type="dxa"/>
              <w:bottom w:w="55" w:type="dxa"/>
              <w:right w:w="70" w:type="dxa"/>
            </w:tcMar>
          </w:tcPr>
          <w:p w14:paraId="78F7B161"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515CD28B" w14:textId="77777777" w:rsidR="00543BDC" w:rsidRDefault="00000000">
            <w:pPr>
              <w:spacing w:after="0" w:line="240" w:lineRule="auto"/>
            </w:pPr>
            <w:r>
              <w:rPr>
                <w:sz w:val="12"/>
              </w:rPr>
              <w:t>Ek Ders Görevlendirme</w:t>
            </w:r>
            <w:r>
              <w:rPr>
                <w:sz w:val="12"/>
              </w:rPr>
              <w:br/>
              <w:t>Birimlerde öğretim elemanı sayılarının yetersiz kalması durumunda ders saati ücretine karşılık görevlendirm e</w:t>
            </w:r>
          </w:p>
        </w:tc>
        <w:tc>
          <w:tcPr>
            <w:tcW w:w="2268" w:type="dxa"/>
            <w:shd w:val="clear" w:color="auto" w:fill="F7F9FC"/>
            <w:tcMar>
              <w:top w:w="55" w:type="dxa"/>
              <w:left w:w="70" w:type="dxa"/>
              <w:bottom w:w="55" w:type="dxa"/>
              <w:right w:w="70" w:type="dxa"/>
            </w:tcMar>
          </w:tcPr>
          <w:p w14:paraId="71060585" w14:textId="77777777" w:rsidR="00543BDC" w:rsidRDefault="00000000">
            <w:pPr>
              <w:spacing w:after="0" w:line="240" w:lineRule="auto"/>
            </w:pPr>
            <w:r>
              <w:rPr>
                <w:sz w:val="12"/>
              </w:rPr>
              <w:t>2547 sayılı Kanun’un 31.maddesi</w:t>
            </w:r>
          </w:p>
        </w:tc>
        <w:tc>
          <w:tcPr>
            <w:tcW w:w="1134" w:type="dxa"/>
            <w:shd w:val="clear" w:color="auto" w:fill="F7F9FC"/>
            <w:tcMar>
              <w:top w:w="55" w:type="dxa"/>
              <w:left w:w="70" w:type="dxa"/>
              <w:bottom w:w="55" w:type="dxa"/>
              <w:right w:w="70" w:type="dxa"/>
            </w:tcMar>
          </w:tcPr>
          <w:p w14:paraId="0F0EB628" w14:textId="77777777" w:rsidR="00543BDC" w:rsidRDefault="00000000">
            <w:pPr>
              <w:spacing w:after="0" w:line="240" w:lineRule="auto"/>
            </w:pPr>
            <w:r>
              <w:rPr>
                <w:sz w:val="12"/>
              </w:rPr>
              <w:t>Akademik Personel</w:t>
            </w:r>
          </w:p>
        </w:tc>
        <w:tc>
          <w:tcPr>
            <w:tcW w:w="1928" w:type="dxa"/>
            <w:shd w:val="clear" w:color="auto" w:fill="F7F9FC"/>
            <w:tcMar>
              <w:top w:w="55" w:type="dxa"/>
              <w:left w:w="70" w:type="dxa"/>
              <w:bottom w:w="55" w:type="dxa"/>
              <w:right w:w="70" w:type="dxa"/>
            </w:tcMar>
          </w:tcPr>
          <w:p w14:paraId="426ED34E" w14:textId="77777777" w:rsidR="00543BDC" w:rsidRDefault="00000000">
            <w:pPr>
              <w:spacing w:after="0" w:line="240" w:lineRule="auto"/>
            </w:pPr>
            <w:r>
              <w:rPr>
                <w:sz w:val="12"/>
              </w:rPr>
              <w:t>Akademik Kadro, Atama ve Görevlendirme İşlemleri</w:t>
            </w:r>
          </w:p>
        </w:tc>
        <w:tc>
          <w:tcPr>
            <w:tcW w:w="3061" w:type="dxa"/>
            <w:shd w:val="clear" w:color="auto" w:fill="F7F9FC"/>
            <w:tcMar>
              <w:top w:w="55" w:type="dxa"/>
              <w:left w:w="70" w:type="dxa"/>
              <w:bottom w:w="55" w:type="dxa"/>
              <w:right w:w="70" w:type="dxa"/>
            </w:tcMar>
          </w:tcPr>
          <w:p w14:paraId="30AD28B6" w14:textId="77777777" w:rsidR="00543BDC" w:rsidRDefault="00000000">
            <w:pPr>
              <w:spacing w:after="0" w:line="240" w:lineRule="auto"/>
            </w:pPr>
            <w:r>
              <w:rPr>
                <w:sz w:val="12"/>
              </w:rPr>
              <w:t>•Birimin talep yazısı •Birim yönetim kurulu •Dilekçe •Diplomalar</w:t>
            </w:r>
          </w:p>
        </w:tc>
        <w:tc>
          <w:tcPr>
            <w:tcW w:w="850" w:type="dxa"/>
            <w:shd w:val="clear" w:color="auto" w:fill="F7F9FC"/>
            <w:tcMar>
              <w:top w:w="55" w:type="dxa"/>
              <w:left w:w="70" w:type="dxa"/>
              <w:bottom w:w="55" w:type="dxa"/>
              <w:right w:w="70" w:type="dxa"/>
            </w:tcMar>
          </w:tcPr>
          <w:p w14:paraId="7DFF8BA1" w14:textId="77777777" w:rsidR="00543BDC" w:rsidRDefault="00000000">
            <w:pPr>
              <w:spacing w:after="0" w:line="240" w:lineRule="auto"/>
              <w:jc w:val="center"/>
            </w:pPr>
            <w:r>
              <w:rPr>
                <w:sz w:val="12"/>
              </w:rPr>
              <w:t>5-7 gün</w:t>
            </w:r>
          </w:p>
        </w:tc>
        <w:tc>
          <w:tcPr>
            <w:tcW w:w="850" w:type="dxa"/>
            <w:shd w:val="clear" w:color="auto" w:fill="F7F9FC"/>
            <w:tcMar>
              <w:top w:w="55" w:type="dxa"/>
              <w:left w:w="70" w:type="dxa"/>
              <w:bottom w:w="55" w:type="dxa"/>
              <w:right w:w="70" w:type="dxa"/>
            </w:tcMar>
          </w:tcPr>
          <w:p w14:paraId="4F9CA48F" w14:textId="77777777" w:rsidR="00543BDC" w:rsidRDefault="00000000">
            <w:pPr>
              <w:spacing w:after="0" w:line="240" w:lineRule="auto"/>
              <w:jc w:val="center"/>
            </w:pPr>
            <w:r>
              <w:rPr>
                <w:sz w:val="12"/>
              </w:rPr>
              <w:t>Evet</w:t>
            </w:r>
          </w:p>
        </w:tc>
      </w:tr>
      <w:tr w:rsidR="00543BDC" w14:paraId="4526AE4B" w14:textId="77777777">
        <w:trPr>
          <w:jc w:val="center"/>
        </w:trPr>
        <w:tc>
          <w:tcPr>
            <w:tcW w:w="454" w:type="dxa"/>
            <w:tcMar>
              <w:top w:w="55" w:type="dxa"/>
              <w:left w:w="70" w:type="dxa"/>
              <w:bottom w:w="55" w:type="dxa"/>
              <w:right w:w="70" w:type="dxa"/>
            </w:tcMar>
          </w:tcPr>
          <w:p w14:paraId="13A37EBE" w14:textId="77777777" w:rsidR="00543BDC" w:rsidRDefault="00000000">
            <w:pPr>
              <w:spacing w:after="0" w:line="240" w:lineRule="auto"/>
              <w:jc w:val="center"/>
            </w:pPr>
            <w:r>
              <w:rPr>
                <w:b/>
                <w:sz w:val="12"/>
              </w:rPr>
              <w:t>89</w:t>
            </w:r>
          </w:p>
        </w:tc>
        <w:tc>
          <w:tcPr>
            <w:tcW w:w="1361" w:type="dxa"/>
            <w:tcMar>
              <w:top w:w="55" w:type="dxa"/>
              <w:left w:w="70" w:type="dxa"/>
              <w:bottom w:w="55" w:type="dxa"/>
              <w:right w:w="70" w:type="dxa"/>
            </w:tcMar>
          </w:tcPr>
          <w:p w14:paraId="0241FF3E"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38E99430" w14:textId="77777777" w:rsidR="00543BDC" w:rsidRDefault="00000000">
            <w:pPr>
              <w:spacing w:after="0" w:line="240" w:lineRule="auto"/>
            </w:pPr>
            <w:r>
              <w:rPr>
                <w:sz w:val="12"/>
              </w:rPr>
              <w:t>Maaş Ödemesi</w:t>
            </w:r>
            <w:r>
              <w:rPr>
                <w:sz w:val="12"/>
              </w:rPr>
              <w:br/>
              <w:t>Çalışan Personele Ücret Ödemesi</w:t>
            </w:r>
          </w:p>
        </w:tc>
        <w:tc>
          <w:tcPr>
            <w:tcW w:w="2268" w:type="dxa"/>
            <w:tcMar>
              <w:top w:w="55" w:type="dxa"/>
              <w:left w:w="70" w:type="dxa"/>
              <w:bottom w:w="55" w:type="dxa"/>
              <w:right w:w="70" w:type="dxa"/>
            </w:tcMar>
          </w:tcPr>
          <w:p w14:paraId="73E6C4C9" w14:textId="77777777" w:rsidR="00543BDC" w:rsidRDefault="00000000">
            <w:pPr>
              <w:spacing w:after="0" w:line="240" w:lineRule="auto"/>
            </w:pPr>
            <w:r>
              <w:rPr>
                <w:sz w:val="12"/>
              </w:rPr>
              <w:t>4857 Sayılı İş Kanunu 5510 Sayılı Sosyal Sigortalar ve Genel Sağlık Sigortası Kanunu 5018 Sayılı Mali Kontrol Kanunu 4-İmzalı Toplu İş Sözleşmesi</w:t>
            </w:r>
          </w:p>
        </w:tc>
        <w:tc>
          <w:tcPr>
            <w:tcW w:w="1134" w:type="dxa"/>
            <w:tcMar>
              <w:top w:w="55" w:type="dxa"/>
              <w:left w:w="70" w:type="dxa"/>
              <w:bottom w:w="55" w:type="dxa"/>
              <w:right w:w="70" w:type="dxa"/>
            </w:tcMar>
          </w:tcPr>
          <w:p w14:paraId="77185192"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7AFE464C"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07DBBFFC" w14:textId="77777777" w:rsidR="00543BDC" w:rsidRDefault="00000000">
            <w:pPr>
              <w:spacing w:after="0" w:line="240" w:lineRule="auto"/>
            </w:pPr>
            <w:r>
              <w:rPr>
                <w:sz w:val="12"/>
              </w:rPr>
              <w:t>•Puantaj Formu •SGK İşe Giriş/Çıkış Bildirgesi, •Banka Hesap Numarasını Gösteren Belge</w:t>
            </w:r>
          </w:p>
        </w:tc>
        <w:tc>
          <w:tcPr>
            <w:tcW w:w="850" w:type="dxa"/>
            <w:tcMar>
              <w:top w:w="55" w:type="dxa"/>
              <w:left w:w="70" w:type="dxa"/>
              <w:bottom w:w="55" w:type="dxa"/>
              <w:right w:w="70" w:type="dxa"/>
            </w:tcMar>
          </w:tcPr>
          <w:p w14:paraId="1460C918"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600F4714" w14:textId="77777777" w:rsidR="00543BDC" w:rsidRDefault="00000000">
            <w:pPr>
              <w:spacing w:after="0" w:line="240" w:lineRule="auto"/>
              <w:jc w:val="center"/>
            </w:pPr>
            <w:r>
              <w:rPr>
                <w:sz w:val="12"/>
              </w:rPr>
              <w:t>Evet</w:t>
            </w:r>
          </w:p>
        </w:tc>
      </w:tr>
      <w:tr w:rsidR="00543BDC" w14:paraId="30E79A90" w14:textId="77777777">
        <w:trPr>
          <w:jc w:val="center"/>
        </w:trPr>
        <w:tc>
          <w:tcPr>
            <w:tcW w:w="454" w:type="dxa"/>
            <w:shd w:val="clear" w:color="auto" w:fill="F7F9FC"/>
            <w:tcMar>
              <w:top w:w="55" w:type="dxa"/>
              <w:left w:w="70" w:type="dxa"/>
              <w:bottom w:w="55" w:type="dxa"/>
              <w:right w:w="70" w:type="dxa"/>
            </w:tcMar>
          </w:tcPr>
          <w:p w14:paraId="77F95FE4" w14:textId="77777777" w:rsidR="00543BDC" w:rsidRDefault="00000000">
            <w:pPr>
              <w:spacing w:after="0" w:line="240" w:lineRule="auto"/>
              <w:jc w:val="center"/>
            </w:pPr>
            <w:r>
              <w:rPr>
                <w:b/>
                <w:sz w:val="12"/>
              </w:rPr>
              <w:t>90</w:t>
            </w:r>
          </w:p>
        </w:tc>
        <w:tc>
          <w:tcPr>
            <w:tcW w:w="1361" w:type="dxa"/>
            <w:shd w:val="clear" w:color="auto" w:fill="F7F9FC"/>
            <w:tcMar>
              <w:top w:w="55" w:type="dxa"/>
              <w:left w:w="70" w:type="dxa"/>
              <w:bottom w:w="55" w:type="dxa"/>
              <w:right w:w="70" w:type="dxa"/>
            </w:tcMar>
          </w:tcPr>
          <w:p w14:paraId="34E09634" w14:textId="77777777" w:rsidR="00543BDC" w:rsidRDefault="00000000">
            <w:pPr>
              <w:spacing w:after="0" w:line="240" w:lineRule="auto"/>
            </w:pPr>
            <w:r>
              <w:rPr>
                <w:sz w:val="12"/>
              </w:rPr>
              <w:t xml:space="preserve">Tahakkuk ve mali </w:t>
            </w:r>
            <w:r>
              <w:rPr>
                <w:sz w:val="12"/>
              </w:rPr>
              <w:lastRenderedPageBreak/>
              <w:t>işlemler</w:t>
            </w:r>
          </w:p>
        </w:tc>
        <w:tc>
          <w:tcPr>
            <w:tcW w:w="2835" w:type="dxa"/>
            <w:shd w:val="clear" w:color="auto" w:fill="F7F9FC"/>
            <w:tcMar>
              <w:top w:w="55" w:type="dxa"/>
              <w:left w:w="70" w:type="dxa"/>
              <w:bottom w:w="55" w:type="dxa"/>
              <w:right w:w="70" w:type="dxa"/>
            </w:tcMar>
          </w:tcPr>
          <w:p w14:paraId="26EF23C8" w14:textId="77777777" w:rsidR="00543BDC" w:rsidRDefault="00000000">
            <w:pPr>
              <w:spacing w:after="0" w:line="240" w:lineRule="auto"/>
            </w:pPr>
            <w:r>
              <w:rPr>
                <w:sz w:val="12"/>
              </w:rPr>
              <w:lastRenderedPageBreak/>
              <w:t>TİS İkramiye, Bayram Yardımı</w:t>
            </w:r>
            <w:r>
              <w:rPr>
                <w:sz w:val="12"/>
              </w:rPr>
              <w:br/>
            </w:r>
            <w:r>
              <w:rPr>
                <w:sz w:val="12"/>
              </w:rPr>
              <w:lastRenderedPageBreak/>
              <w:t>Çalışan Personele İkramiye ve bayram yardımı Ödemesi</w:t>
            </w:r>
          </w:p>
        </w:tc>
        <w:tc>
          <w:tcPr>
            <w:tcW w:w="2268" w:type="dxa"/>
            <w:shd w:val="clear" w:color="auto" w:fill="F7F9FC"/>
            <w:tcMar>
              <w:top w:w="55" w:type="dxa"/>
              <w:left w:w="70" w:type="dxa"/>
              <w:bottom w:w="55" w:type="dxa"/>
              <w:right w:w="70" w:type="dxa"/>
            </w:tcMar>
          </w:tcPr>
          <w:p w14:paraId="3F3C6FCC" w14:textId="77777777" w:rsidR="00543BDC" w:rsidRDefault="00000000">
            <w:pPr>
              <w:spacing w:after="0" w:line="240" w:lineRule="auto"/>
            </w:pPr>
            <w:r>
              <w:rPr>
                <w:sz w:val="12"/>
              </w:rPr>
              <w:lastRenderedPageBreak/>
              <w:t xml:space="preserve">4857 Sayılı İş Kanunu 5510 Sayılı </w:t>
            </w:r>
            <w:r>
              <w:rPr>
                <w:sz w:val="12"/>
              </w:rPr>
              <w:lastRenderedPageBreak/>
              <w:t>Sosyal Sigortalar ve Genel Sağlık Sigortası Kanunu 5018 Sayılı Mali Kontrol Kanunu 4-İmzalı Toplu İş Sözleşmesi</w:t>
            </w:r>
          </w:p>
        </w:tc>
        <w:tc>
          <w:tcPr>
            <w:tcW w:w="1134" w:type="dxa"/>
            <w:shd w:val="clear" w:color="auto" w:fill="F7F9FC"/>
            <w:tcMar>
              <w:top w:w="55" w:type="dxa"/>
              <w:left w:w="70" w:type="dxa"/>
              <w:bottom w:w="55" w:type="dxa"/>
              <w:right w:w="70" w:type="dxa"/>
            </w:tcMar>
          </w:tcPr>
          <w:p w14:paraId="0C99AB2C" w14:textId="77777777" w:rsidR="00543BDC" w:rsidRDefault="00000000">
            <w:pPr>
              <w:spacing w:after="0" w:line="240" w:lineRule="auto"/>
            </w:pPr>
            <w:r>
              <w:rPr>
                <w:sz w:val="12"/>
              </w:rPr>
              <w:lastRenderedPageBreak/>
              <w:t>İşçi Personel</w:t>
            </w:r>
          </w:p>
        </w:tc>
        <w:tc>
          <w:tcPr>
            <w:tcW w:w="1928" w:type="dxa"/>
            <w:shd w:val="clear" w:color="auto" w:fill="F7F9FC"/>
            <w:tcMar>
              <w:top w:w="55" w:type="dxa"/>
              <w:left w:w="70" w:type="dxa"/>
              <w:bottom w:w="55" w:type="dxa"/>
              <w:right w:w="70" w:type="dxa"/>
            </w:tcMar>
          </w:tcPr>
          <w:p w14:paraId="7E486416"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3A34AD88" w14:textId="77777777" w:rsidR="00543BDC" w:rsidRDefault="00000000">
            <w:pPr>
              <w:spacing w:after="0" w:line="240" w:lineRule="auto"/>
            </w:pPr>
            <w:r>
              <w:rPr>
                <w:sz w:val="12"/>
              </w:rPr>
              <w:t>İkramiye hesap tablosu</w:t>
            </w:r>
          </w:p>
        </w:tc>
        <w:tc>
          <w:tcPr>
            <w:tcW w:w="850" w:type="dxa"/>
            <w:shd w:val="clear" w:color="auto" w:fill="F7F9FC"/>
            <w:tcMar>
              <w:top w:w="55" w:type="dxa"/>
              <w:left w:w="70" w:type="dxa"/>
              <w:bottom w:w="55" w:type="dxa"/>
              <w:right w:w="70" w:type="dxa"/>
            </w:tcMar>
          </w:tcPr>
          <w:p w14:paraId="11F218E5" w14:textId="77777777" w:rsidR="00543BDC" w:rsidRDefault="00000000">
            <w:pPr>
              <w:spacing w:after="0" w:line="240" w:lineRule="auto"/>
              <w:jc w:val="center"/>
            </w:pPr>
            <w:r>
              <w:rPr>
                <w:sz w:val="12"/>
              </w:rPr>
              <w:t>15 gün</w:t>
            </w:r>
          </w:p>
        </w:tc>
        <w:tc>
          <w:tcPr>
            <w:tcW w:w="850" w:type="dxa"/>
            <w:shd w:val="clear" w:color="auto" w:fill="F7F9FC"/>
            <w:tcMar>
              <w:top w:w="55" w:type="dxa"/>
              <w:left w:w="70" w:type="dxa"/>
              <w:bottom w:w="55" w:type="dxa"/>
              <w:right w:w="70" w:type="dxa"/>
            </w:tcMar>
          </w:tcPr>
          <w:p w14:paraId="0FB1BE8B" w14:textId="77777777" w:rsidR="00543BDC" w:rsidRDefault="00000000">
            <w:pPr>
              <w:spacing w:after="0" w:line="240" w:lineRule="auto"/>
              <w:jc w:val="center"/>
            </w:pPr>
            <w:r>
              <w:rPr>
                <w:sz w:val="12"/>
              </w:rPr>
              <w:t>Evet</w:t>
            </w:r>
          </w:p>
        </w:tc>
      </w:tr>
      <w:tr w:rsidR="00543BDC" w14:paraId="3F369A33" w14:textId="77777777">
        <w:trPr>
          <w:jc w:val="center"/>
        </w:trPr>
        <w:tc>
          <w:tcPr>
            <w:tcW w:w="454" w:type="dxa"/>
            <w:tcMar>
              <w:top w:w="55" w:type="dxa"/>
              <w:left w:w="70" w:type="dxa"/>
              <w:bottom w:w="55" w:type="dxa"/>
              <w:right w:w="70" w:type="dxa"/>
            </w:tcMar>
          </w:tcPr>
          <w:p w14:paraId="40214567" w14:textId="77777777" w:rsidR="00543BDC" w:rsidRDefault="00000000">
            <w:pPr>
              <w:spacing w:after="0" w:line="240" w:lineRule="auto"/>
              <w:jc w:val="center"/>
            </w:pPr>
            <w:r>
              <w:rPr>
                <w:b/>
                <w:sz w:val="12"/>
              </w:rPr>
              <w:t>91</w:t>
            </w:r>
          </w:p>
        </w:tc>
        <w:tc>
          <w:tcPr>
            <w:tcW w:w="1361" w:type="dxa"/>
            <w:tcMar>
              <w:top w:w="55" w:type="dxa"/>
              <w:left w:w="70" w:type="dxa"/>
              <w:bottom w:w="55" w:type="dxa"/>
              <w:right w:w="70" w:type="dxa"/>
            </w:tcMar>
          </w:tcPr>
          <w:p w14:paraId="57705802"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0BED2B88" w14:textId="77777777" w:rsidR="00543BDC" w:rsidRDefault="00000000">
            <w:pPr>
              <w:spacing w:after="0" w:line="240" w:lineRule="auto"/>
            </w:pPr>
            <w:r>
              <w:rPr>
                <w:sz w:val="12"/>
              </w:rPr>
              <w:t>Doğum, Ölüm, Evlenme, Doğal afet vs.</w:t>
            </w:r>
            <w:r>
              <w:rPr>
                <w:sz w:val="12"/>
              </w:rPr>
              <w:br/>
              <w:t>Çalışan Personele Doğum, Ölüm, Evlenme, Doğal afet v.s. yardım Ödemesi</w:t>
            </w:r>
          </w:p>
        </w:tc>
        <w:tc>
          <w:tcPr>
            <w:tcW w:w="2268" w:type="dxa"/>
            <w:tcMar>
              <w:top w:w="55" w:type="dxa"/>
              <w:left w:w="70" w:type="dxa"/>
              <w:bottom w:w="55" w:type="dxa"/>
              <w:right w:w="70" w:type="dxa"/>
            </w:tcMar>
          </w:tcPr>
          <w:p w14:paraId="24ABBBFA" w14:textId="77777777" w:rsidR="00543BDC" w:rsidRDefault="00000000">
            <w:pPr>
              <w:spacing w:after="0" w:line="240" w:lineRule="auto"/>
            </w:pPr>
            <w:r>
              <w:rPr>
                <w:sz w:val="12"/>
              </w:rPr>
              <w:t>4857 Sayılı İş Kanunu 5510 Sayılı Sosyal Sigortalar ve Genel Sağlık Sigortası Kanunu 5018 Sayılı Mali Kontrol Kanunu Toplu İş Sözleşmesi</w:t>
            </w:r>
          </w:p>
        </w:tc>
        <w:tc>
          <w:tcPr>
            <w:tcW w:w="1134" w:type="dxa"/>
            <w:tcMar>
              <w:top w:w="55" w:type="dxa"/>
              <w:left w:w="70" w:type="dxa"/>
              <w:bottom w:w="55" w:type="dxa"/>
              <w:right w:w="70" w:type="dxa"/>
            </w:tcMar>
          </w:tcPr>
          <w:p w14:paraId="6B5728CE"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09C54F84"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718824FC" w14:textId="77777777" w:rsidR="00543BDC" w:rsidRDefault="00000000">
            <w:pPr>
              <w:spacing w:after="0" w:line="240" w:lineRule="auto"/>
            </w:pPr>
            <w:r>
              <w:rPr>
                <w:sz w:val="12"/>
              </w:rPr>
              <w:t>•Doğum belgesi •Ölüm Belgesi •Evlilik cüzdanı •Doğal afet kanıtlayıcı belgeler</w:t>
            </w:r>
          </w:p>
        </w:tc>
        <w:tc>
          <w:tcPr>
            <w:tcW w:w="850" w:type="dxa"/>
            <w:tcMar>
              <w:top w:w="55" w:type="dxa"/>
              <w:left w:w="70" w:type="dxa"/>
              <w:bottom w:w="55" w:type="dxa"/>
              <w:right w:w="70" w:type="dxa"/>
            </w:tcMar>
          </w:tcPr>
          <w:p w14:paraId="0EFFD3EE"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07721905" w14:textId="77777777" w:rsidR="00543BDC" w:rsidRDefault="00000000">
            <w:pPr>
              <w:spacing w:after="0" w:line="240" w:lineRule="auto"/>
              <w:jc w:val="center"/>
            </w:pPr>
            <w:r>
              <w:rPr>
                <w:sz w:val="12"/>
              </w:rPr>
              <w:t>Evet</w:t>
            </w:r>
          </w:p>
        </w:tc>
      </w:tr>
      <w:tr w:rsidR="00543BDC" w14:paraId="2FD87B11" w14:textId="77777777">
        <w:trPr>
          <w:jc w:val="center"/>
        </w:trPr>
        <w:tc>
          <w:tcPr>
            <w:tcW w:w="454" w:type="dxa"/>
            <w:shd w:val="clear" w:color="auto" w:fill="F7F9FC"/>
            <w:tcMar>
              <w:top w:w="55" w:type="dxa"/>
              <w:left w:w="70" w:type="dxa"/>
              <w:bottom w:w="55" w:type="dxa"/>
              <w:right w:w="70" w:type="dxa"/>
            </w:tcMar>
          </w:tcPr>
          <w:p w14:paraId="2CC67803" w14:textId="77777777" w:rsidR="00543BDC" w:rsidRDefault="00000000">
            <w:pPr>
              <w:spacing w:after="0" w:line="240" w:lineRule="auto"/>
              <w:jc w:val="center"/>
            </w:pPr>
            <w:r>
              <w:rPr>
                <w:b/>
                <w:sz w:val="12"/>
              </w:rPr>
              <w:t>92</w:t>
            </w:r>
          </w:p>
        </w:tc>
        <w:tc>
          <w:tcPr>
            <w:tcW w:w="1361" w:type="dxa"/>
            <w:shd w:val="clear" w:color="auto" w:fill="F7F9FC"/>
            <w:tcMar>
              <w:top w:w="55" w:type="dxa"/>
              <w:left w:w="70" w:type="dxa"/>
              <w:bottom w:w="55" w:type="dxa"/>
              <w:right w:w="70" w:type="dxa"/>
            </w:tcMar>
          </w:tcPr>
          <w:p w14:paraId="54F6CAA1"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1AC85D87" w14:textId="77777777" w:rsidR="00543BDC" w:rsidRDefault="00000000">
            <w:pPr>
              <w:spacing w:after="0" w:line="240" w:lineRule="auto"/>
            </w:pPr>
            <w:r>
              <w:rPr>
                <w:sz w:val="12"/>
              </w:rPr>
              <w:t>TİS Eğitim yardımı</w:t>
            </w:r>
            <w:r>
              <w:rPr>
                <w:sz w:val="12"/>
              </w:rPr>
              <w:br/>
              <w:t>Çalışan Personele Okuyan herbir çocuk için Eğitim yardımı Ödemesi</w:t>
            </w:r>
          </w:p>
        </w:tc>
        <w:tc>
          <w:tcPr>
            <w:tcW w:w="2268" w:type="dxa"/>
            <w:shd w:val="clear" w:color="auto" w:fill="F7F9FC"/>
            <w:tcMar>
              <w:top w:w="55" w:type="dxa"/>
              <w:left w:w="70" w:type="dxa"/>
              <w:bottom w:w="55" w:type="dxa"/>
              <w:right w:w="70" w:type="dxa"/>
            </w:tcMar>
          </w:tcPr>
          <w:p w14:paraId="13B8D21F" w14:textId="77777777" w:rsidR="00543BDC" w:rsidRDefault="00000000">
            <w:pPr>
              <w:spacing w:after="0" w:line="240" w:lineRule="auto"/>
            </w:pPr>
            <w:r>
              <w:rPr>
                <w:sz w:val="12"/>
              </w:rPr>
              <w:t>4857 Sayılı İş Kanunu 5510 Sayılı Sosyal Sigortalar ve Genel Sağlık Sigortası Kanunu 5018 Sayılı Mali Kontrol Kanunu 4-İmzalı Toplu İş Sözleşmesiu</w:t>
            </w:r>
          </w:p>
        </w:tc>
        <w:tc>
          <w:tcPr>
            <w:tcW w:w="1134" w:type="dxa"/>
            <w:shd w:val="clear" w:color="auto" w:fill="F7F9FC"/>
            <w:tcMar>
              <w:top w:w="55" w:type="dxa"/>
              <w:left w:w="70" w:type="dxa"/>
              <w:bottom w:w="55" w:type="dxa"/>
              <w:right w:w="70" w:type="dxa"/>
            </w:tcMar>
          </w:tcPr>
          <w:p w14:paraId="3461AD14" w14:textId="77777777" w:rsidR="00543BDC" w:rsidRDefault="00000000">
            <w:pPr>
              <w:spacing w:after="0" w:line="240" w:lineRule="auto"/>
            </w:pPr>
            <w:r>
              <w:rPr>
                <w:sz w:val="12"/>
              </w:rPr>
              <w:t>İşçi Personel</w:t>
            </w:r>
          </w:p>
        </w:tc>
        <w:tc>
          <w:tcPr>
            <w:tcW w:w="1928" w:type="dxa"/>
            <w:shd w:val="clear" w:color="auto" w:fill="F7F9FC"/>
            <w:tcMar>
              <w:top w:w="55" w:type="dxa"/>
              <w:left w:w="70" w:type="dxa"/>
              <w:bottom w:w="55" w:type="dxa"/>
              <w:right w:w="70" w:type="dxa"/>
            </w:tcMar>
          </w:tcPr>
          <w:p w14:paraId="2239AC7D"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199AF12F" w14:textId="77777777" w:rsidR="00543BDC" w:rsidRDefault="00000000">
            <w:pPr>
              <w:spacing w:after="0" w:line="240" w:lineRule="auto"/>
            </w:pPr>
            <w:r>
              <w:rPr>
                <w:sz w:val="12"/>
              </w:rPr>
              <w:t>Öğrenci belgesi</w:t>
            </w:r>
          </w:p>
        </w:tc>
        <w:tc>
          <w:tcPr>
            <w:tcW w:w="850" w:type="dxa"/>
            <w:shd w:val="clear" w:color="auto" w:fill="F7F9FC"/>
            <w:tcMar>
              <w:top w:w="55" w:type="dxa"/>
              <w:left w:w="70" w:type="dxa"/>
              <w:bottom w:w="55" w:type="dxa"/>
              <w:right w:w="70" w:type="dxa"/>
            </w:tcMar>
          </w:tcPr>
          <w:p w14:paraId="68234D45" w14:textId="77777777" w:rsidR="00543BDC" w:rsidRDefault="00000000">
            <w:pPr>
              <w:spacing w:after="0" w:line="240" w:lineRule="auto"/>
              <w:jc w:val="center"/>
            </w:pPr>
            <w:r>
              <w:rPr>
                <w:sz w:val="12"/>
              </w:rPr>
              <w:t>15 gün</w:t>
            </w:r>
          </w:p>
        </w:tc>
        <w:tc>
          <w:tcPr>
            <w:tcW w:w="850" w:type="dxa"/>
            <w:shd w:val="clear" w:color="auto" w:fill="F7F9FC"/>
            <w:tcMar>
              <w:top w:w="55" w:type="dxa"/>
              <w:left w:w="70" w:type="dxa"/>
              <w:bottom w:w="55" w:type="dxa"/>
              <w:right w:w="70" w:type="dxa"/>
            </w:tcMar>
          </w:tcPr>
          <w:p w14:paraId="2D584EEC" w14:textId="77777777" w:rsidR="00543BDC" w:rsidRDefault="00000000">
            <w:pPr>
              <w:spacing w:after="0" w:line="240" w:lineRule="auto"/>
              <w:jc w:val="center"/>
            </w:pPr>
            <w:r>
              <w:rPr>
                <w:sz w:val="12"/>
              </w:rPr>
              <w:t>Evet</w:t>
            </w:r>
          </w:p>
        </w:tc>
      </w:tr>
      <w:tr w:rsidR="00543BDC" w14:paraId="5C951B9D" w14:textId="77777777">
        <w:trPr>
          <w:jc w:val="center"/>
        </w:trPr>
        <w:tc>
          <w:tcPr>
            <w:tcW w:w="454" w:type="dxa"/>
            <w:tcMar>
              <w:top w:w="55" w:type="dxa"/>
              <w:left w:w="70" w:type="dxa"/>
              <w:bottom w:w="55" w:type="dxa"/>
              <w:right w:w="70" w:type="dxa"/>
            </w:tcMar>
          </w:tcPr>
          <w:p w14:paraId="1EF61205" w14:textId="77777777" w:rsidR="00543BDC" w:rsidRDefault="00000000">
            <w:pPr>
              <w:spacing w:after="0" w:line="240" w:lineRule="auto"/>
              <w:jc w:val="center"/>
            </w:pPr>
            <w:r>
              <w:rPr>
                <w:b/>
                <w:sz w:val="12"/>
              </w:rPr>
              <w:t>93</w:t>
            </w:r>
          </w:p>
        </w:tc>
        <w:tc>
          <w:tcPr>
            <w:tcW w:w="1361" w:type="dxa"/>
            <w:tcMar>
              <w:top w:w="55" w:type="dxa"/>
              <w:left w:w="70" w:type="dxa"/>
              <w:bottom w:w="55" w:type="dxa"/>
              <w:right w:w="70" w:type="dxa"/>
            </w:tcMar>
          </w:tcPr>
          <w:p w14:paraId="611E114C"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598A7563" w14:textId="77777777" w:rsidR="00543BDC" w:rsidRDefault="00000000">
            <w:pPr>
              <w:spacing w:after="0" w:line="240" w:lineRule="auto"/>
            </w:pPr>
            <w:r>
              <w:rPr>
                <w:sz w:val="12"/>
              </w:rPr>
              <w:t>İcra, Nafaka, Kefalet vs. Kesinti yapılması</w:t>
            </w:r>
            <w:r>
              <w:rPr>
                <w:sz w:val="12"/>
              </w:rPr>
              <w:br/>
              <w:t>Çalışan Personele Ücret Ödemelerinden İcra, Nafaka, Kefalet vs. Kesinti yapılması</w:t>
            </w:r>
          </w:p>
        </w:tc>
        <w:tc>
          <w:tcPr>
            <w:tcW w:w="2268" w:type="dxa"/>
            <w:tcMar>
              <w:top w:w="55" w:type="dxa"/>
              <w:left w:w="70" w:type="dxa"/>
              <w:bottom w:w="55" w:type="dxa"/>
              <w:right w:w="70" w:type="dxa"/>
            </w:tcMar>
          </w:tcPr>
          <w:p w14:paraId="2FC63C92" w14:textId="77777777" w:rsidR="00543BDC" w:rsidRDefault="00000000">
            <w:pPr>
              <w:spacing w:after="0" w:line="240" w:lineRule="auto"/>
            </w:pPr>
            <w:r>
              <w:rPr>
                <w:sz w:val="12"/>
              </w:rPr>
              <w:t>4857 Sayılı İş Kanunu 2004 Sayılı İcra İflas Kanunu 2489 Kefalet Kanunu</w:t>
            </w:r>
          </w:p>
        </w:tc>
        <w:tc>
          <w:tcPr>
            <w:tcW w:w="1134" w:type="dxa"/>
            <w:tcMar>
              <w:top w:w="55" w:type="dxa"/>
              <w:left w:w="70" w:type="dxa"/>
              <w:bottom w:w="55" w:type="dxa"/>
              <w:right w:w="70" w:type="dxa"/>
            </w:tcMar>
          </w:tcPr>
          <w:p w14:paraId="630E6C34"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3B59E573"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02C44F76" w14:textId="77777777" w:rsidR="00543BDC" w:rsidRDefault="00000000">
            <w:pPr>
              <w:spacing w:after="0" w:line="240" w:lineRule="auto"/>
            </w:pPr>
            <w:r>
              <w:rPr>
                <w:sz w:val="12"/>
              </w:rPr>
              <w:t>•İcra/Nafaka İhbarnamesi •Kefalet görevlendirme yazısı</w:t>
            </w:r>
          </w:p>
        </w:tc>
        <w:tc>
          <w:tcPr>
            <w:tcW w:w="850" w:type="dxa"/>
            <w:tcMar>
              <w:top w:w="55" w:type="dxa"/>
              <w:left w:w="70" w:type="dxa"/>
              <w:bottom w:w="55" w:type="dxa"/>
              <w:right w:w="70" w:type="dxa"/>
            </w:tcMar>
          </w:tcPr>
          <w:p w14:paraId="40291DCF" w14:textId="77777777" w:rsidR="00543BDC" w:rsidRDefault="00000000">
            <w:pPr>
              <w:spacing w:after="0" w:line="240" w:lineRule="auto"/>
              <w:jc w:val="center"/>
            </w:pPr>
            <w:r>
              <w:rPr>
                <w:sz w:val="12"/>
              </w:rPr>
              <w:t>15 gün</w:t>
            </w:r>
          </w:p>
        </w:tc>
        <w:tc>
          <w:tcPr>
            <w:tcW w:w="850" w:type="dxa"/>
            <w:tcMar>
              <w:top w:w="55" w:type="dxa"/>
              <w:left w:w="70" w:type="dxa"/>
              <w:bottom w:w="55" w:type="dxa"/>
              <w:right w:w="70" w:type="dxa"/>
            </w:tcMar>
          </w:tcPr>
          <w:p w14:paraId="04697408" w14:textId="77777777" w:rsidR="00543BDC" w:rsidRDefault="00000000">
            <w:pPr>
              <w:spacing w:after="0" w:line="240" w:lineRule="auto"/>
              <w:jc w:val="center"/>
            </w:pPr>
            <w:r>
              <w:rPr>
                <w:sz w:val="12"/>
              </w:rPr>
              <w:t>Evet</w:t>
            </w:r>
          </w:p>
        </w:tc>
      </w:tr>
      <w:tr w:rsidR="00543BDC" w14:paraId="3EF18A72" w14:textId="77777777">
        <w:trPr>
          <w:jc w:val="center"/>
        </w:trPr>
        <w:tc>
          <w:tcPr>
            <w:tcW w:w="454" w:type="dxa"/>
            <w:shd w:val="clear" w:color="auto" w:fill="F7F9FC"/>
            <w:tcMar>
              <w:top w:w="55" w:type="dxa"/>
              <w:left w:w="70" w:type="dxa"/>
              <w:bottom w:w="55" w:type="dxa"/>
              <w:right w:w="70" w:type="dxa"/>
            </w:tcMar>
          </w:tcPr>
          <w:p w14:paraId="5F514587" w14:textId="77777777" w:rsidR="00543BDC" w:rsidRDefault="00000000">
            <w:pPr>
              <w:spacing w:after="0" w:line="240" w:lineRule="auto"/>
              <w:jc w:val="center"/>
            </w:pPr>
            <w:r>
              <w:rPr>
                <w:b/>
                <w:sz w:val="12"/>
              </w:rPr>
              <w:t>94</w:t>
            </w:r>
          </w:p>
        </w:tc>
        <w:tc>
          <w:tcPr>
            <w:tcW w:w="1361" w:type="dxa"/>
            <w:shd w:val="clear" w:color="auto" w:fill="F7F9FC"/>
            <w:tcMar>
              <w:top w:w="55" w:type="dxa"/>
              <w:left w:w="70" w:type="dxa"/>
              <w:bottom w:w="55" w:type="dxa"/>
              <w:right w:w="70" w:type="dxa"/>
            </w:tcMar>
          </w:tcPr>
          <w:p w14:paraId="4BE530AC"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32890E27" w14:textId="77777777" w:rsidR="00543BDC" w:rsidRDefault="00000000">
            <w:pPr>
              <w:spacing w:after="0" w:line="240" w:lineRule="auto"/>
            </w:pPr>
            <w:r>
              <w:rPr>
                <w:sz w:val="12"/>
              </w:rPr>
              <w:t>Kıdem ve İhbar Tazminatı</w:t>
            </w:r>
            <w:r>
              <w:rPr>
                <w:sz w:val="12"/>
              </w:rPr>
              <w:br/>
              <w:t>Yasal mevzuat çerçevesinde Kıdem tazminatı yada ihbar tazminatını hak edecek şekilde ayrılan personele Kıdem ve İhbar tazminatı ödeme işlemi</w:t>
            </w:r>
          </w:p>
        </w:tc>
        <w:tc>
          <w:tcPr>
            <w:tcW w:w="2268" w:type="dxa"/>
            <w:shd w:val="clear" w:color="auto" w:fill="F7F9FC"/>
            <w:tcMar>
              <w:top w:w="55" w:type="dxa"/>
              <w:left w:w="70" w:type="dxa"/>
              <w:bottom w:w="55" w:type="dxa"/>
              <w:right w:w="70" w:type="dxa"/>
            </w:tcMar>
          </w:tcPr>
          <w:p w14:paraId="4EF0B593" w14:textId="77777777" w:rsidR="00543BDC" w:rsidRDefault="00000000">
            <w:pPr>
              <w:spacing w:after="0" w:line="240" w:lineRule="auto"/>
            </w:pPr>
            <w:r>
              <w:rPr>
                <w:sz w:val="12"/>
              </w:rPr>
              <w:t>4857 Sayılı İş Kanunu 1475 Sayılı İş kanunun 14. maddesi 5510 Sayılı Sosyal Sigortalar ve Genel Sağlık Sigortası Kanunu 5018 Sayılı Mali Kontrol Kanunu İmzalı Toplu İş Sözleşmesi</w:t>
            </w:r>
          </w:p>
        </w:tc>
        <w:tc>
          <w:tcPr>
            <w:tcW w:w="1134" w:type="dxa"/>
            <w:shd w:val="clear" w:color="auto" w:fill="F7F9FC"/>
            <w:tcMar>
              <w:top w:w="55" w:type="dxa"/>
              <w:left w:w="70" w:type="dxa"/>
              <w:bottom w:w="55" w:type="dxa"/>
              <w:right w:w="70" w:type="dxa"/>
            </w:tcMar>
          </w:tcPr>
          <w:p w14:paraId="0372A637" w14:textId="77777777" w:rsidR="00543BDC" w:rsidRDefault="00000000">
            <w:pPr>
              <w:spacing w:after="0" w:line="240" w:lineRule="auto"/>
            </w:pPr>
            <w:r>
              <w:rPr>
                <w:sz w:val="12"/>
              </w:rPr>
              <w:t>İşçi Personel</w:t>
            </w:r>
          </w:p>
        </w:tc>
        <w:tc>
          <w:tcPr>
            <w:tcW w:w="1928" w:type="dxa"/>
            <w:shd w:val="clear" w:color="auto" w:fill="F7F9FC"/>
            <w:tcMar>
              <w:top w:w="55" w:type="dxa"/>
              <w:left w:w="70" w:type="dxa"/>
              <w:bottom w:w="55" w:type="dxa"/>
              <w:right w:w="70" w:type="dxa"/>
            </w:tcMar>
          </w:tcPr>
          <w:p w14:paraId="605F4F57"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4373A1C2" w14:textId="77777777" w:rsidR="00543BDC" w:rsidRDefault="00000000">
            <w:pPr>
              <w:spacing w:after="0" w:line="240" w:lineRule="auto"/>
            </w:pPr>
            <w:r>
              <w:rPr>
                <w:sz w:val="12"/>
              </w:rPr>
              <w:t>•Dilekçe •Birimin uygun görüşlü yazısı •Sgk Emekli olabilir yazısı •Askerlik, Evlilik vs. belgeler.</w:t>
            </w:r>
          </w:p>
        </w:tc>
        <w:tc>
          <w:tcPr>
            <w:tcW w:w="850" w:type="dxa"/>
            <w:shd w:val="clear" w:color="auto" w:fill="F7F9FC"/>
            <w:tcMar>
              <w:top w:w="55" w:type="dxa"/>
              <w:left w:w="70" w:type="dxa"/>
              <w:bottom w:w="55" w:type="dxa"/>
              <w:right w:w="70" w:type="dxa"/>
            </w:tcMar>
          </w:tcPr>
          <w:p w14:paraId="4611718F" w14:textId="77777777" w:rsidR="00543BDC" w:rsidRDefault="00000000">
            <w:pPr>
              <w:spacing w:after="0" w:line="240" w:lineRule="auto"/>
              <w:jc w:val="center"/>
            </w:pPr>
            <w:r>
              <w:rPr>
                <w:sz w:val="12"/>
              </w:rPr>
              <w:t>1 Ay</w:t>
            </w:r>
          </w:p>
        </w:tc>
        <w:tc>
          <w:tcPr>
            <w:tcW w:w="850" w:type="dxa"/>
            <w:shd w:val="clear" w:color="auto" w:fill="F7F9FC"/>
            <w:tcMar>
              <w:top w:w="55" w:type="dxa"/>
              <w:left w:w="70" w:type="dxa"/>
              <w:bottom w:w="55" w:type="dxa"/>
              <w:right w:w="70" w:type="dxa"/>
            </w:tcMar>
          </w:tcPr>
          <w:p w14:paraId="263E4BE0" w14:textId="77777777" w:rsidR="00543BDC" w:rsidRDefault="00000000">
            <w:pPr>
              <w:spacing w:after="0" w:line="240" w:lineRule="auto"/>
              <w:jc w:val="center"/>
            </w:pPr>
            <w:r>
              <w:rPr>
                <w:sz w:val="12"/>
              </w:rPr>
              <w:t>Evet</w:t>
            </w:r>
          </w:p>
        </w:tc>
      </w:tr>
      <w:tr w:rsidR="00543BDC" w14:paraId="06F0E5CB" w14:textId="77777777">
        <w:trPr>
          <w:jc w:val="center"/>
        </w:trPr>
        <w:tc>
          <w:tcPr>
            <w:tcW w:w="454" w:type="dxa"/>
            <w:tcMar>
              <w:top w:w="55" w:type="dxa"/>
              <w:left w:w="70" w:type="dxa"/>
              <w:bottom w:w="55" w:type="dxa"/>
              <w:right w:w="70" w:type="dxa"/>
            </w:tcMar>
          </w:tcPr>
          <w:p w14:paraId="5359087C" w14:textId="77777777" w:rsidR="00543BDC" w:rsidRDefault="00000000">
            <w:pPr>
              <w:spacing w:after="0" w:line="240" w:lineRule="auto"/>
              <w:jc w:val="center"/>
            </w:pPr>
            <w:r>
              <w:rPr>
                <w:b/>
                <w:sz w:val="12"/>
              </w:rPr>
              <w:t>95</w:t>
            </w:r>
          </w:p>
        </w:tc>
        <w:tc>
          <w:tcPr>
            <w:tcW w:w="1361" w:type="dxa"/>
            <w:tcMar>
              <w:top w:w="55" w:type="dxa"/>
              <w:left w:w="70" w:type="dxa"/>
              <w:bottom w:w="55" w:type="dxa"/>
              <w:right w:w="70" w:type="dxa"/>
            </w:tcMar>
          </w:tcPr>
          <w:p w14:paraId="19A76B6B"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46D0B0B4" w14:textId="77777777" w:rsidR="00543BDC" w:rsidRDefault="00000000">
            <w:pPr>
              <w:spacing w:after="0" w:line="240" w:lineRule="auto"/>
            </w:pPr>
            <w:r>
              <w:rPr>
                <w:sz w:val="12"/>
              </w:rPr>
              <w:t>İlave Tediye Ödemesi</w:t>
            </w:r>
            <w:r>
              <w:rPr>
                <w:sz w:val="12"/>
              </w:rPr>
              <w:br/>
              <w:t>Çalışan Personele Ücret Ödemesi</w:t>
            </w:r>
          </w:p>
        </w:tc>
        <w:tc>
          <w:tcPr>
            <w:tcW w:w="2268" w:type="dxa"/>
            <w:tcMar>
              <w:top w:w="55" w:type="dxa"/>
              <w:left w:w="70" w:type="dxa"/>
              <w:bottom w:w="55" w:type="dxa"/>
              <w:right w:w="70" w:type="dxa"/>
            </w:tcMar>
          </w:tcPr>
          <w:p w14:paraId="4F17B225" w14:textId="77777777" w:rsidR="00543BDC" w:rsidRDefault="00000000">
            <w:pPr>
              <w:spacing w:after="0" w:line="240" w:lineRule="auto"/>
            </w:pPr>
            <w:r>
              <w:rPr>
                <w:sz w:val="12"/>
              </w:rPr>
              <w:t>4857 Sayılı İş Kanunu 5510 Sayılı Sosyal Sigortalar ve Genel Sağlık Sigortası Kanunu 5018 Sayılı Mali Kontrol Kanunu Toplu İş Sözleşmesi</w:t>
            </w:r>
          </w:p>
        </w:tc>
        <w:tc>
          <w:tcPr>
            <w:tcW w:w="1134" w:type="dxa"/>
            <w:tcMar>
              <w:top w:w="55" w:type="dxa"/>
              <w:left w:w="70" w:type="dxa"/>
              <w:bottom w:w="55" w:type="dxa"/>
              <w:right w:w="70" w:type="dxa"/>
            </w:tcMar>
          </w:tcPr>
          <w:p w14:paraId="5B1A1D97"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13EE1621"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2FD3B586" w14:textId="77777777" w:rsidR="00543BDC" w:rsidRDefault="00000000">
            <w:pPr>
              <w:spacing w:after="0" w:line="240" w:lineRule="auto"/>
            </w:pPr>
            <w:r>
              <w:rPr>
                <w:sz w:val="12"/>
              </w:rPr>
              <w:t>Cumhurbaşkanlığı Kararı</w:t>
            </w:r>
          </w:p>
        </w:tc>
        <w:tc>
          <w:tcPr>
            <w:tcW w:w="850" w:type="dxa"/>
            <w:tcMar>
              <w:top w:w="55" w:type="dxa"/>
              <w:left w:w="70" w:type="dxa"/>
              <w:bottom w:w="55" w:type="dxa"/>
              <w:right w:w="70" w:type="dxa"/>
            </w:tcMar>
          </w:tcPr>
          <w:p w14:paraId="67E79EBC" w14:textId="77777777" w:rsidR="00543BDC" w:rsidRDefault="00000000">
            <w:pPr>
              <w:spacing w:after="0" w:line="240" w:lineRule="auto"/>
              <w:jc w:val="center"/>
            </w:pPr>
            <w:r>
              <w:rPr>
                <w:sz w:val="12"/>
              </w:rPr>
              <w:t>5 gün</w:t>
            </w:r>
          </w:p>
        </w:tc>
        <w:tc>
          <w:tcPr>
            <w:tcW w:w="850" w:type="dxa"/>
            <w:tcMar>
              <w:top w:w="55" w:type="dxa"/>
              <w:left w:w="70" w:type="dxa"/>
              <w:bottom w:w="55" w:type="dxa"/>
              <w:right w:w="70" w:type="dxa"/>
            </w:tcMar>
          </w:tcPr>
          <w:p w14:paraId="3BC16FF5" w14:textId="77777777" w:rsidR="00543BDC" w:rsidRDefault="00000000">
            <w:pPr>
              <w:spacing w:after="0" w:line="240" w:lineRule="auto"/>
              <w:jc w:val="center"/>
            </w:pPr>
            <w:r>
              <w:rPr>
                <w:sz w:val="12"/>
              </w:rPr>
              <w:t>Evet</w:t>
            </w:r>
          </w:p>
        </w:tc>
      </w:tr>
      <w:tr w:rsidR="00543BDC" w14:paraId="5194137F" w14:textId="77777777">
        <w:trPr>
          <w:jc w:val="center"/>
        </w:trPr>
        <w:tc>
          <w:tcPr>
            <w:tcW w:w="454" w:type="dxa"/>
            <w:shd w:val="clear" w:color="auto" w:fill="F7F9FC"/>
            <w:tcMar>
              <w:top w:w="55" w:type="dxa"/>
              <w:left w:w="70" w:type="dxa"/>
              <w:bottom w:w="55" w:type="dxa"/>
              <w:right w:w="70" w:type="dxa"/>
            </w:tcMar>
          </w:tcPr>
          <w:p w14:paraId="62AC63C7" w14:textId="77777777" w:rsidR="00543BDC" w:rsidRDefault="00000000">
            <w:pPr>
              <w:spacing w:after="0" w:line="240" w:lineRule="auto"/>
              <w:jc w:val="center"/>
            </w:pPr>
            <w:r>
              <w:rPr>
                <w:b/>
                <w:sz w:val="12"/>
              </w:rPr>
              <w:t>96</w:t>
            </w:r>
          </w:p>
        </w:tc>
        <w:tc>
          <w:tcPr>
            <w:tcW w:w="1361" w:type="dxa"/>
            <w:shd w:val="clear" w:color="auto" w:fill="F7F9FC"/>
            <w:tcMar>
              <w:top w:w="55" w:type="dxa"/>
              <w:left w:w="70" w:type="dxa"/>
              <w:bottom w:w="55" w:type="dxa"/>
              <w:right w:w="70" w:type="dxa"/>
            </w:tcMar>
          </w:tcPr>
          <w:p w14:paraId="0A7CAAA1"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6BAA9417" w14:textId="77777777" w:rsidR="00543BDC" w:rsidRDefault="00000000">
            <w:pPr>
              <w:spacing w:after="0" w:line="240" w:lineRule="auto"/>
            </w:pPr>
            <w:r>
              <w:rPr>
                <w:sz w:val="12"/>
              </w:rPr>
              <w:t>MuhSGK İşlemleri</w:t>
            </w:r>
            <w:r>
              <w:rPr>
                <w:sz w:val="12"/>
              </w:rPr>
              <w:br/>
              <w:t>Muhtasar prim ve SGK bildirimlerinin yapılması</w:t>
            </w:r>
          </w:p>
        </w:tc>
        <w:tc>
          <w:tcPr>
            <w:tcW w:w="2268" w:type="dxa"/>
            <w:shd w:val="clear" w:color="auto" w:fill="F7F9FC"/>
            <w:tcMar>
              <w:top w:w="55" w:type="dxa"/>
              <w:left w:w="70" w:type="dxa"/>
              <w:bottom w:w="55" w:type="dxa"/>
              <w:right w:w="70" w:type="dxa"/>
            </w:tcMar>
          </w:tcPr>
          <w:p w14:paraId="0A0019A4" w14:textId="77777777" w:rsidR="00543BDC" w:rsidRDefault="00000000">
            <w:pPr>
              <w:spacing w:after="0" w:line="240" w:lineRule="auto"/>
            </w:pPr>
            <w:r>
              <w:rPr>
                <w:sz w:val="12"/>
              </w:rPr>
              <w:t>5510 Sayılı Sosyal Sigortalar ve Genel Sağlık Sigortası Kanunu, 2- 3475 Vergi Usul Kanunu</w:t>
            </w:r>
          </w:p>
        </w:tc>
        <w:tc>
          <w:tcPr>
            <w:tcW w:w="1134" w:type="dxa"/>
            <w:shd w:val="clear" w:color="auto" w:fill="F7F9FC"/>
            <w:tcMar>
              <w:top w:w="55" w:type="dxa"/>
              <w:left w:w="70" w:type="dxa"/>
              <w:bottom w:w="55" w:type="dxa"/>
              <w:right w:w="70" w:type="dxa"/>
            </w:tcMar>
          </w:tcPr>
          <w:p w14:paraId="40E44F9E" w14:textId="77777777" w:rsidR="00543BDC" w:rsidRDefault="00000000">
            <w:pPr>
              <w:spacing w:after="0" w:line="240" w:lineRule="auto"/>
            </w:pPr>
            <w:r>
              <w:rPr>
                <w:sz w:val="12"/>
              </w:rPr>
              <w:t>MÜ</w:t>
            </w:r>
          </w:p>
        </w:tc>
        <w:tc>
          <w:tcPr>
            <w:tcW w:w="1928" w:type="dxa"/>
            <w:shd w:val="clear" w:color="auto" w:fill="F7F9FC"/>
            <w:tcMar>
              <w:top w:w="55" w:type="dxa"/>
              <w:left w:w="70" w:type="dxa"/>
              <w:bottom w:w="55" w:type="dxa"/>
              <w:right w:w="70" w:type="dxa"/>
            </w:tcMar>
          </w:tcPr>
          <w:p w14:paraId="11CF2C3B"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53E08004" w14:textId="77777777" w:rsidR="00543BDC" w:rsidRDefault="00000000">
            <w:pPr>
              <w:spacing w:after="0" w:line="240" w:lineRule="auto"/>
            </w:pPr>
            <w:r>
              <w:rPr>
                <w:sz w:val="12"/>
              </w:rPr>
              <w:t>•Maaş icmal raporu •Ödeme emri belgesi</w:t>
            </w:r>
          </w:p>
        </w:tc>
        <w:tc>
          <w:tcPr>
            <w:tcW w:w="850" w:type="dxa"/>
            <w:shd w:val="clear" w:color="auto" w:fill="F7F9FC"/>
            <w:tcMar>
              <w:top w:w="55" w:type="dxa"/>
              <w:left w:w="70" w:type="dxa"/>
              <w:bottom w:w="55" w:type="dxa"/>
              <w:right w:w="70" w:type="dxa"/>
            </w:tcMar>
          </w:tcPr>
          <w:p w14:paraId="669BF636" w14:textId="77777777" w:rsidR="00543BDC" w:rsidRDefault="00000000">
            <w:pPr>
              <w:spacing w:after="0" w:line="240" w:lineRule="auto"/>
              <w:jc w:val="center"/>
            </w:pPr>
            <w:r>
              <w:rPr>
                <w:sz w:val="12"/>
              </w:rPr>
              <w:t>5 gün</w:t>
            </w:r>
          </w:p>
        </w:tc>
        <w:tc>
          <w:tcPr>
            <w:tcW w:w="850" w:type="dxa"/>
            <w:shd w:val="clear" w:color="auto" w:fill="F7F9FC"/>
            <w:tcMar>
              <w:top w:w="55" w:type="dxa"/>
              <w:left w:w="70" w:type="dxa"/>
              <w:bottom w:w="55" w:type="dxa"/>
              <w:right w:w="70" w:type="dxa"/>
            </w:tcMar>
          </w:tcPr>
          <w:p w14:paraId="084170E1" w14:textId="77777777" w:rsidR="00543BDC" w:rsidRDefault="00000000">
            <w:pPr>
              <w:spacing w:after="0" w:line="240" w:lineRule="auto"/>
              <w:jc w:val="center"/>
            </w:pPr>
            <w:r>
              <w:rPr>
                <w:sz w:val="12"/>
              </w:rPr>
              <w:t>Evet</w:t>
            </w:r>
          </w:p>
        </w:tc>
      </w:tr>
      <w:tr w:rsidR="00543BDC" w14:paraId="1118C3EF" w14:textId="77777777">
        <w:trPr>
          <w:jc w:val="center"/>
        </w:trPr>
        <w:tc>
          <w:tcPr>
            <w:tcW w:w="454" w:type="dxa"/>
            <w:tcMar>
              <w:top w:w="55" w:type="dxa"/>
              <w:left w:w="70" w:type="dxa"/>
              <w:bottom w:w="55" w:type="dxa"/>
              <w:right w:w="70" w:type="dxa"/>
            </w:tcMar>
          </w:tcPr>
          <w:p w14:paraId="38BCCBF9" w14:textId="77777777" w:rsidR="00543BDC" w:rsidRDefault="00000000">
            <w:pPr>
              <w:spacing w:after="0" w:line="240" w:lineRule="auto"/>
              <w:jc w:val="center"/>
            </w:pPr>
            <w:r>
              <w:rPr>
                <w:b/>
                <w:sz w:val="12"/>
              </w:rPr>
              <w:t>97</w:t>
            </w:r>
          </w:p>
        </w:tc>
        <w:tc>
          <w:tcPr>
            <w:tcW w:w="1361" w:type="dxa"/>
            <w:tcMar>
              <w:top w:w="55" w:type="dxa"/>
              <w:left w:w="70" w:type="dxa"/>
              <w:bottom w:w="55" w:type="dxa"/>
              <w:right w:w="70" w:type="dxa"/>
            </w:tcMar>
          </w:tcPr>
          <w:p w14:paraId="3DE9EB52" w14:textId="77777777" w:rsidR="00543BDC" w:rsidRDefault="00000000">
            <w:pPr>
              <w:spacing w:after="0" w:line="240" w:lineRule="auto"/>
            </w:pPr>
            <w:r>
              <w:rPr>
                <w:sz w:val="12"/>
              </w:rPr>
              <w:t>Tahakkuk ve mali işlemler</w:t>
            </w:r>
          </w:p>
        </w:tc>
        <w:tc>
          <w:tcPr>
            <w:tcW w:w="2835" w:type="dxa"/>
            <w:tcMar>
              <w:top w:w="55" w:type="dxa"/>
              <w:left w:w="70" w:type="dxa"/>
              <w:bottom w:w="55" w:type="dxa"/>
              <w:right w:w="70" w:type="dxa"/>
            </w:tcMar>
          </w:tcPr>
          <w:p w14:paraId="51F576CA" w14:textId="77777777" w:rsidR="00543BDC" w:rsidRDefault="00000000">
            <w:pPr>
              <w:spacing w:after="0" w:line="240" w:lineRule="auto"/>
            </w:pPr>
            <w:r>
              <w:rPr>
                <w:sz w:val="12"/>
              </w:rPr>
              <w:t>İşçilerin Yol/Servis Tercihlerinin alınması</w:t>
            </w:r>
            <w:r>
              <w:rPr>
                <w:sz w:val="12"/>
              </w:rPr>
              <w:br/>
              <w:t>Üniversitemizde görev yapan işçi personelin takip eden yılda servis kullanıp kullanmayacağının tespiti</w:t>
            </w:r>
          </w:p>
        </w:tc>
        <w:tc>
          <w:tcPr>
            <w:tcW w:w="2268" w:type="dxa"/>
            <w:tcMar>
              <w:top w:w="55" w:type="dxa"/>
              <w:left w:w="70" w:type="dxa"/>
              <w:bottom w:w="55" w:type="dxa"/>
              <w:right w:w="70" w:type="dxa"/>
            </w:tcMar>
          </w:tcPr>
          <w:p w14:paraId="50DB0098" w14:textId="77777777" w:rsidR="00543BDC" w:rsidRDefault="00000000">
            <w:pPr>
              <w:spacing w:after="0" w:line="240" w:lineRule="auto"/>
            </w:pPr>
            <w:r>
              <w:rPr>
                <w:sz w:val="12"/>
              </w:rPr>
              <w:t>4857 Sayılı İş Kanunu İmzalı Toplu İş Sözleşmesi</w:t>
            </w:r>
          </w:p>
        </w:tc>
        <w:tc>
          <w:tcPr>
            <w:tcW w:w="1134" w:type="dxa"/>
            <w:tcMar>
              <w:top w:w="55" w:type="dxa"/>
              <w:left w:w="70" w:type="dxa"/>
              <w:bottom w:w="55" w:type="dxa"/>
              <w:right w:w="70" w:type="dxa"/>
            </w:tcMar>
          </w:tcPr>
          <w:p w14:paraId="7CB29F8E"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6BA010B5" w14:textId="77777777" w:rsidR="00543BDC" w:rsidRDefault="00000000">
            <w:pPr>
              <w:spacing w:after="0" w:line="240" w:lineRule="auto"/>
            </w:pPr>
            <w:r>
              <w:rPr>
                <w:sz w:val="12"/>
              </w:rPr>
              <w:t>Tahakkuk ve Mali İşlemler</w:t>
            </w:r>
          </w:p>
        </w:tc>
        <w:tc>
          <w:tcPr>
            <w:tcW w:w="3061" w:type="dxa"/>
            <w:tcMar>
              <w:top w:w="55" w:type="dxa"/>
              <w:left w:w="70" w:type="dxa"/>
              <w:bottom w:w="55" w:type="dxa"/>
              <w:right w:w="70" w:type="dxa"/>
            </w:tcMar>
          </w:tcPr>
          <w:p w14:paraId="76ADCEFC" w14:textId="77777777" w:rsidR="00543BDC" w:rsidRDefault="00000000">
            <w:pPr>
              <w:spacing w:after="0" w:line="240" w:lineRule="auto"/>
            </w:pPr>
            <w:r>
              <w:rPr>
                <w:sz w:val="12"/>
              </w:rPr>
              <w:t>İlgili Birimlerden alınan yazı</w:t>
            </w:r>
          </w:p>
        </w:tc>
        <w:tc>
          <w:tcPr>
            <w:tcW w:w="850" w:type="dxa"/>
            <w:tcMar>
              <w:top w:w="55" w:type="dxa"/>
              <w:left w:w="70" w:type="dxa"/>
              <w:bottom w:w="55" w:type="dxa"/>
              <w:right w:w="70" w:type="dxa"/>
            </w:tcMar>
          </w:tcPr>
          <w:p w14:paraId="04EA94A8" w14:textId="77777777" w:rsidR="00543BDC" w:rsidRDefault="00000000">
            <w:pPr>
              <w:spacing w:after="0" w:line="240" w:lineRule="auto"/>
              <w:jc w:val="center"/>
            </w:pPr>
            <w:r>
              <w:rPr>
                <w:sz w:val="12"/>
              </w:rPr>
              <w:t>30 gün</w:t>
            </w:r>
          </w:p>
        </w:tc>
        <w:tc>
          <w:tcPr>
            <w:tcW w:w="850" w:type="dxa"/>
            <w:tcMar>
              <w:top w:w="55" w:type="dxa"/>
              <w:left w:w="70" w:type="dxa"/>
              <w:bottom w:w="55" w:type="dxa"/>
              <w:right w:w="70" w:type="dxa"/>
            </w:tcMar>
          </w:tcPr>
          <w:p w14:paraId="3655B54B" w14:textId="77777777" w:rsidR="00543BDC" w:rsidRDefault="00000000">
            <w:pPr>
              <w:spacing w:after="0" w:line="240" w:lineRule="auto"/>
              <w:jc w:val="center"/>
            </w:pPr>
            <w:r>
              <w:rPr>
                <w:sz w:val="12"/>
              </w:rPr>
              <w:t>Islak İmza Elektronik</w:t>
            </w:r>
          </w:p>
        </w:tc>
      </w:tr>
      <w:tr w:rsidR="00543BDC" w14:paraId="3952B119" w14:textId="77777777">
        <w:trPr>
          <w:jc w:val="center"/>
        </w:trPr>
        <w:tc>
          <w:tcPr>
            <w:tcW w:w="454" w:type="dxa"/>
            <w:shd w:val="clear" w:color="auto" w:fill="F7F9FC"/>
            <w:tcMar>
              <w:top w:w="55" w:type="dxa"/>
              <w:left w:w="70" w:type="dxa"/>
              <w:bottom w:w="55" w:type="dxa"/>
              <w:right w:w="70" w:type="dxa"/>
            </w:tcMar>
          </w:tcPr>
          <w:p w14:paraId="7E215873" w14:textId="77777777" w:rsidR="00543BDC" w:rsidRDefault="00000000">
            <w:pPr>
              <w:spacing w:after="0" w:line="240" w:lineRule="auto"/>
              <w:jc w:val="center"/>
            </w:pPr>
            <w:r>
              <w:rPr>
                <w:b/>
                <w:sz w:val="12"/>
              </w:rPr>
              <w:t>98</w:t>
            </w:r>
          </w:p>
        </w:tc>
        <w:tc>
          <w:tcPr>
            <w:tcW w:w="1361" w:type="dxa"/>
            <w:shd w:val="clear" w:color="auto" w:fill="F7F9FC"/>
            <w:tcMar>
              <w:top w:w="55" w:type="dxa"/>
              <w:left w:w="70" w:type="dxa"/>
              <w:bottom w:w="55" w:type="dxa"/>
              <w:right w:w="70" w:type="dxa"/>
            </w:tcMar>
          </w:tcPr>
          <w:p w14:paraId="604B2F8F" w14:textId="77777777" w:rsidR="00543BDC" w:rsidRDefault="00000000">
            <w:pPr>
              <w:spacing w:after="0" w:line="240" w:lineRule="auto"/>
            </w:pPr>
            <w:r>
              <w:rPr>
                <w:sz w:val="12"/>
              </w:rPr>
              <w:t>Tahakkuk ve mali işlemler</w:t>
            </w:r>
          </w:p>
        </w:tc>
        <w:tc>
          <w:tcPr>
            <w:tcW w:w="2835" w:type="dxa"/>
            <w:shd w:val="clear" w:color="auto" w:fill="F7F9FC"/>
            <w:tcMar>
              <w:top w:w="55" w:type="dxa"/>
              <w:left w:w="70" w:type="dxa"/>
              <w:bottom w:w="55" w:type="dxa"/>
              <w:right w:w="70" w:type="dxa"/>
            </w:tcMar>
          </w:tcPr>
          <w:p w14:paraId="3F6C5D7C" w14:textId="77777777" w:rsidR="00543BDC" w:rsidRDefault="00000000">
            <w:pPr>
              <w:spacing w:after="0" w:line="240" w:lineRule="auto"/>
            </w:pPr>
            <w:r>
              <w:rPr>
                <w:sz w:val="12"/>
              </w:rPr>
              <w:t>Geçici İşçi Vize İşlemleri</w:t>
            </w:r>
            <w:r>
              <w:rPr>
                <w:sz w:val="12"/>
              </w:rPr>
              <w:br/>
              <w:t>Geçici İşçilerin Mali Yılda Yeniden Çalıştırılabil mesi İçin İzin İşlemleri</w:t>
            </w:r>
          </w:p>
        </w:tc>
        <w:tc>
          <w:tcPr>
            <w:tcW w:w="2268" w:type="dxa"/>
            <w:shd w:val="clear" w:color="auto" w:fill="F7F9FC"/>
            <w:tcMar>
              <w:top w:w="55" w:type="dxa"/>
              <w:left w:w="70" w:type="dxa"/>
              <w:bottom w:w="55" w:type="dxa"/>
              <w:right w:w="70" w:type="dxa"/>
            </w:tcMar>
          </w:tcPr>
          <w:p w14:paraId="3B4B4466" w14:textId="77777777" w:rsidR="00543BDC" w:rsidRDefault="00000000">
            <w:pPr>
              <w:spacing w:after="0" w:line="240" w:lineRule="auto"/>
            </w:pPr>
            <w:r>
              <w:rPr>
                <w:sz w:val="12"/>
              </w:rPr>
              <w:t>5620 Sk.3.ve geçici 1.maddesi</w:t>
            </w:r>
          </w:p>
        </w:tc>
        <w:tc>
          <w:tcPr>
            <w:tcW w:w="1134" w:type="dxa"/>
            <w:shd w:val="clear" w:color="auto" w:fill="F7F9FC"/>
            <w:tcMar>
              <w:top w:w="55" w:type="dxa"/>
              <w:left w:w="70" w:type="dxa"/>
              <w:bottom w:w="55" w:type="dxa"/>
              <w:right w:w="70" w:type="dxa"/>
            </w:tcMar>
          </w:tcPr>
          <w:p w14:paraId="518BDB8A" w14:textId="77777777" w:rsidR="00543BDC" w:rsidRDefault="00000000">
            <w:pPr>
              <w:spacing w:after="0" w:line="240" w:lineRule="auto"/>
            </w:pPr>
            <w:r>
              <w:rPr>
                <w:sz w:val="12"/>
              </w:rPr>
              <w:t>Geçici İşçi</w:t>
            </w:r>
          </w:p>
        </w:tc>
        <w:tc>
          <w:tcPr>
            <w:tcW w:w="1928" w:type="dxa"/>
            <w:shd w:val="clear" w:color="auto" w:fill="F7F9FC"/>
            <w:tcMar>
              <w:top w:w="55" w:type="dxa"/>
              <w:left w:w="70" w:type="dxa"/>
              <w:bottom w:w="55" w:type="dxa"/>
              <w:right w:w="70" w:type="dxa"/>
            </w:tcMar>
          </w:tcPr>
          <w:p w14:paraId="7D7218D7" w14:textId="77777777" w:rsidR="00543BDC" w:rsidRDefault="00000000">
            <w:pPr>
              <w:spacing w:after="0" w:line="240" w:lineRule="auto"/>
            </w:pPr>
            <w:r>
              <w:rPr>
                <w:sz w:val="12"/>
              </w:rPr>
              <w:t>Tahakkuk ve Mali İşlemler</w:t>
            </w:r>
          </w:p>
        </w:tc>
        <w:tc>
          <w:tcPr>
            <w:tcW w:w="3061" w:type="dxa"/>
            <w:shd w:val="clear" w:color="auto" w:fill="F7F9FC"/>
            <w:tcMar>
              <w:top w:w="55" w:type="dxa"/>
              <w:left w:w="70" w:type="dxa"/>
              <w:bottom w:w="55" w:type="dxa"/>
              <w:right w:w="70" w:type="dxa"/>
            </w:tcMar>
          </w:tcPr>
          <w:p w14:paraId="1D2FFCE6" w14:textId="77777777" w:rsidR="00543BDC" w:rsidRDefault="00000000">
            <w:pPr>
              <w:spacing w:after="0" w:line="240" w:lineRule="auto"/>
            </w:pPr>
            <w:r>
              <w:rPr>
                <w:sz w:val="12"/>
              </w:rPr>
              <w:t>Birimin Teklif Yazısı</w:t>
            </w:r>
          </w:p>
        </w:tc>
        <w:tc>
          <w:tcPr>
            <w:tcW w:w="850" w:type="dxa"/>
            <w:shd w:val="clear" w:color="auto" w:fill="F7F9FC"/>
            <w:tcMar>
              <w:top w:w="55" w:type="dxa"/>
              <w:left w:w="70" w:type="dxa"/>
              <w:bottom w:w="55" w:type="dxa"/>
              <w:right w:w="70" w:type="dxa"/>
            </w:tcMar>
          </w:tcPr>
          <w:p w14:paraId="5505C2B8" w14:textId="77777777" w:rsidR="00543BDC" w:rsidRDefault="00000000">
            <w:pPr>
              <w:spacing w:after="0" w:line="240" w:lineRule="auto"/>
              <w:jc w:val="center"/>
            </w:pPr>
            <w:r>
              <w:rPr>
                <w:sz w:val="12"/>
              </w:rPr>
              <w:t>1 ay</w:t>
            </w:r>
          </w:p>
        </w:tc>
        <w:tc>
          <w:tcPr>
            <w:tcW w:w="850" w:type="dxa"/>
            <w:shd w:val="clear" w:color="auto" w:fill="F7F9FC"/>
            <w:tcMar>
              <w:top w:w="55" w:type="dxa"/>
              <w:left w:w="70" w:type="dxa"/>
              <w:bottom w:w="55" w:type="dxa"/>
              <w:right w:w="70" w:type="dxa"/>
            </w:tcMar>
          </w:tcPr>
          <w:p w14:paraId="590BEB67" w14:textId="77777777" w:rsidR="00543BDC" w:rsidRDefault="00000000">
            <w:pPr>
              <w:spacing w:after="0" w:line="240" w:lineRule="auto"/>
              <w:jc w:val="center"/>
            </w:pPr>
            <w:r>
              <w:rPr>
                <w:sz w:val="12"/>
              </w:rPr>
              <w:t>Islak İmza Elektronik</w:t>
            </w:r>
          </w:p>
        </w:tc>
      </w:tr>
      <w:tr w:rsidR="00543BDC" w14:paraId="7C1BFAA1" w14:textId="77777777">
        <w:trPr>
          <w:jc w:val="center"/>
        </w:trPr>
        <w:tc>
          <w:tcPr>
            <w:tcW w:w="454" w:type="dxa"/>
            <w:tcMar>
              <w:top w:w="55" w:type="dxa"/>
              <w:left w:w="70" w:type="dxa"/>
              <w:bottom w:w="55" w:type="dxa"/>
              <w:right w:w="70" w:type="dxa"/>
            </w:tcMar>
          </w:tcPr>
          <w:p w14:paraId="3460EE64" w14:textId="77777777" w:rsidR="00543BDC" w:rsidRDefault="00000000">
            <w:pPr>
              <w:spacing w:after="0" w:line="240" w:lineRule="auto"/>
              <w:jc w:val="center"/>
            </w:pPr>
            <w:r>
              <w:rPr>
                <w:b/>
                <w:sz w:val="12"/>
              </w:rPr>
              <w:t>99</w:t>
            </w:r>
          </w:p>
        </w:tc>
        <w:tc>
          <w:tcPr>
            <w:tcW w:w="1361" w:type="dxa"/>
            <w:tcMar>
              <w:top w:w="55" w:type="dxa"/>
              <w:left w:w="70" w:type="dxa"/>
              <w:bottom w:w="55" w:type="dxa"/>
              <w:right w:w="70" w:type="dxa"/>
            </w:tcMar>
          </w:tcPr>
          <w:p w14:paraId="05A631CC" w14:textId="77777777" w:rsidR="00543BDC" w:rsidRDefault="00000000">
            <w:pPr>
              <w:spacing w:after="0" w:line="240" w:lineRule="auto"/>
            </w:pPr>
            <w:r>
              <w:rPr>
                <w:sz w:val="12"/>
              </w:rPr>
              <w:t>İşçi personel ve diğer özlük</w:t>
            </w:r>
          </w:p>
        </w:tc>
        <w:tc>
          <w:tcPr>
            <w:tcW w:w="2835" w:type="dxa"/>
            <w:tcMar>
              <w:top w:w="55" w:type="dxa"/>
              <w:left w:w="70" w:type="dxa"/>
              <w:bottom w:w="55" w:type="dxa"/>
              <w:right w:w="70" w:type="dxa"/>
            </w:tcMar>
          </w:tcPr>
          <w:p w14:paraId="53D10CD1" w14:textId="77777777" w:rsidR="00543BDC" w:rsidRDefault="00000000">
            <w:pPr>
              <w:spacing w:after="0" w:line="240" w:lineRule="auto"/>
            </w:pPr>
            <w:r>
              <w:rPr>
                <w:sz w:val="12"/>
              </w:rPr>
              <w:t>Ücretsiz İzin</w:t>
            </w:r>
            <w:r>
              <w:rPr>
                <w:sz w:val="12"/>
              </w:rPr>
              <w:br/>
              <w:t>İdari Personelin Ücretsiz İzin Talepleri</w:t>
            </w:r>
          </w:p>
        </w:tc>
        <w:tc>
          <w:tcPr>
            <w:tcW w:w="2268" w:type="dxa"/>
            <w:tcMar>
              <w:top w:w="55" w:type="dxa"/>
              <w:left w:w="70" w:type="dxa"/>
              <w:bottom w:w="55" w:type="dxa"/>
              <w:right w:w="70" w:type="dxa"/>
            </w:tcMar>
          </w:tcPr>
          <w:p w14:paraId="15E58020" w14:textId="77777777" w:rsidR="00543BDC" w:rsidRDefault="00000000">
            <w:pPr>
              <w:spacing w:after="0" w:line="240" w:lineRule="auto"/>
            </w:pPr>
            <w:r>
              <w:rPr>
                <w:sz w:val="12"/>
              </w:rPr>
              <w:t>4857 Sayılı İş Kanunu 5620 Sayılı Kanun İmzalı Toplu İş Sözleşmesi</w:t>
            </w:r>
          </w:p>
        </w:tc>
        <w:tc>
          <w:tcPr>
            <w:tcW w:w="1134" w:type="dxa"/>
            <w:tcMar>
              <w:top w:w="55" w:type="dxa"/>
              <w:left w:w="70" w:type="dxa"/>
              <w:bottom w:w="55" w:type="dxa"/>
              <w:right w:w="70" w:type="dxa"/>
            </w:tcMar>
          </w:tcPr>
          <w:p w14:paraId="20710912" w14:textId="77777777" w:rsidR="00543BDC" w:rsidRDefault="00000000">
            <w:pPr>
              <w:spacing w:after="0" w:line="240" w:lineRule="auto"/>
            </w:pPr>
            <w:r>
              <w:rPr>
                <w:sz w:val="12"/>
              </w:rPr>
              <w:t>İdari Personel</w:t>
            </w:r>
          </w:p>
        </w:tc>
        <w:tc>
          <w:tcPr>
            <w:tcW w:w="1928" w:type="dxa"/>
            <w:tcMar>
              <w:top w:w="55" w:type="dxa"/>
              <w:left w:w="70" w:type="dxa"/>
              <w:bottom w:w="55" w:type="dxa"/>
              <w:right w:w="70" w:type="dxa"/>
            </w:tcMar>
          </w:tcPr>
          <w:p w14:paraId="2B75A8EB"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5BDE0DBF" w14:textId="77777777" w:rsidR="00543BDC" w:rsidRDefault="00000000">
            <w:pPr>
              <w:spacing w:after="0" w:line="240" w:lineRule="auto"/>
            </w:pPr>
            <w:r>
              <w:rPr>
                <w:sz w:val="12"/>
              </w:rPr>
              <w:t>Mevzuatta bulunan hükümlere göre talep edilen ücretsiz izinlerde kişinin dilekçesi, birimin teklif yazısı, mazeret nedeni ile ilgili açıklama ve belgeler ( Rapor, askerlik belgesi vb.)</w:t>
            </w:r>
          </w:p>
        </w:tc>
        <w:tc>
          <w:tcPr>
            <w:tcW w:w="850" w:type="dxa"/>
            <w:tcMar>
              <w:top w:w="55" w:type="dxa"/>
              <w:left w:w="70" w:type="dxa"/>
              <w:bottom w:w="55" w:type="dxa"/>
              <w:right w:w="70" w:type="dxa"/>
            </w:tcMar>
          </w:tcPr>
          <w:p w14:paraId="70C23213"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6507ED00" w14:textId="77777777" w:rsidR="00543BDC" w:rsidRDefault="00000000">
            <w:pPr>
              <w:spacing w:after="0" w:line="240" w:lineRule="auto"/>
              <w:jc w:val="center"/>
            </w:pPr>
            <w:r>
              <w:rPr>
                <w:sz w:val="12"/>
              </w:rPr>
              <w:t>Islak İmza Elektronik</w:t>
            </w:r>
          </w:p>
        </w:tc>
      </w:tr>
      <w:tr w:rsidR="00543BDC" w14:paraId="49D9EE41" w14:textId="77777777">
        <w:trPr>
          <w:jc w:val="center"/>
        </w:trPr>
        <w:tc>
          <w:tcPr>
            <w:tcW w:w="454" w:type="dxa"/>
            <w:shd w:val="clear" w:color="auto" w:fill="F7F9FC"/>
            <w:tcMar>
              <w:top w:w="55" w:type="dxa"/>
              <w:left w:w="70" w:type="dxa"/>
              <w:bottom w:w="55" w:type="dxa"/>
              <w:right w:w="70" w:type="dxa"/>
            </w:tcMar>
          </w:tcPr>
          <w:p w14:paraId="586AE654" w14:textId="77777777" w:rsidR="00543BDC" w:rsidRDefault="00000000">
            <w:pPr>
              <w:spacing w:after="0" w:line="240" w:lineRule="auto"/>
              <w:jc w:val="center"/>
            </w:pPr>
            <w:r>
              <w:rPr>
                <w:b/>
                <w:sz w:val="12"/>
              </w:rPr>
              <w:t>100</w:t>
            </w:r>
          </w:p>
        </w:tc>
        <w:tc>
          <w:tcPr>
            <w:tcW w:w="1361" w:type="dxa"/>
            <w:shd w:val="clear" w:color="auto" w:fill="F7F9FC"/>
            <w:tcMar>
              <w:top w:w="55" w:type="dxa"/>
              <w:left w:w="70" w:type="dxa"/>
              <w:bottom w:w="55" w:type="dxa"/>
              <w:right w:w="70" w:type="dxa"/>
            </w:tcMar>
          </w:tcPr>
          <w:p w14:paraId="1812F777" w14:textId="77777777" w:rsidR="00543BDC" w:rsidRDefault="00000000">
            <w:pPr>
              <w:spacing w:after="0" w:line="240" w:lineRule="auto"/>
            </w:pPr>
            <w:r>
              <w:rPr>
                <w:sz w:val="12"/>
              </w:rPr>
              <w:t>İşçi personel ve diğer özlük</w:t>
            </w:r>
          </w:p>
        </w:tc>
        <w:tc>
          <w:tcPr>
            <w:tcW w:w="2835" w:type="dxa"/>
            <w:shd w:val="clear" w:color="auto" w:fill="F7F9FC"/>
            <w:tcMar>
              <w:top w:w="55" w:type="dxa"/>
              <w:left w:w="70" w:type="dxa"/>
              <w:bottom w:w="55" w:type="dxa"/>
              <w:right w:w="70" w:type="dxa"/>
            </w:tcMar>
          </w:tcPr>
          <w:p w14:paraId="2AAC46A1" w14:textId="77777777" w:rsidR="00543BDC" w:rsidRDefault="00000000">
            <w:pPr>
              <w:spacing w:after="0" w:line="240" w:lineRule="auto"/>
            </w:pPr>
            <w:r>
              <w:rPr>
                <w:sz w:val="12"/>
              </w:rPr>
              <w:t>İşçi Personelin Kurum İçi Görevlendirmesi</w:t>
            </w:r>
            <w:r>
              <w:rPr>
                <w:sz w:val="12"/>
              </w:rPr>
              <w:br/>
              <w:t>İşçi Personelin Kurum içi görevlendirme yazılarının yazılması</w:t>
            </w:r>
          </w:p>
        </w:tc>
        <w:tc>
          <w:tcPr>
            <w:tcW w:w="2268" w:type="dxa"/>
            <w:shd w:val="clear" w:color="auto" w:fill="F7F9FC"/>
            <w:tcMar>
              <w:top w:w="55" w:type="dxa"/>
              <w:left w:w="70" w:type="dxa"/>
              <w:bottom w:w="55" w:type="dxa"/>
              <w:right w:w="70" w:type="dxa"/>
            </w:tcMar>
          </w:tcPr>
          <w:p w14:paraId="2E1E6362" w14:textId="77777777" w:rsidR="00543BDC" w:rsidRDefault="00000000">
            <w:pPr>
              <w:spacing w:after="0" w:line="240" w:lineRule="auto"/>
            </w:pPr>
            <w:r>
              <w:rPr>
                <w:sz w:val="12"/>
              </w:rPr>
              <w:t>Bireysel İş Sözleşmesinin 2. maddesi</w:t>
            </w:r>
          </w:p>
        </w:tc>
        <w:tc>
          <w:tcPr>
            <w:tcW w:w="1134" w:type="dxa"/>
            <w:shd w:val="clear" w:color="auto" w:fill="F7F9FC"/>
            <w:tcMar>
              <w:top w:w="55" w:type="dxa"/>
              <w:left w:w="70" w:type="dxa"/>
              <w:bottom w:w="55" w:type="dxa"/>
              <w:right w:w="70" w:type="dxa"/>
            </w:tcMar>
          </w:tcPr>
          <w:p w14:paraId="5ED778B9" w14:textId="77777777" w:rsidR="00543BDC" w:rsidRDefault="00000000">
            <w:pPr>
              <w:spacing w:after="0" w:line="240" w:lineRule="auto"/>
            </w:pPr>
            <w:r>
              <w:rPr>
                <w:sz w:val="12"/>
              </w:rPr>
              <w:t>İşçi Personel</w:t>
            </w:r>
          </w:p>
        </w:tc>
        <w:tc>
          <w:tcPr>
            <w:tcW w:w="1928" w:type="dxa"/>
            <w:shd w:val="clear" w:color="auto" w:fill="F7F9FC"/>
            <w:tcMar>
              <w:top w:w="55" w:type="dxa"/>
              <w:left w:w="70" w:type="dxa"/>
              <w:bottom w:w="55" w:type="dxa"/>
              <w:right w:w="70" w:type="dxa"/>
            </w:tcMar>
          </w:tcPr>
          <w:p w14:paraId="0B3F2E0C"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11D637DC" w14:textId="77777777" w:rsidR="00543BDC" w:rsidRDefault="00000000">
            <w:pPr>
              <w:spacing w:after="0" w:line="240" w:lineRule="auto"/>
            </w:pPr>
            <w:r>
              <w:rPr>
                <w:sz w:val="12"/>
              </w:rPr>
              <w:t>Birimin talep yazısı</w:t>
            </w:r>
          </w:p>
        </w:tc>
        <w:tc>
          <w:tcPr>
            <w:tcW w:w="850" w:type="dxa"/>
            <w:shd w:val="clear" w:color="auto" w:fill="F7F9FC"/>
            <w:tcMar>
              <w:top w:w="55" w:type="dxa"/>
              <w:left w:w="70" w:type="dxa"/>
              <w:bottom w:w="55" w:type="dxa"/>
              <w:right w:w="70" w:type="dxa"/>
            </w:tcMar>
          </w:tcPr>
          <w:p w14:paraId="6229C0EC" w14:textId="77777777" w:rsidR="00543BDC" w:rsidRDefault="00000000">
            <w:pPr>
              <w:spacing w:after="0" w:line="240" w:lineRule="auto"/>
              <w:jc w:val="center"/>
            </w:pPr>
            <w:r>
              <w:rPr>
                <w:sz w:val="12"/>
              </w:rPr>
              <w:t>1 gün</w:t>
            </w:r>
          </w:p>
        </w:tc>
        <w:tc>
          <w:tcPr>
            <w:tcW w:w="850" w:type="dxa"/>
            <w:shd w:val="clear" w:color="auto" w:fill="F7F9FC"/>
            <w:tcMar>
              <w:top w:w="55" w:type="dxa"/>
              <w:left w:w="70" w:type="dxa"/>
              <w:bottom w:w="55" w:type="dxa"/>
              <w:right w:w="70" w:type="dxa"/>
            </w:tcMar>
          </w:tcPr>
          <w:p w14:paraId="76DAFAF1" w14:textId="77777777" w:rsidR="00543BDC" w:rsidRDefault="00000000">
            <w:pPr>
              <w:spacing w:after="0" w:line="240" w:lineRule="auto"/>
              <w:jc w:val="center"/>
            </w:pPr>
            <w:r>
              <w:rPr>
                <w:sz w:val="12"/>
              </w:rPr>
              <w:t>Islak İmza Elektronik</w:t>
            </w:r>
          </w:p>
        </w:tc>
      </w:tr>
      <w:tr w:rsidR="00543BDC" w14:paraId="5952163D" w14:textId="77777777">
        <w:trPr>
          <w:jc w:val="center"/>
        </w:trPr>
        <w:tc>
          <w:tcPr>
            <w:tcW w:w="454" w:type="dxa"/>
            <w:tcMar>
              <w:top w:w="55" w:type="dxa"/>
              <w:left w:w="70" w:type="dxa"/>
              <w:bottom w:w="55" w:type="dxa"/>
              <w:right w:w="70" w:type="dxa"/>
            </w:tcMar>
          </w:tcPr>
          <w:p w14:paraId="48961372" w14:textId="77777777" w:rsidR="00543BDC" w:rsidRDefault="00000000">
            <w:pPr>
              <w:spacing w:after="0" w:line="240" w:lineRule="auto"/>
              <w:jc w:val="center"/>
            </w:pPr>
            <w:r>
              <w:rPr>
                <w:b/>
                <w:sz w:val="12"/>
              </w:rPr>
              <w:t>101</w:t>
            </w:r>
          </w:p>
        </w:tc>
        <w:tc>
          <w:tcPr>
            <w:tcW w:w="1361" w:type="dxa"/>
            <w:tcMar>
              <w:top w:w="55" w:type="dxa"/>
              <w:left w:w="70" w:type="dxa"/>
              <w:bottom w:w="55" w:type="dxa"/>
              <w:right w:w="70" w:type="dxa"/>
            </w:tcMar>
          </w:tcPr>
          <w:p w14:paraId="4074E277" w14:textId="77777777" w:rsidR="00543BDC" w:rsidRDefault="00000000">
            <w:pPr>
              <w:spacing w:after="0" w:line="240" w:lineRule="auto"/>
            </w:pPr>
            <w:r>
              <w:rPr>
                <w:sz w:val="12"/>
              </w:rPr>
              <w:t>İşçi personel ve diğer özlük</w:t>
            </w:r>
          </w:p>
        </w:tc>
        <w:tc>
          <w:tcPr>
            <w:tcW w:w="2835" w:type="dxa"/>
            <w:tcMar>
              <w:top w:w="55" w:type="dxa"/>
              <w:left w:w="70" w:type="dxa"/>
              <w:bottom w:w="55" w:type="dxa"/>
              <w:right w:w="70" w:type="dxa"/>
            </w:tcMar>
          </w:tcPr>
          <w:p w14:paraId="5F20D834" w14:textId="77777777" w:rsidR="00543BDC" w:rsidRDefault="00000000">
            <w:pPr>
              <w:spacing w:after="0" w:line="240" w:lineRule="auto"/>
            </w:pPr>
            <w:r>
              <w:rPr>
                <w:sz w:val="12"/>
              </w:rPr>
              <w:t>İstifa</w:t>
            </w:r>
            <w:r>
              <w:rPr>
                <w:sz w:val="12"/>
              </w:rPr>
              <w:br/>
              <w:t>Üniversitemizde görev yapan işçi personelin istifa ederek ayrılışı</w:t>
            </w:r>
          </w:p>
        </w:tc>
        <w:tc>
          <w:tcPr>
            <w:tcW w:w="2268" w:type="dxa"/>
            <w:tcMar>
              <w:top w:w="55" w:type="dxa"/>
              <w:left w:w="70" w:type="dxa"/>
              <w:bottom w:w="55" w:type="dxa"/>
              <w:right w:w="70" w:type="dxa"/>
            </w:tcMar>
          </w:tcPr>
          <w:p w14:paraId="0A132F17" w14:textId="77777777" w:rsidR="00543BDC" w:rsidRDefault="00000000">
            <w:pPr>
              <w:spacing w:after="0" w:line="240" w:lineRule="auto"/>
            </w:pPr>
            <w:r>
              <w:rPr>
                <w:sz w:val="12"/>
              </w:rPr>
              <w:t>4857 Sayılı İş Kanunu 5510 Sayılı Sosyal Sigortalar ve Genel Sağlık Sigortası Kanunu İmzalı Toplu İş Sözleşmesi</w:t>
            </w:r>
          </w:p>
        </w:tc>
        <w:tc>
          <w:tcPr>
            <w:tcW w:w="1134" w:type="dxa"/>
            <w:tcMar>
              <w:top w:w="55" w:type="dxa"/>
              <w:left w:w="70" w:type="dxa"/>
              <w:bottom w:w="55" w:type="dxa"/>
              <w:right w:w="70" w:type="dxa"/>
            </w:tcMar>
          </w:tcPr>
          <w:p w14:paraId="1D0243EC"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7AF481E8"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1128A4EF" w14:textId="77777777" w:rsidR="00543BDC" w:rsidRDefault="00000000">
            <w:pPr>
              <w:spacing w:after="0" w:line="240" w:lineRule="auto"/>
            </w:pPr>
            <w:r>
              <w:rPr>
                <w:sz w:val="12"/>
              </w:rPr>
              <w:t>•Dilekçe •Birimin uygun görüşlü yazısı</w:t>
            </w:r>
          </w:p>
        </w:tc>
        <w:tc>
          <w:tcPr>
            <w:tcW w:w="850" w:type="dxa"/>
            <w:tcMar>
              <w:top w:w="55" w:type="dxa"/>
              <w:left w:w="70" w:type="dxa"/>
              <w:bottom w:w="55" w:type="dxa"/>
              <w:right w:w="70" w:type="dxa"/>
            </w:tcMar>
          </w:tcPr>
          <w:p w14:paraId="5F4C1DD8"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0621CA14" w14:textId="77777777" w:rsidR="00543BDC" w:rsidRDefault="00000000">
            <w:pPr>
              <w:spacing w:after="0" w:line="240" w:lineRule="auto"/>
              <w:jc w:val="center"/>
            </w:pPr>
            <w:r>
              <w:rPr>
                <w:sz w:val="12"/>
              </w:rPr>
              <w:t>Islak İmza Elektronik</w:t>
            </w:r>
          </w:p>
        </w:tc>
      </w:tr>
      <w:tr w:rsidR="00543BDC" w14:paraId="64375DDE" w14:textId="77777777">
        <w:trPr>
          <w:jc w:val="center"/>
        </w:trPr>
        <w:tc>
          <w:tcPr>
            <w:tcW w:w="454" w:type="dxa"/>
            <w:shd w:val="clear" w:color="auto" w:fill="F7F9FC"/>
            <w:tcMar>
              <w:top w:w="55" w:type="dxa"/>
              <w:left w:w="70" w:type="dxa"/>
              <w:bottom w:w="55" w:type="dxa"/>
              <w:right w:w="70" w:type="dxa"/>
            </w:tcMar>
          </w:tcPr>
          <w:p w14:paraId="3D2C0C1C" w14:textId="77777777" w:rsidR="00543BDC" w:rsidRDefault="00000000">
            <w:pPr>
              <w:spacing w:after="0" w:line="240" w:lineRule="auto"/>
              <w:jc w:val="center"/>
            </w:pPr>
            <w:r>
              <w:rPr>
                <w:b/>
                <w:sz w:val="12"/>
              </w:rPr>
              <w:t>102</w:t>
            </w:r>
          </w:p>
        </w:tc>
        <w:tc>
          <w:tcPr>
            <w:tcW w:w="1361" w:type="dxa"/>
            <w:shd w:val="clear" w:color="auto" w:fill="F7F9FC"/>
            <w:tcMar>
              <w:top w:w="55" w:type="dxa"/>
              <w:left w:w="70" w:type="dxa"/>
              <w:bottom w:w="55" w:type="dxa"/>
              <w:right w:w="70" w:type="dxa"/>
            </w:tcMar>
          </w:tcPr>
          <w:p w14:paraId="5DD961DE" w14:textId="77777777" w:rsidR="00543BDC" w:rsidRDefault="00000000">
            <w:pPr>
              <w:spacing w:after="0" w:line="240" w:lineRule="auto"/>
            </w:pPr>
            <w:r>
              <w:rPr>
                <w:sz w:val="12"/>
              </w:rPr>
              <w:t>İşçi personel ve diğer özlük</w:t>
            </w:r>
          </w:p>
        </w:tc>
        <w:tc>
          <w:tcPr>
            <w:tcW w:w="2835" w:type="dxa"/>
            <w:shd w:val="clear" w:color="auto" w:fill="F7F9FC"/>
            <w:tcMar>
              <w:top w:w="55" w:type="dxa"/>
              <w:left w:w="70" w:type="dxa"/>
              <w:bottom w:w="55" w:type="dxa"/>
              <w:right w:w="70" w:type="dxa"/>
            </w:tcMar>
          </w:tcPr>
          <w:p w14:paraId="778C575D" w14:textId="77777777" w:rsidR="00543BDC" w:rsidRDefault="00000000">
            <w:pPr>
              <w:spacing w:after="0" w:line="240" w:lineRule="auto"/>
            </w:pPr>
            <w:r>
              <w:rPr>
                <w:sz w:val="12"/>
              </w:rPr>
              <w:t>Emeklilik</w:t>
            </w:r>
            <w:r>
              <w:rPr>
                <w:sz w:val="12"/>
              </w:rPr>
              <w:br/>
              <w:t>Üniversitemizde görev yapan işçi personelin Emekliye ayrılması</w:t>
            </w:r>
          </w:p>
        </w:tc>
        <w:tc>
          <w:tcPr>
            <w:tcW w:w="2268" w:type="dxa"/>
            <w:shd w:val="clear" w:color="auto" w:fill="F7F9FC"/>
            <w:tcMar>
              <w:top w:w="55" w:type="dxa"/>
              <w:left w:w="70" w:type="dxa"/>
              <w:bottom w:w="55" w:type="dxa"/>
              <w:right w:w="70" w:type="dxa"/>
            </w:tcMar>
          </w:tcPr>
          <w:p w14:paraId="5E008332" w14:textId="77777777" w:rsidR="00543BDC" w:rsidRDefault="00000000">
            <w:pPr>
              <w:spacing w:after="0" w:line="240" w:lineRule="auto"/>
            </w:pPr>
            <w:r>
              <w:rPr>
                <w:sz w:val="12"/>
              </w:rPr>
              <w:t>4857 Sayılı İş Kanunu 5510 Sayılı Sosyal Sigortalar ve Genel Sağlık Sigortası Kanunu</w:t>
            </w:r>
          </w:p>
        </w:tc>
        <w:tc>
          <w:tcPr>
            <w:tcW w:w="1134" w:type="dxa"/>
            <w:shd w:val="clear" w:color="auto" w:fill="F7F9FC"/>
            <w:tcMar>
              <w:top w:w="55" w:type="dxa"/>
              <w:left w:w="70" w:type="dxa"/>
              <w:bottom w:w="55" w:type="dxa"/>
              <w:right w:w="70" w:type="dxa"/>
            </w:tcMar>
          </w:tcPr>
          <w:p w14:paraId="54B5EB1B" w14:textId="77777777" w:rsidR="00543BDC" w:rsidRDefault="00000000">
            <w:pPr>
              <w:spacing w:after="0" w:line="240" w:lineRule="auto"/>
            </w:pPr>
            <w:r>
              <w:rPr>
                <w:sz w:val="12"/>
              </w:rPr>
              <w:t>İşçi Personel</w:t>
            </w:r>
          </w:p>
        </w:tc>
        <w:tc>
          <w:tcPr>
            <w:tcW w:w="1928" w:type="dxa"/>
            <w:shd w:val="clear" w:color="auto" w:fill="F7F9FC"/>
            <w:tcMar>
              <w:top w:w="55" w:type="dxa"/>
              <w:left w:w="70" w:type="dxa"/>
              <w:bottom w:w="55" w:type="dxa"/>
              <w:right w:w="70" w:type="dxa"/>
            </w:tcMar>
          </w:tcPr>
          <w:p w14:paraId="620951C2"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1A926F59" w14:textId="77777777" w:rsidR="00543BDC" w:rsidRDefault="00000000">
            <w:pPr>
              <w:spacing w:after="0" w:line="240" w:lineRule="auto"/>
            </w:pPr>
            <w:r>
              <w:rPr>
                <w:sz w:val="12"/>
              </w:rPr>
              <w:t>•Sgk Emekli olabilir yazısı •Dilekçe</w:t>
            </w:r>
          </w:p>
        </w:tc>
        <w:tc>
          <w:tcPr>
            <w:tcW w:w="850" w:type="dxa"/>
            <w:shd w:val="clear" w:color="auto" w:fill="F7F9FC"/>
            <w:tcMar>
              <w:top w:w="55" w:type="dxa"/>
              <w:left w:w="70" w:type="dxa"/>
              <w:bottom w:w="55" w:type="dxa"/>
              <w:right w:w="70" w:type="dxa"/>
            </w:tcMar>
          </w:tcPr>
          <w:p w14:paraId="7EC66413" w14:textId="77777777" w:rsidR="00543BDC" w:rsidRDefault="00000000">
            <w:pPr>
              <w:spacing w:after="0" w:line="240" w:lineRule="auto"/>
              <w:jc w:val="center"/>
            </w:pPr>
            <w:r>
              <w:rPr>
                <w:sz w:val="12"/>
              </w:rPr>
              <w:t>3 gün</w:t>
            </w:r>
          </w:p>
        </w:tc>
        <w:tc>
          <w:tcPr>
            <w:tcW w:w="850" w:type="dxa"/>
            <w:shd w:val="clear" w:color="auto" w:fill="F7F9FC"/>
            <w:tcMar>
              <w:top w:w="55" w:type="dxa"/>
              <w:left w:w="70" w:type="dxa"/>
              <w:bottom w:w="55" w:type="dxa"/>
              <w:right w:w="70" w:type="dxa"/>
            </w:tcMar>
          </w:tcPr>
          <w:p w14:paraId="1BFA1654" w14:textId="77777777" w:rsidR="00543BDC" w:rsidRDefault="00000000">
            <w:pPr>
              <w:spacing w:after="0" w:line="240" w:lineRule="auto"/>
              <w:jc w:val="center"/>
            </w:pPr>
            <w:r>
              <w:rPr>
                <w:sz w:val="12"/>
              </w:rPr>
              <w:t>Islak İmza Elektronik</w:t>
            </w:r>
          </w:p>
        </w:tc>
      </w:tr>
      <w:tr w:rsidR="00543BDC" w14:paraId="406DB4B7" w14:textId="77777777">
        <w:trPr>
          <w:jc w:val="center"/>
        </w:trPr>
        <w:tc>
          <w:tcPr>
            <w:tcW w:w="454" w:type="dxa"/>
            <w:tcMar>
              <w:top w:w="55" w:type="dxa"/>
              <w:left w:w="70" w:type="dxa"/>
              <w:bottom w:w="55" w:type="dxa"/>
              <w:right w:w="70" w:type="dxa"/>
            </w:tcMar>
          </w:tcPr>
          <w:p w14:paraId="3B19072F" w14:textId="77777777" w:rsidR="00543BDC" w:rsidRDefault="00000000">
            <w:pPr>
              <w:spacing w:after="0" w:line="240" w:lineRule="auto"/>
              <w:jc w:val="center"/>
            </w:pPr>
            <w:r>
              <w:rPr>
                <w:b/>
                <w:sz w:val="12"/>
              </w:rPr>
              <w:t>103</w:t>
            </w:r>
          </w:p>
        </w:tc>
        <w:tc>
          <w:tcPr>
            <w:tcW w:w="1361" w:type="dxa"/>
            <w:tcMar>
              <w:top w:w="55" w:type="dxa"/>
              <w:left w:w="70" w:type="dxa"/>
              <w:bottom w:w="55" w:type="dxa"/>
              <w:right w:w="70" w:type="dxa"/>
            </w:tcMar>
          </w:tcPr>
          <w:p w14:paraId="4A356160" w14:textId="77777777" w:rsidR="00543BDC" w:rsidRDefault="00000000">
            <w:pPr>
              <w:spacing w:after="0" w:line="240" w:lineRule="auto"/>
            </w:pPr>
            <w:r>
              <w:rPr>
                <w:sz w:val="12"/>
              </w:rPr>
              <w:t>İşçi personel ve diğer özlük</w:t>
            </w:r>
          </w:p>
        </w:tc>
        <w:tc>
          <w:tcPr>
            <w:tcW w:w="2835" w:type="dxa"/>
            <w:tcMar>
              <w:top w:w="55" w:type="dxa"/>
              <w:left w:w="70" w:type="dxa"/>
              <w:bottom w:w="55" w:type="dxa"/>
              <w:right w:w="70" w:type="dxa"/>
            </w:tcMar>
          </w:tcPr>
          <w:p w14:paraId="7CE58EC4" w14:textId="77777777" w:rsidR="00543BDC" w:rsidRDefault="00000000">
            <w:pPr>
              <w:spacing w:after="0" w:line="240" w:lineRule="auto"/>
            </w:pPr>
            <w:r>
              <w:rPr>
                <w:sz w:val="12"/>
              </w:rPr>
              <w:t>Çalışma Belgesi Talepleri</w:t>
            </w:r>
            <w:r>
              <w:rPr>
                <w:sz w:val="12"/>
              </w:rPr>
              <w:br/>
              <w:t>İşçi Personelin Çalışma Belgesi Talepleri</w:t>
            </w:r>
          </w:p>
        </w:tc>
        <w:tc>
          <w:tcPr>
            <w:tcW w:w="2268" w:type="dxa"/>
            <w:tcMar>
              <w:top w:w="55" w:type="dxa"/>
              <w:left w:w="70" w:type="dxa"/>
              <w:bottom w:w="55" w:type="dxa"/>
              <w:right w:w="70" w:type="dxa"/>
            </w:tcMar>
          </w:tcPr>
          <w:p w14:paraId="0DA2EED1" w14:textId="77777777" w:rsidR="00543BDC" w:rsidRDefault="00000000">
            <w:pPr>
              <w:spacing w:after="0" w:line="240" w:lineRule="auto"/>
            </w:pPr>
            <w:r>
              <w:rPr>
                <w:sz w:val="12"/>
              </w:rPr>
              <w:t>4857 Sayılı İş Kanunu</w:t>
            </w:r>
          </w:p>
        </w:tc>
        <w:tc>
          <w:tcPr>
            <w:tcW w:w="1134" w:type="dxa"/>
            <w:tcMar>
              <w:top w:w="55" w:type="dxa"/>
              <w:left w:w="70" w:type="dxa"/>
              <w:bottom w:w="55" w:type="dxa"/>
              <w:right w:w="70" w:type="dxa"/>
            </w:tcMar>
          </w:tcPr>
          <w:p w14:paraId="3EB073E9" w14:textId="77777777" w:rsidR="00543BDC" w:rsidRDefault="00000000">
            <w:pPr>
              <w:spacing w:after="0" w:line="240" w:lineRule="auto"/>
            </w:pPr>
            <w:r>
              <w:rPr>
                <w:sz w:val="12"/>
              </w:rPr>
              <w:t>İşçi Personel</w:t>
            </w:r>
          </w:p>
        </w:tc>
        <w:tc>
          <w:tcPr>
            <w:tcW w:w="1928" w:type="dxa"/>
            <w:tcMar>
              <w:top w:w="55" w:type="dxa"/>
              <w:left w:w="70" w:type="dxa"/>
              <w:bottom w:w="55" w:type="dxa"/>
              <w:right w:w="70" w:type="dxa"/>
            </w:tcMar>
          </w:tcPr>
          <w:p w14:paraId="125B7D07" w14:textId="77777777" w:rsidR="00543BDC" w:rsidRDefault="00000000">
            <w:pPr>
              <w:spacing w:after="0" w:line="240" w:lineRule="auto"/>
            </w:pPr>
            <w:r>
              <w:rPr>
                <w:sz w:val="12"/>
              </w:rPr>
              <w:t>İdari Personel ve Kadro İşlemleri</w:t>
            </w:r>
          </w:p>
        </w:tc>
        <w:tc>
          <w:tcPr>
            <w:tcW w:w="3061" w:type="dxa"/>
            <w:tcMar>
              <w:top w:w="55" w:type="dxa"/>
              <w:left w:w="70" w:type="dxa"/>
              <w:bottom w:w="55" w:type="dxa"/>
              <w:right w:w="70" w:type="dxa"/>
            </w:tcMar>
          </w:tcPr>
          <w:p w14:paraId="5AD81EAD" w14:textId="77777777" w:rsidR="00543BDC" w:rsidRDefault="00000000">
            <w:pPr>
              <w:spacing w:after="0" w:line="240" w:lineRule="auto"/>
            </w:pPr>
            <w:r>
              <w:rPr>
                <w:sz w:val="12"/>
              </w:rPr>
              <w:t>Dilekçe</w:t>
            </w:r>
          </w:p>
        </w:tc>
        <w:tc>
          <w:tcPr>
            <w:tcW w:w="850" w:type="dxa"/>
            <w:tcMar>
              <w:top w:w="55" w:type="dxa"/>
              <w:left w:w="70" w:type="dxa"/>
              <w:bottom w:w="55" w:type="dxa"/>
              <w:right w:w="70" w:type="dxa"/>
            </w:tcMar>
          </w:tcPr>
          <w:p w14:paraId="301DC856" w14:textId="77777777" w:rsidR="00543BDC" w:rsidRDefault="00000000">
            <w:pPr>
              <w:spacing w:after="0" w:line="240" w:lineRule="auto"/>
              <w:jc w:val="center"/>
            </w:pPr>
            <w:r>
              <w:rPr>
                <w:sz w:val="12"/>
              </w:rPr>
              <w:t>2 gün</w:t>
            </w:r>
          </w:p>
        </w:tc>
        <w:tc>
          <w:tcPr>
            <w:tcW w:w="850" w:type="dxa"/>
            <w:tcMar>
              <w:top w:w="55" w:type="dxa"/>
              <w:left w:w="70" w:type="dxa"/>
              <w:bottom w:w="55" w:type="dxa"/>
              <w:right w:w="70" w:type="dxa"/>
            </w:tcMar>
          </w:tcPr>
          <w:p w14:paraId="019B5DE4" w14:textId="77777777" w:rsidR="00543BDC" w:rsidRDefault="00000000">
            <w:pPr>
              <w:spacing w:after="0" w:line="240" w:lineRule="auto"/>
              <w:jc w:val="center"/>
            </w:pPr>
            <w:r>
              <w:rPr>
                <w:sz w:val="12"/>
              </w:rPr>
              <w:t>Islak İmza Elektronik</w:t>
            </w:r>
          </w:p>
        </w:tc>
      </w:tr>
      <w:tr w:rsidR="00543BDC" w14:paraId="702886FE" w14:textId="77777777">
        <w:trPr>
          <w:jc w:val="center"/>
        </w:trPr>
        <w:tc>
          <w:tcPr>
            <w:tcW w:w="454" w:type="dxa"/>
            <w:shd w:val="clear" w:color="auto" w:fill="F7F9FC"/>
            <w:tcMar>
              <w:top w:w="55" w:type="dxa"/>
              <w:left w:w="70" w:type="dxa"/>
              <w:bottom w:w="55" w:type="dxa"/>
              <w:right w:w="70" w:type="dxa"/>
            </w:tcMar>
          </w:tcPr>
          <w:p w14:paraId="4BBAB5DC" w14:textId="77777777" w:rsidR="00543BDC" w:rsidRDefault="00000000">
            <w:pPr>
              <w:spacing w:after="0" w:line="240" w:lineRule="auto"/>
              <w:jc w:val="center"/>
            </w:pPr>
            <w:r>
              <w:rPr>
                <w:b/>
                <w:sz w:val="12"/>
              </w:rPr>
              <w:t>104</w:t>
            </w:r>
          </w:p>
        </w:tc>
        <w:tc>
          <w:tcPr>
            <w:tcW w:w="1361" w:type="dxa"/>
            <w:shd w:val="clear" w:color="auto" w:fill="F7F9FC"/>
            <w:tcMar>
              <w:top w:w="55" w:type="dxa"/>
              <w:left w:w="70" w:type="dxa"/>
              <w:bottom w:w="55" w:type="dxa"/>
              <w:right w:w="70" w:type="dxa"/>
            </w:tcMar>
          </w:tcPr>
          <w:p w14:paraId="54DF9502" w14:textId="77777777" w:rsidR="00543BDC" w:rsidRDefault="00000000">
            <w:pPr>
              <w:spacing w:after="0" w:line="240" w:lineRule="auto"/>
            </w:pPr>
            <w:r>
              <w:rPr>
                <w:sz w:val="12"/>
              </w:rPr>
              <w:t>İşçi personel ve diğer özlük</w:t>
            </w:r>
          </w:p>
        </w:tc>
        <w:tc>
          <w:tcPr>
            <w:tcW w:w="2835" w:type="dxa"/>
            <w:shd w:val="clear" w:color="auto" w:fill="F7F9FC"/>
            <w:tcMar>
              <w:top w:w="55" w:type="dxa"/>
              <w:left w:w="70" w:type="dxa"/>
              <w:bottom w:w="55" w:type="dxa"/>
              <w:right w:w="70" w:type="dxa"/>
            </w:tcMar>
          </w:tcPr>
          <w:p w14:paraId="206450A2" w14:textId="77777777" w:rsidR="00543BDC" w:rsidRDefault="00000000">
            <w:pPr>
              <w:spacing w:after="0" w:line="240" w:lineRule="auto"/>
            </w:pPr>
            <w:r>
              <w:rPr>
                <w:sz w:val="12"/>
              </w:rPr>
              <w:t>Promosyon İşlemleri</w:t>
            </w:r>
            <w:r>
              <w:rPr>
                <w:sz w:val="12"/>
              </w:rPr>
              <w:br/>
              <w:t>Göreve Yeni Başlayan veya Ücretsiz İzinden dönen İşçi Personele Promosyon ödemesi yapılması</w:t>
            </w:r>
          </w:p>
        </w:tc>
        <w:tc>
          <w:tcPr>
            <w:tcW w:w="2268" w:type="dxa"/>
            <w:shd w:val="clear" w:color="auto" w:fill="F7F9FC"/>
            <w:tcMar>
              <w:top w:w="55" w:type="dxa"/>
              <w:left w:w="70" w:type="dxa"/>
              <w:bottom w:w="55" w:type="dxa"/>
              <w:right w:w="70" w:type="dxa"/>
            </w:tcMar>
          </w:tcPr>
          <w:p w14:paraId="437627B3" w14:textId="77777777" w:rsidR="00543BDC" w:rsidRDefault="00000000">
            <w:pPr>
              <w:spacing w:after="0" w:line="240" w:lineRule="auto"/>
            </w:pPr>
            <w:r>
              <w:rPr>
                <w:sz w:val="12"/>
              </w:rPr>
              <w:t>Banka Promosyonları ile İlgili 2007/21 Sayılı Başbakanlık Genelgesi Banka Promosyonları ile İlgili 2010/17 Sayılı Başbakanlık Genelgesi Banka protokolü</w:t>
            </w:r>
          </w:p>
        </w:tc>
        <w:tc>
          <w:tcPr>
            <w:tcW w:w="1134" w:type="dxa"/>
            <w:shd w:val="clear" w:color="auto" w:fill="F7F9FC"/>
            <w:tcMar>
              <w:top w:w="55" w:type="dxa"/>
              <w:left w:w="70" w:type="dxa"/>
              <w:bottom w:w="55" w:type="dxa"/>
              <w:right w:w="70" w:type="dxa"/>
            </w:tcMar>
          </w:tcPr>
          <w:p w14:paraId="26DDD77E" w14:textId="77777777" w:rsidR="00543BDC" w:rsidRDefault="00000000">
            <w:pPr>
              <w:spacing w:after="0" w:line="240" w:lineRule="auto"/>
            </w:pPr>
            <w:r>
              <w:rPr>
                <w:sz w:val="12"/>
              </w:rPr>
              <w:t>İşçi Personel</w:t>
            </w:r>
          </w:p>
        </w:tc>
        <w:tc>
          <w:tcPr>
            <w:tcW w:w="1928" w:type="dxa"/>
            <w:shd w:val="clear" w:color="auto" w:fill="F7F9FC"/>
            <w:tcMar>
              <w:top w:w="55" w:type="dxa"/>
              <w:left w:w="70" w:type="dxa"/>
              <w:bottom w:w="55" w:type="dxa"/>
              <w:right w:w="70" w:type="dxa"/>
            </w:tcMar>
          </w:tcPr>
          <w:p w14:paraId="27A0D1F8" w14:textId="77777777" w:rsidR="00543BDC" w:rsidRDefault="00000000">
            <w:pPr>
              <w:spacing w:after="0" w:line="240" w:lineRule="auto"/>
            </w:pPr>
            <w:r>
              <w:rPr>
                <w:sz w:val="12"/>
              </w:rPr>
              <w:t>İdari Personel ve Kadro İşlemleri</w:t>
            </w:r>
          </w:p>
        </w:tc>
        <w:tc>
          <w:tcPr>
            <w:tcW w:w="3061" w:type="dxa"/>
            <w:shd w:val="clear" w:color="auto" w:fill="F7F9FC"/>
            <w:tcMar>
              <w:top w:w="55" w:type="dxa"/>
              <w:left w:w="70" w:type="dxa"/>
              <w:bottom w:w="55" w:type="dxa"/>
              <w:right w:w="70" w:type="dxa"/>
            </w:tcMar>
          </w:tcPr>
          <w:p w14:paraId="5FA3DEB9" w14:textId="77777777" w:rsidR="00543BDC" w:rsidRDefault="00000000">
            <w:pPr>
              <w:spacing w:after="0" w:line="240" w:lineRule="auto"/>
            </w:pPr>
            <w:r>
              <w:rPr>
                <w:sz w:val="12"/>
              </w:rPr>
              <w:t>•Dilekçe •İlgilinin bağlı olduğu birim yazısı</w:t>
            </w:r>
          </w:p>
        </w:tc>
        <w:tc>
          <w:tcPr>
            <w:tcW w:w="850" w:type="dxa"/>
            <w:shd w:val="clear" w:color="auto" w:fill="F7F9FC"/>
            <w:tcMar>
              <w:top w:w="55" w:type="dxa"/>
              <w:left w:w="70" w:type="dxa"/>
              <w:bottom w:w="55" w:type="dxa"/>
              <w:right w:w="70" w:type="dxa"/>
            </w:tcMar>
          </w:tcPr>
          <w:p w14:paraId="2CA451EC" w14:textId="77777777" w:rsidR="00543BDC" w:rsidRDefault="00000000">
            <w:pPr>
              <w:spacing w:after="0" w:line="240" w:lineRule="auto"/>
              <w:jc w:val="center"/>
            </w:pPr>
            <w:r>
              <w:rPr>
                <w:sz w:val="12"/>
              </w:rPr>
              <w:t>1 gün</w:t>
            </w:r>
          </w:p>
        </w:tc>
        <w:tc>
          <w:tcPr>
            <w:tcW w:w="850" w:type="dxa"/>
            <w:shd w:val="clear" w:color="auto" w:fill="F7F9FC"/>
            <w:tcMar>
              <w:top w:w="55" w:type="dxa"/>
              <w:left w:w="70" w:type="dxa"/>
              <w:bottom w:w="55" w:type="dxa"/>
              <w:right w:w="70" w:type="dxa"/>
            </w:tcMar>
          </w:tcPr>
          <w:p w14:paraId="36E7A819" w14:textId="77777777" w:rsidR="00543BDC" w:rsidRDefault="00000000">
            <w:pPr>
              <w:spacing w:after="0" w:line="240" w:lineRule="auto"/>
              <w:jc w:val="center"/>
            </w:pPr>
            <w:r>
              <w:rPr>
                <w:sz w:val="12"/>
              </w:rPr>
              <w:t>Hayır</w:t>
            </w:r>
          </w:p>
        </w:tc>
      </w:tr>
    </w:tbl>
    <w:p w14:paraId="04F9F62D" w14:textId="77777777" w:rsidR="00744B0E" w:rsidRDefault="00744B0E"/>
    <w:sectPr w:rsidR="00744B0E" w:rsidSect="00034616">
      <w:headerReference w:type="default" r:id="rId8"/>
      <w:footerReference w:type="default" r:id="rId9"/>
      <w:pgSz w:w="16838" w:h="11906" w:orient="landscape"/>
      <w:pgMar w:top="765" w:right="709" w:bottom="737" w:left="709"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95843" w14:textId="77777777" w:rsidR="00672BE5" w:rsidRDefault="00672BE5">
      <w:pPr>
        <w:spacing w:after="0" w:line="240" w:lineRule="auto"/>
      </w:pPr>
      <w:r>
        <w:separator/>
      </w:r>
    </w:p>
  </w:endnote>
  <w:endnote w:type="continuationSeparator" w:id="0">
    <w:p w14:paraId="288F4E69" w14:textId="77777777" w:rsidR="00672BE5" w:rsidRDefault="00672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2122" w14:textId="77777777" w:rsidR="00543BDC" w:rsidRDefault="00000000">
    <w:pPr>
      <w:pStyle w:val="AltBilgi"/>
      <w:jc w:val="center"/>
    </w:pPr>
    <w:r>
      <w:rPr>
        <w:color w:val="666666"/>
        <w:sz w:val="16"/>
      </w:rPr>
      <w:t xml:space="preserve">Hizmet </w:t>
    </w:r>
    <w:proofErr w:type="spellStart"/>
    <w:r>
      <w:rPr>
        <w:color w:val="666666"/>
        <w:sz w:val="16"/>
      </w:rPr>
      <w:t>Envanteri</w:t>
    </w:r>
    <w:proofErr w:type="spellEnd"/>
    <w:r>
      <w:rPr>
        <w:color w:val="666666"/>
        <w:sz w:val="16"/>
      </w:rPr>
      <w:t xml:space="preserve"> | </w:t>
    </w:r>
    <w:r>
      <w:fldChar w:fldCharType="begin"/>
    </w:r>
    <w:r>
      <w:instrText>PAGE</w:instrText>
    </w:r>
    <w:r>
      <w:fldChar w:fldCharType="separate"/>
    </w:r>
    <w:r w:rsidR="00DC0BE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BB62" w14:textId="77777777" w:rsidR="00672BE5" w:rsidRDefault="00672BE5">
      <w:pPr>
        <w:spacing w:after="0" w:line="240" w:lineRule="auto"/>
      </w:pPr>
      <w:r>
        <w:separator/>
      </w:r>
    </w:p>
  </w:footnote>
  <w:footnote w:type="continuationSeparator" w:id="0">
    <w:p w14:paraId="6C59C68F" w14:textId="77777777" w:rsidR="00672BE5" w:rsidRDefault="00672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CA6E" w14:textId="77777777" w:rsidR="00543BDC" w:rsidRDefault="00000000">
    <w:pPr>
      <w:pStyle w:val="stBilgi"/>
      <w:jc w:val="right"/>
    </w:pPr>
    <w:r>
      <w:rPr>
        <w:b/>
        <w:color w:val="666666"/>
        <w:sz w:val="15"/>
      </w:rPr>
      <w:t>SAĞLIK BİLİMLERİ ÜNİVERSİTESİ | PERSONEL DAİRE BAŞKANLIĞI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271159413">
    <w:abstractNumId w:val="8"/>
  </w:num>
  <w:num w:numId="2" w16cid:durableId="1747992141">
    <w:abstractNumId w:val="6"/>
  </w:num>
  <w:num w:numId="3" w16cid:durableId="523440420">
    <w:abstractNumId w:val="5"/>
  </w:num>
  <w:num w:numId="4" w16cid:durableId="2026782102">
    <w:abstractNumId w:val="4"/>
  </w:num>
  <w:num w:numId="5" w16cid:durableId="363217094">
    <w:abstractNumId w:val="7"/>
  </w:num>
  <w:num w:numId="6" w16cid:durableId="1270159203">
    <w:abstractNumId w:val="3"/>
  </w:num>
  <w:num w:numId="7" w16cid:durableId="1613321366">
    <w:abstractNumId w:val="2"/>
  </w:num>
  <w:num w:numId="8" w16cid:durableId="1955289003">
    <w:abstractNumId w:val="1"/>
  </w:num>
  <w:num w:numId="9" w16cid:durableId="10493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40F3"/>
    <w:rsid w:val="0029639D"/>
    <w:rsid w:val="00326F90"/>
    <w:rsid w:val="003E0869"/>
    <w:rsid w:val="00543BDC"/>
    <w:rsid w:val="00672BE5"/>
    <w:rsid w:val="00744B0E"/>
    <w:rsid w:val="00854653"/>
    <w:rsid w:val="00AA1D8D"/>
    <w:rsid w:val="00AF07C3"/>
    <w:rsid w:val="00B47730"/>
    <w:rsid w:val="00CB0664"/>
    <w:rsid w:val="00DC0BEC"/>
    <w:rsid w:val="00F57B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73489E"/>
  <w14:defaultImageDpi w14:val="300"/>
  <w15:docId w15:val="{9DE8351F-A265-4CDC-9A61-2D7F8338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18"/>
    </w:rPr>
  </w:style>
  <w:style w:type="paragraph" w:styleId="Balk1">
    <w:name w:val="heading 1"/>
    <w:basedOn w:val="Normal"/>
    <w:next w:val="Normal"/>
    <w:link w:val="Balk1Char"/>
    <w:uiPriority w:val="9"/>
    <w:qFormat/>
    <w:rsid w:val="00FC693F"/>
    <w:pPr>
      <w:keepNext/>
      <w:keepLines/>
      <w:spacing w:before="240" w:after="120"/>
      <w:outlineLvl w:val="0"/>
    </w:pPr>
    <w:rPr>
      <w:rFonts w:asciiTheme="majorHAnsi" w:eastAsiaTheme="majorEastAsia" w:hAnsiTheme="majorHAnsi" w:cstheme="majorBidi"/>
      <w:b/>
      <w:bCs/>
      <w:color w:val="2F5597"/>
      <w:sz w:val="30"/>
      <w:szCs w:val="28"/>
    </w:rPr>
  </w:style>
  <w:style w:type="paragraph" w:styleId="Balk2">
    <w:name w:val="heading 2"/>
    <w:basedOn w:val="Normal"/>
    <w:next w:val="Normal"/>
    <w:link w:val="Balk2Char"/>
    <w:uiPriority w:val="9"/>
    <w:unhideWhenUsed/>
    <w:qFormat/>
    <w:rsid w:val="00FC693F"/>
    <w:pPr>
      <w:keepNext/>
      <w:keepLines/>
      <w:spacing w:before="180"/>
      <w:outlineLvl w:val="1"/>
    </w:pPr>
    <w:rPr>
      <w:rFonts w:asciiTheme="majorHAnsi" w:eastAsiaTheme="majorEastAsia" w:hAnsiTheme="majorHAnsi" w:cstheme="majorBidi"/>
      <w:b/>
      <w:bCs/>
      <w:color w:val="2F5597"/>
      <w:sz w:val="24"/>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5937</Words>
  <Characters>33847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SBÜ Personel Daire Başkanlığı Hizmet Envanteri</dc:title>
  <dc:subject>105 hizmetten oluşan uyarlanmış hizmet envanteri</dc:subject>
  <dc:creator>Sağlık Bilimleri Üniversitesi Personel Daire Başkanlığı</dc:creator>
  <cp:keywords/>
  <dc:description>generated by python-docx</dc:description>
  <cp:lastModifiedBy>Ilhan BİSGİN</cp:lastModifiedBy>
  <cp:revision>5</cp:revision>
  <dcterms:created xsi:type="dcterms:W3CDTF">2013-12-23T23:15:00Z</dcterms:created>
  <dcterms:modified xsi:type="dcterms:W3CDTF">2026-08-31T07:32:00Z</dcterms:modified>
  <cp:category/>
</cp:coreProperties>
</file>