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0" w:type="auto"/>
        <w:tblInd w:w="38" w:type="dxa"/>
        <w:tblLook w:val="04A0" w:firstRow="1" w:lastRow="0" w:firstColumn="1" w:lastColumn="0" w:noHBand="0" w:noVBand="1"/>
      </w:tblPr>
      <w:tblGrid>
        <w:gridCol w:w="2338"/>
        <w:gridCol w:w="4253"/>
        <w:gridCol w:w="2189"/>
      </w:tblGrid>
      <w:tr w:rsidR="006B2CC7" w:rsidRPr="00DA0212" w14:paraId="36B0CC32" w14:textId="77777777" w:rsidTr="00DA0212">
        <w:tc>
          <w:tcPr>
            <w:tcW w:w="2338" w:type="dxa"/>
            <w:vAlign w:val="center"/>
          </w:tcPr>
          <w:p w14:paraId="5F206A8B" w14:textId="2AE76DAB" w:rsidR="006B2CC7" w:rsidRPr="00DA0212" w:rsidRDefault="00DA0212" w:rsidP="00DA0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E596ED8" wp14:editId="0636972A">
                  <wp:extent cx="720000" cy="720000"/>
                  <wp:effectExtent l="0" t="0" r="4445" b="4445"/>
                  <wp:docPr id="1785350203" name="Resim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14:paraId="43FA20FE" w14:textId="0BC325AB" w:rsidR="00805A68" w:rsidRDefault="00805A68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TC</w:t>
            </w:r>
          </w:p>
          <w:p w14:paraId="794428CD" w14:textId="5888BA68" w:rsidR="00DA0212" w:rsidRDefault="00805A68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SAĞLIK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BİLİMLERİ</w:t>
            </w: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ÜNİVERSİTESİ</w:t>
            </w: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3DD6734" w14:textId="74D2D8AF" w:rsidR="00DA0212" w:rsidRDefault="00805A68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GÜLHANE </w:t>
            </w:r>
          </w:p>
          <w:p w14:paraId="29996755" w14:textId="60BE29F4" w:rsidR="006B2CC7" w:rsidRDefault="00805A68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FİZYOTERAPİ</w:t>
            </w: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 VE REHABILITASYON FAKÜLTESI</w:t>
            </w:r>
          </w:p>
          <w:p w14:paraId="284EB134" w14:textId="77777777" w:rsidR="00DA0212" w:rsidRPr="00DA0212" w:rsidRDefault="00DA0212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A43A99" w14:textId="6BEBB573" w:rsidR="00DA0212" w:rsidRPr="00DA0212" w:rsidRDefault="00DA0212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PUKÖ </w:t>
            </w:r>
            <w:r w:rsidR="00805A68">
              <w:rPr>
                <w:rFonts w:ascii="Times New Roman" w:hAnsi="Times New Roman" w:cs="Times New Roman"/>
                <w:sz w:val="24"/>
                <w:szCs w:val="24"/>
              </w:rPr>
              <w:t>DÖNGÜSÜ</w:t>
            </w: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 FORMU</w:t>
            </w:r>
          </w:p>
        </w:tc>
        <w:tc>
          <w:tcPr>
            <w:tcW w:w="2189" w:type="dxa"/>
            <w:vAlign w:val="center"/>
          </w:tcPr>
          <w:p w14:paraId="1FA5CCDC" w14:textId="489C77E5" w:rsidR="006B2CC7" w:rsidRPr="00DA0212" w:rsidRDefault="00DA0212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5B076BE" wp14:editId="2FD5FA0A">
                  <wp:extent cx="720000" cy="720000"/>
                  <wp:effectExtent l="0" t="0" r="4445" b="4445"/>
                  <wp:docPr id="574758713" name="Resim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2CC7" w:rsidRPr="00DA0212" w14:paraId="73D91828" w14:textId="77777777" w:rsidTr="00DA0212">
        <w:trPr>
          <w:trHeight w:val="454"/>
        </w:trPr>
        <w:tc>
          <w:tcPr>
            <w:tcW w:w="8780" w:type="dxa"/>
            <w:gridSpan w:val="3"/>
            <w:vAlign w:val="center"/>
          </w:tcPr>
          <w:p w14:paraId="15B8F699" w14:textId="4501399D" w:rsidR="006B2CC7" w:rsidRPr="00DA0212" w:rsidRDefault="006B2CC7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TANIMLAMA</w:t>
            </w:r>
          </w:p>
        </w:tc>
      </w:tr>
      <w:tr w:rsidR="006B2CC7" w:rsidRPr="00DA0212" w14:paraId="5EEAC2B0" w14:textId="77777777" w:rsidTr="00DA0212">
        <w:trPr>
          <w:trHeight w:val="397"/>
        </w:trPr>
        <w:tc>
          <w:tcPr>
            <w:tcW w:w="2338" w:type="dxa"/>
          </w:tcPr>
          <w:p w14:paraId="6A80A8CB" w14:textId="14424E2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Birim</w:t>
            </w:r>
          </w:p>
        </w:tc>
        <w:tc>
          <w:tcPr>
            <w:tcW w:w="6442" w:type="dxa"/>
            <w:gridSpan w:val="2"/>
          </w:tcPr>
          <w:p w14:paraId="64D87419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58D36BF9" w14:textId="77777777" w:rsidTr="00DA0212">
        <w:trPr>
          <w:trHeight w:val="397"/>
        </w:trPr>
        <w:tc>
          <w:tcPr>
            <w:tcW w:w="2338" w:type="dxa"/>
          </w:tcPr>
          <w:p w14:paraId="6F3BD172" w14:textId="3DFE5610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Konu</w:t>
            </w:r>
          </w:p>
        </w:tc>
        <w:tc>
          <w:tcPr>
            <w:tcW w:w="6442" w:type="dxa"/>
            <w:gridSpan w:val="2"/>
          </w:tcPr>
          <w:p w14:paraId="64DEF7C0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6CB1A797" w14:textId="77777777" w:rsidTr="00DA0212">
        <w:trPr>
          <w:trHeight w:val="397"/>
        </w:trPr>
        <w:tc>
          <w:tcPr>
            <w:tcW w:w="2338" w:type="dxa"/>
          </w:tcPr>
          <w:p w14:paraId="41E20686" w14:textId="5024F6BC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İlgili Kontrol Faaliyeti ve Paydaş Katılımı</w:t>
            </w:r>
          </w:p>
        </w:tc>
        <w:tc>
          <w:tcPr>
            <w:tcW w:w="6442" w:type="dxa"/>
            <w:gridSpan w:val="2"/>
          </w:tcPr>
          <w:p w14:paraId="17211F12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015594C7" w14:textId="77777777" w:rsidTr="00DA0212">
        <w:trPr>
          <w:trHeight w:val="397"/>
        </w:trPr>
        <w:tc>
          <w:tcPr>
            <w:tcW w:w="2338" w:type="dxa"/>
          </w:tcPr>
          <w:p w14:paraId="76773294" w14:textId="5188D87D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Hazırlama Tarihi</w:t>
            </w:r>
          </w:p>
        </w:tc>
        <w:tc>
          <w:tcPr>
            <w:tcW w:w="6442" w:type="dxa"/>
            <w:gridSpan w:val="2"/>
          </w:tcPr>
          <w:p w14:paraId="55DC592A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1AD1FC7E" w14:textId="77777777" w:rsidTr="00DA0212">
        <w:trPr>
          <w:trHeight w:val="397"/>
        </w:trPr>
        <w:tc>
          <w:tcPr>
            <w:tcW w:w="8780" w:type="dxa"/>
            <w:gridSpan w:val="3"/>
            <w:vAlign w:val="center"/>
          </w:tcPr>
          <w:p w14:paraId="5016EEBF" w14:textId="2496CF53" w:rsidR="006B2CC7" w:rsidRPr="00DA0212" w:rsidRDefault="006B2CC7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PLANLAMA</w:t>
            </w:r>
          </w:p>
        </w:tc>
      </w:tr>
      <w:tr w:rsidR="006B2CC7" w:rsidRPr="00DA0212" w14:paraId="35D5C856" w14:textId="77777777" w:rsidTr="00DA0212">
        <w:trPr>
          <w:trHeight w:val="397"/>
        </w:trPr>
        <w:tc>
          <w:tcPr>
            <w:tcW w:w="2338" w:type="dxa"/>
          </w:tcPr>
          <w:p w14:paraId="2F02EF38" w14:textId="77C42AEA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6442" w:type="dxa"/>
            <w:gridSpan w:val="2"/>
          </w:tcPr>
          <w:p w14:paraId="77C75A07" w14:textId="4DEA426B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69ADB23D" w14:textId="77777777" w:rsidTr="00DA0212">
        <w:trPr>
          <w:trHeight w:val="397"/>
        </w:trPr>
        <w:tc>
          <w:tcPr>
            <w:tcW w:w="2338" w:type="dxa"/>
          </w:tcPr>
          <w:p w14:paraId="1D93E5F9" w14:textId="30142AC0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6442" w:type="dxa"/>
            <w:gridSpan w:val="2"/>
          </w:tcPr>
          <w:p w14:paraId="2757ADA7" w14:textId="6BE7256E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3A800E8D" w14:textId="77777777" w:rsidTr="00DA0212">
        <w:trPr>
          <w:trHeight w:val="397"/>
        </w:trPr>
        <w:tc>
          <w:tcPr>
            <w:tcW w:w="2338" w:type="dxa"/>
          </w:tcPr>
          <w:p w14:paraId="55E5CC9A" w14:textId="3DB4230E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Kanıt</w:t>
            </w:r>
          </w:p>
        </w:tc>
        <w:tc>
          <w:tcPr>
            <w:tcW w:w="6442" w:type="dxa"/>
            <w:gridSpan w:val="2"/>
          </w:tcPr>
          <w:p w14:paraId="479BAE71" w14:textId="59E589D6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6B1A7509" w14:textId="77777777" w:rsidTr="00DA0212">
        <w:trPr>
          <w:trHeight w:val="397"/>
        </w:trPr>
        <w:tc>
          <w:tcPr>
            <w:tcW w:w="2338" w:type="dxa"/>
          </w:tcPr>
          <w:p w14:paraId="699024ED" w14:textId="0DBCEA4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Planlama Periyodu</w:t>
            </w:r>
          </w:p>
        </w:tc>
        <w:tc>
          <w:tcPr>
            <w:tcW w:w="6442" w:type="dxa"/>
            <w:gridSpan w:val="2"/>
          </w:tcPr>
          <w:p w14:paraId="5DBB0778" w14:textId="65EDA998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11795F43" w14:textId="77777777" w:rsidTr="00DA0212">
        <w:trPr>
          <w:trHeight w:val="397"/>
        </w:trPr>
        <w:tc>
          <w:tcPr>
            <w:tcW w:w="8780" w:type="dxa"/>
            <w:gridSpan w:val="3"/>
            <w:vAlign w:val="center"/>
          </w:tcPr>
          <w:p w14:paraId="0F678581" w14:textId="20EBF94E" w:rsidR="006B2CC7" w:rsidRPr="00DA0212" w:rsidRDefault="006B2CC7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</w:tc>
      </w:tr>
      <w:tr w:rsidR="006B2CC7" w:rsidRPr="00DA0212" w14:paraId="50003428" w14:textId="77777777" w:rsidTr="00DA0212">
        <w:trPr>
          <w:trHeight w:val="397"/>
        </w:trPr>
        <w:tc>
          <w:tcPr>
            <w:tcW w:w="2338" w:type="dxa"/>
          </w:tcPr>
          <w:p w14:paraId="3699B252" w14:textId="30CD437B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6442" w:type="dxa"/>
            <w:gridSpan w:val="2"/>
          </w:tcPr>
          <w:p w14:paraId="415AB5E0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0CBCBBD3" w14:textId="77777777" w:rsidTr="00DA0212">
        <w:trPr>
          <w:trHeight w:val="397"/>
        </w:trPr>
        <w:tc>
          <w:tcPr>
            <w:tcW w:w="2338" w:type="dxa"/>
          </w:tcPr>
          <w:p w14:paraId="6BA7462A" w14:textId="4DA2805A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6442" w:type="dxa"/>
            <w:gridSpan w:val="2"/>
          </w:tcPr>
          <w:p w14:paraId="0B3BB5DE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62284042" w14:textId="77777777" w:rsidTr="00DA0212">
        <w:trPr>
          <w:trHeight w:val="397"/>
        </w:trPr>
        <w:tc>
          <w:tcPr>
            <w:tcW w:w="2338" w:type="dxa"/>
          </w:tcPr>
          <w:p w14:paraId="12992087" w14:textId="6E22DF26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Kanıt</w:t>
            </w:r>
          </w:p>
        </w:tc>
        <w:tc>
          <w:tcPr>
            <w:tcW w:w="6442" w:type="dxa"/>
            <w:gridSpan w:val="2"/>
          </w:tcPr>
          <w:p w14:paraId="17819B1C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07FD1D30" w14:textId="77777777" w:rsidTr="00DA0212">
        <w:trPr>
          <w:trHeight w:val="397"/>
        </w:trPr>
        <w:tc>
          <w:tcPr>
            <w:tcW w:w="2338" w:type="dxa"/>
          </w:tcPr>
          <w:p w14:paraId="561E8245" w14:textId="48D01AF2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 Periyodu</w:t>
            </w:r>
          </w:p>
        </w:tc>
        <w:tc>
          <w:tcPr>
            <w:tcW w:w="6442" w:type="dxa"/>
            <w:gridSpan w:val="2"/>
          </w:tcPr>
          <w:p w14:paraId="6B787A6A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7862303E" w14:textId="77777777" w:rsidTr="00DA0212">
        <w:trPr>
          <w:trHeight w:val="397"/>
        </w:trPr>
        <w:tc>
          <w:tcPr>
            <w:tcW w:w="8780" w:type="dxa"/>
            <w:gridSpan w:val="3"/>
            <w:vAlign w:val="center"/>
          </w:tcPr>
          <w:p w14:paraId="6A05B79F" w14:textId="28D741D3" w:rsidR="006B2CC7" w:rsidRPr="00DA0212" w:rsidRDefault="006B2CC7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</w:p>
        </w:tc>
      </w:tr>
      <w:tr w:rsidR="006B2CC7" w:rsidRPr="00DA0212" w14:paraId="71774C07" w14:textId="77777777" w:rsidTr="00DA0212">
        <w:trPr>
          <w:trHeight w:val="397"/>
        </w:trPr>
        <w:tc>
          <w:tcPr>
            <w:tcW w:w="2338" w:type="dxa"/>
          </w:tcPr>
          <w:p w14:paraId="5F264B4A" w14:textId="2B5B4188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6442" w:type="dxa"/>
            <w:gridSpan w:val="2"/>
          </w:tcPr>
          <w:p w14:paraId="5B233A10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3CA1E6E8" w14:textId="77777777" w:rsidTr="00DA0212">
        <w:trPr>
          <w:trHeight w:val="397"/>
        </w:trPr>
        <w:tc>
          <w:tcPr>
            <w:tcW w:w="2338" w:type="dxa"/>
          </w:tcPr>
          <w:p w14:paraId="6E98AC86" w14:textId="66EDD1E0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6442" w:type="dxa"/>
            <w:gridSpan w:val="2"/>
          </w:tcPr>
          <w:p w14:paraId="721F7A40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709639F1" w14:textId="77777777" w:rsidTr="00DA0212">
        <w:trPr>
          <w:trHeight w:val="397"/>
        </w:trPr>
        <w:tc>
          <w:tcPr>
            <w:tcW w:w="2338" w:type="dxa"/>
          </w:tcPr>
          <w:p w14:paraId="5C792DDC" w14:textId="4C99658D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Kanıt</w:t>
            </w:r>
          </w:p>
        </w:tc>
        <w:tc>
          <w:tcPr>
            <w:tcW w:w="6442" w:type="dxa"/>
            <w:gridSpan w:val="2"/>
          </w:tcPr>
          <w:p w14:paraId="2FE1480F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638F21C1" w14:textId="77777777" w:rsidTr="00DA0212">
        <w:trPr>
          <w:trHeight w:val="397"/>
        </w:trPr>
        <w:tc>
          <w:tcPr>
            <w:tcW w:w="2338" w:type="dxa"/>
          </w:tcPr>
          <w:p w14:paraId="70E59E2C" w14:textId="2E2871C0" w:rsidR="006B2CC7" w:rsidRPr="00DA0212" w:rsidRDefault="00DA0212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Kontrol</w:t>
            </w:r>
            <w:r w:rsidR="006B2CC7"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 Periyodu</w:t>
            </w:r>
          </w:p>
        </w:tc>
        <w:tc>
          <w:tcPr>
            <w:tcW w:w="6442" w:type="dxa"/>
            <w:gridSpan w:val="2"/>
          </w:tcPr>
          <w:p w14:paraId="33F1EFF4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1AEB807F" w14:textId="77777777" w:rsidTr="00DA0212">
        <w:trPr>
          <w:trHeight w:val="397"/>
        </w:trPr>
        <w:tc>
          <w:tcPr>
            <w:tcW w:w="8780" w:type="dxa"/>
            <w:gridSpan w:val="3"/>
            <w:vAlign w:val="center"/>
          </w:tcPr>
          <w:p w14:paraId="6A6AB696" w14:textId="19956A5A" w:rsidR="006B2CC7" w:rsidRPr="00DA0212" w:rsidRDefault="006B2CC7" w:rsidP="006B2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ÖNLEM-İYİLEŞTİRME</w:t>
            </w:r>
          </w:p>
        </w:tc>
      </w:tr>
      <w:tr w:rsidR="006B2CC7" w:rsidRPr="00DA0212" w14:paraId="6F909F03" w14:textId="77777777" w:rsidTr="00DA0212">
        <w:trPr>
          <w:trHeight w:val="397"/>
        </w:trPr>
        <w:tc>
          <w:tcPr>
            <w:tcW w:w="2338" w:type="dxa"/>
          </w:tcPr>
          <w:p w14:paraId="757F1595" w14:textId="24A5C566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Faaliyet</w:t>
            </w:r>
          </w:p>
        </w:tc>
        <w:tc>
          <w:tcPr>
            <w:tcW w:w="6442" w:type="dxa"/>
            <w:gridSpan w:val="2"/>
          </w:tcPr>
          <w:p w14:paraId="276BD9D6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01B53545" w14:textId="77777777" w:rsidTr="00DA0212">
        <w:trPr>
          <w:trHeight w:val="397"/>
        </w:trPr>
        <w:tc>
          <w:tcPr>
            <w:tcW w:w="2338" w:type="dxa"/>
          </w:tcPr>
          <w:p w14:paraId="0BBDCB6A" w14:textId="0692A164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Sorumlu</w:t>
            </w:r>
          </w:p>
        </w:tc>
        <w:tc>
          <w:tcPr>
            <w:tcW w:w="6442" w:type="dxa"/>
            <w:gridSpan w:val="2"/>
          </w:tcPr>
          <w:p w14:paraId="0B3169D1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3696BC3A" w14:textId="77777777" w:rsidTr="00DA0212">
        <w:trPr>
          <w:trHeight w:val="397"/>
        </w:trPr>
        <w:tc>
          <w:tcPr>
            <w:tcW w:w="2338" w:type="dxa"/>
          </w:tcPr>
          <w:p w14:paraId="0CF60C05" w14:textId="424629CF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Kanıt</w:t>
            </w:r>
          </w:p>
        </w:tc>
        <w:tc>
          <w:tcPr>
            <w:tcW w:w="6442" w:type="dxa"/>
            <w:gridSpan w:val="2"/>
          </w:tcPr>
          <w:p w14:paraId="5637D297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CC7" w:rsidRPr="00DA0212" w14:paraId="0D3B3D5F" w14:textId="77777777" w:rsidTr="00DA0212">
        <w:trPr>
          <w:trHeight w:val="454"/>
        </w:trPr>
        <w:tc>
          <w:tcPr>
            <w:tcW w:w="2338" w:type="dxa"/>
          </w:tcPr>
          <w:p w14:paraId="32D0BC2A" w14:textId="637C733A" w:rsidR="006B2CC7" w:rsidRPr="00DA0212" w:rsidRDefault="00DA0212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0212">
              <w:rPr>
                <w:rFonts w:ascii="Times New Roman" w:hAnsi="Times New Roman" w:cs="Times New Roman"/>
                <w:sz w:val="24"/>
                <w:szCs w:val="24"/>
              </w:rPr>
              <w:t>Önlem</w:t>
            </w:r>
            <w:r w:rsidR="006B2CC7" w:rsidRPr="00DA0212">
              <w:rPr>
                <w:rFonts w:ascii="Times New Roman" w:hAnsi="Times New Roman" w:cs="Times New Roman"/>
                <w:sz w:val="24"/>
                <w:szCs w:val="24"/>
              </w:rPr>
              <w:t xml:space="preserve"> Periyodu</w:t>
            </w:r>
          </w:p>
        </w:tc>
        <w:tc>
          <w:tcPr>
            <w:tcW w:w="6442" w:type="dxa"/>
            <w:gridSpan w:val="2"/>
          </w:tcPr>
          <w:p w14:paraId="0CCF7153" w14:textId="77777777" w:rsidR="006B2CC7" w:rsidRPr="00DA0212" w:rsidRDefault="006B2CC7" w:rsidP="006B2CC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AE1CBA" w14:textId="239793FD" w:rsidR="00AD67BC" w:rsidRPr="00DA0212" w:rsidRDefault="00AD67BC" w:rsidP="006B2CC7">
      <w:pPr>
        <w:rPr>
          <w:rFonts w:ascii="Times New Roman" w:hAnsi="Times New Roman" w:cs="Times New Roman"/>
          <w:sz w:val="24"/>
          <w:szCs w:val="24"/>
        </w:rPr>
      </w:pPr>
    </w:p>
    <w:sectPr w:rsidR="00AD67BC" w:rsidRPr="00DA021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72132">
    <w:abstractNumId w:val="8"/>
  </w:num>
  <w:num w:numId="2" w16cid:durableId="1375960734">
    <w:abstractNumId w:val="6"/>
  </w:num>
  <w:num w:numId="3" w16cid:durableId="571503359">
    <w:abstractNumId w:val="5"/>
  </w:num>
  <w:num w:numId="4" w16cid:durableId="2120830297">
    <w:abstractNumId w:val="4"/>
  </w:num>
  <w:num w:numId="5" w16cid:durableId="659235455">
    <w:abstractNumId w:val="7"/>
  </w:num>
  <w:num w:numId="6" w16cid:durableId="178206775">
    <w:abstractNumId w:val="3"/>
  </w:num>
  <w:num w:numId="7" w16cid:durableId="1221022083">
    <w:abstractNumId w:val="2"/>
  </w:num>
  <w:num w:numId="8" w16cid:durableId="865559869">
    <w:abstractNumId w:val="1"/>
  </w:num>
  <w:num w:numId="9" w16cid:durableId="2090151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B2CC7"/>
    <w:rsid w:val="007E1C32"/>
    <w:rsid w:val="00805A68"/>
    <w:rsid w:val="00AA1D8D"/>
    <w:rsid w:val="00AD67BC"/>
    <w:rsid w:val="00B47730"/>
    <w:rsid w:val="00CB0664"/>
    <w:rsid w:val="00DA021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C4FF63"/>
  <w14:defaultImageDpi w14:val="300"/>
  <w15:docId w15:val="{0CC9CA79-0110-44D1-807D-21846864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DA021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DA02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339</Characters>
  <Application>Microsoft Office Word</Application>
  <DocSecurity>0</DocSecurity>
  <Lines>339</Lines>
  <Paragraphs>109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Suleyman Furkan HANGUN</cp:lastModifiedBy>
  <cp:revision>3</cp:revision>
  <dcterms:created xsi:type="dcterms:W3CDTF">2013-12-23T23:15:00Z</dcterms:created>
  <dcterms:modified xsi:type="dcterms:W3CDTF">2025-12-30T14:44:00Z</dcterms:modified>
  <cp:category/>
</cp:coreProperties>
</file>