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4541" w14:textId="33FA411A" w:rsidR="00F51F41" w:rsidRDefault="00AF3BFB" w:rsidP="00144F63">
      <w:pPr>
        <w:spacing w:after="60"/>
        <w:rPr>
          <w:b/>
          <w:sz w:val="26"/>
        </w:rPr>
      </w:pPr>
      <w:r>
        <w:rPr>
          <w:b/>
          <w:noProof/>
          <w:sz w:val="26"/>
        </w:rPr>
        <w:drawing>
          <wp:anchor distT="0" distB="0" distL="114300" distR="114300" simplePos="0" relativeHeight="251658240" behindDoc="0" locked="0" layoutInCell="1" allowOverlap="1" wp14:anchorId="50694478" wp14:editId="28510321">
            <wp:simplePos x="0" y="0"/>
            <wp:positionH relativeFrom="column">
              <wp:posOffset>-186690</wp:posOffset>
            </wp:positionH>
            <wp:positionV relativeFrom="paragraph">
              <wp:posOffset>266700</wp:posOffset>
            </wp:positionV>
            <wp:extent cx="1420495" cy="1420495"/>
            <wp:effectExtent l="0" t="0" r="8255" b="8255"/>
            <wp:wrapThrough wrapText="bothSides">
              <wp:wrapPolygon edited="0">
                <wp:start x="7532" y="0"/>
                <wp:lineTo x="5214" y="869"/>
                <wp:lineTo x="1159" y="3766"/>
                <wp:lineTo x="0" y="7242"/>
                <wp:lineTo x="0" y="14484"/>
                <wp:lineTo x="2317" y="18539"/>
                <wp:lineTo x="6662" y="21436"/>
                <wp:lineTo x="7532" y="21436"/>
                <wp:lineTo x="13904" y="21436"/>
                <wp:lineTo x="14773" y="21436"/>
                <wp:lineTo x="19118" y="18539"/>
                <wp:lineTo x="21436" y="14484"/>
                <wp:lineTo x="21436" y="7242"/>
                <wp:lineTo x="20567" y="4055"/>
                <wp:lineTo x="16222" y="869"/>
                <wp:lineTo x="13904" y="0"/>
                <wp:lineTo x="7532" y="0"/>
              </wp:wrapPolygon>
            </wp:wrapThrough>
            <wp:docPr id="169938807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EEB068" w14:textId="2CD9B90F" w:rsidR="00AF3BFB" w:rsidRPr="00AF3BFB" w:rsidRDefault="00AF3BFB" w:rsidP="00AF3BFB">
      <w:pPr>
        <w:spacing w:after="60"/>
        <w:rPr>
          <w:b/>
          <w:sz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97AE42" wp14:editId="7BD46029">
            <wp:simplePos x="0" y="0"/>
            <wp:positionH relativeFrom="column">
              <wp:posOffset>4817110</wp:posOffset>
            </wp:positionH>
            <wp:positionV relativeFrom="paragraph">
              <wp:posOffset>6350</wp:posOffset>
            </wp:positionV>
            <wp:extent cx="1429972" cy="1438275"/>
            <wp:effectExtent l="0" t="0" r="0" b="0"/>
            <wp:wrapSquare wrapText="bothSides"/>
            <wp:docPr id="134006744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8" t="6356" r="6113" b="5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972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BF251C2" w14:textId="08AD4044" w:rsidR="00AF3BFB" w:rsidRPr="00AF3BFB" w:rsidRDefault="00AF3BFB" w:rsidP="00AF3BFB">
      <w:pPr>
        <w:spacing w:after="60"/>
        <w:jc w:val="center"/>
        <w:rPr>
          <w:b/>
          <w:sz w:val="26"/>
        </w:rPr>
      </w:pPr>
      <w:r w:rsidRPr="00AF3BFB">
        <w:rPr>
          <w:b/>
          <w:sz w:val="26"/>
        </w:rPr>
        <w:t>SAĞLIK BİLİMLERİ ÜNİVERSİTESİ</w:t>
      </w:r>
    </w:p>
    <w:p w14:paraId="7A37605B" w14:textId="77777777" w:rsidR="00AF3BFB" w:rsidRPr="00AF3BFB" w:rsidRDefault="00AF3BFB" w:rsidP="00AF3BFB">
      <w:pPr>
        <w:spacing w:after="60"/>
        <w:jc w:val="center"/>
        <w:rPr>
          <w:b/>
          <w:sz w:val="26"/>
        </w:rPr>
      </w:pPr>
      <w:r w:rsidRPr="00AF3BFB">
        <w:rPr>
          <w:b/>
          <w:sz w:val="26"/>
        </w:rPr>
        <w:t>HAMİDİYE SAĞLIK BİLİMLERİ ENSTİTÜSÜ</w:t>
      </w:r>
    </w:p>
    <w:p w14:paraId="39787DF1" w14:textId="48F3EA7B" w:rsidR="00AF3BFB" w:rsidRPr="00AF3BFB" w:rsidRDefault="00AF3BFB" w:rsidP="00AF3BFB">
      <w:pPr>
        <w:spacing w:after="60"/>
        <w:jc w:val="center"/>
        <w:rPr>
          <w:b/>
          <w:sz w:val="26"/>
        </w:rPr>
      </w:pPr>
    </w:p>
    <w:p w14:paraId="3CFDE7C9" w14:textId="65669E74" w:rsidR="00F51F41" w:rsidRDefault="00AF3BFB" w:rsidP="00AF3BFB">
      <w:pPr>
        <w:spacing w:after="60"/>
        <w:jc w:val="center"/>
        <w:rPr>
          <w:b/>
          <w:sz w:val="26"/>
        </w:rPr>
      </w:pPr>
      <w:r w:rsidRPr="00AF3BFB">
        <w:rPr>
          <w:b/>
          <w:sz w:val="26"/>
        </w:rPr>
        <w:t>DOKTORA ÖĞRENCİ PORTFOLYOSU</w:t>
      </w:r>
      <w:r w:rsidRPr="00AF3BFB">
        <w:rPr>
          <w:b/>
          <w:noProof/>
          <w:sz w:val="26"/>
        </w:rPr>
        <w:t xml:space="preserve"> </w:t>
      </w:r>
      <w:r>
        <w:rPr>
          <w:b/>
          <w:sz w:val="26"/>
        </w:rPr>
        <w:br w:type="textWrapping" w:clear="all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9B1F74" w14:paraId="2EA6D914" w14:textId="77777777">
        <w:trPr>
          <w:jc w:val="center"/>
        </w:trPr>
        <w:tc>
          <w:tcPr>
            <w:tcW w:w="4986" w:type="dxa"/>
            <w:vAlign w:val="center"/>
          </w:tcPr>
          <w:p w14:paraId="1AA7173F" w14:textId="389A0BFD" w:rsidR="009B1F74" w:rsidRDefault="009B1F74">
            <w:pPr>
              <w:spacing w:after="0"/>
            </w:pPr>
          </w:p>
        </w:tc>
        <w:tc>
          <w:tcPr>
            <w:tcW w:w="4986" w:type="dxa"/>
            <w:vAlign w:val="center"/>
          </w:tcPr>
          <w:p w14:paraId="173385F5" w14:textId="60D3CE31" w:rsidR="009B1F74" w:rsidRDefault="009B1F74">
            <w:pPr>
              <w:spacing w:after="0"/>
            </w:pPr>
          </w:p>
        </w:tc>
      </w:tr>
    </w:tbl>
    <w:p w14:paraId="51E29C45" w14:textId="77777777" w:rsidR="009B1F74" w:rsidRDefault="009B1F74"/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9B1F74" w14:paraId="3AEE29F2" w14:textId="77777777">
        <w:trPr>
          <w:jc w:val="center"/>
        </w:trPr>
        <w:tc>
          <w:tcPr>
            <w:tcW w:w="4986" w:type="dxa"/>
            <w:shd w:val="clear" w:color="auto" w:fill="D9E2F3"/>
            <w:vAlign w:val="center"/>
          </w:tcPr>
          <w:p w14:paraId="7D91F242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Öğrenci Adı Soyadı</w:t>
            </w:r>
          </w:p>
        </w:tc>
        <w:tc>
          <w:tcPr>
            <w:tcW w:w="4986" w:type="dxa"/>
            <w:vAlign w:val="center"/>
          </w:tcPr>
          <w:p w14:paraId="6307BD18" w14:textId="77777777" w:rsidR="009B1F74" w:rsidRDefault="009B1F74">
            <w:pPr>
              <w:spacing w:after="0"/>
            </w:pPr>
          </w:p>
        </w:tc>
      </w:tr>
      <w:tr w:rsidR="009B1F74" w14:paraId="6674A452" w14:textId="77777777">
        <w:trPr>
          <w:jc w:val="center"/>
        </w:trPr>
        <w:tc>
          <w:tcPr>
            <w:tcW w:w="4986" w:type="dxa"/>
            <w:shd w:val="clear" w:color="auto" w:fill="D9E2F3"/>
            <w:vAlign w:val="center"/>
          </w:tcPr>
          <w:p w14:paraId="5DCBF5CA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Danışman Adı Soyadı</w:t>
            </w:r>
          </w:p>
        </w:tc>
        <w:tc>
          <w:tcPr>
            <w:tcW w:w="4986" w:type="dxa"/>
            <w:vAlign w:val="center"/>
          </w:tcPr>
          <w:p w14:paraId="74A12E28" w14:textId="77777777" w:rsidR="009B1F74" w:rsidRDefault="009B1F74">
            <w:pPr>
              <w:spacing w:after="0"/>
            </w:pPr>
          </w:p>
        </w:tc>
      </w:tr>
      <w:tr w:rsidR="009B1F74" w14:paraId="785306DD" w14:textId="77777777">
        <w:trPr>
          <w:jc w:val="center"/>
        </w:trPr>
        <w:tc>
          <w:tcPr>
            <w:tcW w:w="4986" w:type="dxa"/>
            <w:shd w:val="clear" w:color="auto" w:fill="D9E2F3"/>
            <w:vAlign w:val="center"/>
          </w:tcPr>
          <w:p w14:paraId="23D0DE4B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İkinci Danışman Adı Soyadı (varsa)</w:t>
            </w:r>
          </w:p>
        </w:tc>
        <w:tc>
          <w:tcPr>
            <w:tcW w:w="4986" w:type="dxa"/>
            <w:vAlign w:val="center"/>
          </w:tcPr>
          <w:p w14:paraId="1EECAA6E" w14:textId="77777777" w:rsidR="009B1F74" w:rsidRDefault="009B1F74">
            <w:pPr>
              <w:spacing w:after="0"/>
            </w:pPr>
          </w:p>
        </w:tc>
      </w:tr>
      <w:tr w:rsidR="009B1F74" w14:paraId="6AFD0CC7" w14:textId="77777777">
        <w:trPr>
          <w:jc w:val="center"/>
        </w:trPr>
        <w:tc>
          <w:tcPr>
            <w:tcW w:w="4986" w:type="dxa"/>
            <w:shd w:val="clear" w:color="auto" w:fill="D9E2F3"/>
            <w:vAlign w:val="center"/>
          </w:tcPr>
          <w:p w14:paraId="243B4260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Program</w:t>
            </w:r>
          </w:p>
        </w:tc>
        <w:tc>
          <w:tcPr>
            <w:tcW w:w="4986" w:type="dxa"/>
            <w:vAlign w:val="center"/>
          </w:tcPr>
          <w:p w14:paraId="106E1A8B" w14:textId="77777777" w:rsidR="009B1F74" w:rsidRDefault="009B1F74">
            <w:pPr>
              <w:spacing w:after="0"/>
            </w:pPr>
          </w:p>
        </w:tc>
      </w:tr>
      <w:tr w:rsidR="009B1F74" w14:paraId="0079283C" w14:textId="77777777">
        <w:trPr>
          <w:jc w:val="center"/>
        </w:trPr>
        <w:tc>
          <w:tcPr>
            <w:tcW w:w="4986" w:type="dxa"/>
            <w:shd w:val="clear" w:color="auto" w:fill="D9E2F3"/>
            <w:vAlign w:val="center"/>
          </w:tcPr>
          <w:p w14:paraId="08E016AC" w14:textId="41174AF0" w:rsidR="009B1F74" w:rsidRDefault="00000000">
            <w:pPr>
              <w:spacing w:after="0"/>
            </w:pPr>
            <w:r>
              <w:rPr>
                <w:b/>
                <w:sz w:val="18"/>
              </w:rPr>
              <w:t>Ana</w:t>
            </w:r>
            <w:r w:rsidR="00837F00">
              <w:rPr>
                <w:b/>
                <w:sz w:val="18"/>
              </w:rPr>
              <w:t xml:space="preserve"> </w:t>
            </w:r>
            <w:proofErr w:type="spellStart"/>
            <w:r w:rsidR="00837F00">
              <w:rPr>
                <w:b/>
                <w:sz w:val="18"/>
              </w:rPr>
              <w:t>B</w:t>
            </w:r>
            <w:r>
              <w:rPr>
                <w:b/>
                <w:sz w:val="18"/>
              </w:rPr>
              <w:t>ilim</w:t>
            </w:r>
            <w:proofErr w:type="spellEnd"/>
            <w:r>
              <w:rPr>
                <w:b/>
                <w:sz w:val="18"/>
              </w:rPr>
              <w:t xml:space="preserve"> Dalı</w:t>
            </w:r>
          </w:p>
        </w:tc>
        <w:tc>
          <w:tcPr>
            <w:tcW w:w="4986" w:type="dxa"/>
            <w:vAlign w:val="center"/>
          </w:tcPr>
          <w:p w14:paraId="17D27903" w14:textId="77777777" w:rsidR="009B1F74" w:rsidRDefault="009B1F74">
            <w:pPr>
              <w:spacing w:after="0"/>
            </w:pPr>
          </w:p>
        </w:tc>
      </w:tr>
    </w:tbl>
    <w:p w14:paraId="4309257E" w14:textId="77777777" w:rsidR="009B1F74" w:rsidRDefault="00000000">
      <w:pPr>
        <w:spacing w:before="160"/>
        <w:jc w:val="center"/>
      </w:pPr>
      <w:r>
        <w:t>Akademik Yıl: ........................................................</w:t>
      </w:r>
    </w:p>
    <w:p w14:paraId="50F0263E" w14:textId="77777777" w:rsidR="009B1F74" w:rsidRDefault="00000000">
      <w:pPr>
        <w:pStyle w:val="Balk2"/>
      </w:pPr>
      <w:r>
        <w:t>ÖNEMLİ BİLGİ</w:t>
      </w:r>
    </w:p>
    <w:p w14:paraId="71D120A6" w14:textId="334DF879" w:rsidR="009B1F74" w:rsidRDefault="000B3F49">
      <w:r w:rsidRPr="000B3F49">
        <w:t xml:space="preserve">Bu </w:t>
      </w:r>
      <w:proofErr w:type="spellStart"/>
      <w:r w:rsidRPr="000B3F49">
        <w:t>belge</w:t>
      </w:r>
      <w:proofErr w:type="spellEnd"/>
      <w:r w:rsidRPr="000B3F49">
        <w:t xml:space="preserve">, her </w:t>
      </w:r>
      <w:proofErr w:type="spellStart"/>
      <w:r w:rsidRPr="000B3F49">
        <w:t>tez</w:t>
      </w:r>
      <w:proofErr w:type="spellEnd"/>
      <w:r w:rsidRPr="000B3F49">
        <w:t xml:space="preserve"> </w:t>
      </w:r>
      <w:proofErr w:type="spellStart"/>
      <w:r w:rsidRPr="000B3F49">
        <w:t>izleme</w:t>
      </w:r>
      <w:proofErr w:type="spellEnd"/>
      <w:r w:rsidRPr="000B3F49">
        <w:t xml:space="preserve"> </w:t>
      </w:r>
      <w:proofErr w:type="spellStart"/>
      <w:r w:rsidRPr="000B3F49">
        <w:t>döneminde</w:t>
      </w:r>
      <w:proofErr w:type="spellEnd"/>
      <w:r w:rsidRPr="000B3F49">
        <w:t xml:space="preserve"> (Ocak–Haziran </w:t>
      </w:r>
      <w:proofErr w:type="spellStart"/>
      <w:r w:rsidRPr="000B3F49">
        <w:t>ve</w:t>
      </w:r>
      <w:proofErr w:type="spellEnd"/>
      <w:r w:rsidRPr="000B3F49">
        <w:t xml:space="preserve"> </w:t>
      </w:r>
      <w:proofErr w:type="spellStart"/>
      <w:r w:rsidRPr="000B3F49">
        <w:t>Temmuz</w:t>
      </w:r>
      <w:proofErr w:type="spellEnd"/>
      <w:r w:rsidRPr="000B3F49">
        <w:t>–</w:t>
      </w:r>
      <w:proofErr w:type="spellStart"/>
      <w:r w:rsidRPr="000B3F49">
        <w:t>Aralık</w:t>
      </w:r>
      <w:proofErr w:type="spellEnd"/>
      <w:r w:rsidRPr="000B3F49">
        <w:t xml:space="preserve">) </w:t>
      </w:r>
      <w:proofErr w:type="spellStart"/>
      <w:r w:rsidRPr="000B3F49">
        <w:t>hazırlanan</w:t>
      </w:r>
      <w:proofErr w:type="spellEnd"/>
      <w:r w:rsidRPr="000B3F49">
        <w:t xml:space="preserve"> Tez </w:t>
      </w:r>
      <w:proofErr w:type="spellStart"/>
      <w:r w:rsidRPr="000B3F49">
        <w:t>İzleme</w:t>
      </w:r>
      <w:proofErr w:type="spellEnd"/>
      <w:r w:rsidRPr="000B3F49">
        <w:t xml:space="preserve"> Komitesi </w:t>
      </w:r>
      <w:proofErr w:type="spellStart"/>
      <w:r w:rsidRPr="000B3F49">
        <w:t>Raporu'na</w:t>
      </w:r>
      <w:proofErr w:type="spellEnd"/>
      <w:r w:rsidRPr="000B3F49">
        <w:t xml:space="preserve"> ek </w:t>
      </w:r>
      <w:proofErr w:type="spellStart"/>
      <w:r w:rsidRPr="000B3F49">
        <w:t>olarak</w:t>
      </w:r>
      <w:proofErr w:type="spellEnd"/>
      <w:r w:rsidRPr="000B3F49">
        <w:t xml:space="preserve"> </w:t>
      </w:r>
      <w:proofErr w:type="spellStart"/>
      <w:r w:rsidRPr="000B3F49">
        <w:t>Anabilim</w:t>
      </w:r>
      <w:proofErr w:type="spellEnd"/>
      <w:r w:rsidRPr="000B3F49">
        <w:t xml:space="preserve"> </w:t>
      </w:r>
      <w:proofErr w:type="spellStart"/>
      <w:r w:rsidRPr="000B3F49">
        <w:t>Dalı</w:t>
      </w:r>
      <w:proofErr w:type="spellEnd"/>
      <w:r w:rsidRPr="000B3F49">
        <w:t xml:space="preserve"> </w:t>
      </w:r>
      <w:proofErr w:type="spellStart"/>
      <w:r w:rsidRPr="000B3F49">
        <w:t>Başkanlığı</w:t>
      </w:r>
      <w:proofErr w:type="spellEnd"/>
      <w:r w:rsidRPr="000B3F49">
        <w:t xml:space="preserve"> </w:t>
      </w:r>
      <w:proofErr w:type="spellStart"/>
      <w:r w:rsidRPr="000B3F49">
        <w:t>aracılığıyla</w:t>
      </w:r>
      <w:proofErr w:type="spellEnd"/>
      <w:r w:rsidRPr="000B3F49">
        <w:t xml:space="preserve"> </w:t>
      </w:r>
      <w:proofErr w:type="spellStart"/>
      <w:r w:rsidRPr="000B3F49">
        <w:t>Enstitü</w:t>
      </w:r>
      <w:proofErr w:type="spellEnd"/>
      <w:r w:rsidRPr="000B3F49">
        <w:t xml:space="preserve"> </w:t>
      </w:r>
      <w:proofErr w:type="spellStart"/>
      <w:r w:rsidRPr="000B3F49">
        <w:t>Müdürlüğüne</w:t>
      </w:r>
      <w:proofErr w:type="spellEnd"/>
      <w:r w:rsidRPr="000B3F49">
        <w:t xml:space="preserve"> </w:t>
      </w:r>
      <w:proofErr w:type="spellStart"/>
      <w:r w:rsidRPr="000B3F49">
        <w:t>sunulmalıdır</w:t>
      </w:r>
      <w:proofErr w:type="spellEnd"/>
      <w:r>
        <w:t>.</w:t>
      </w:r>
      <w:r w:rsidR="00000000">
        <w:br w:type="page"/>
      </w:r>
    </w:p>
    <w:p w14:paraId="7EDE6AB3" w14:textId="5D418A9A" w:rsidR="009B1F74" w:rsidRDefault="00000000">
      <w:pPr>
        <w:pStyle w:val="Balk1"/>
      </w:pPr>
      <w:r>
        <w:lastRenderedPageBreak/>
        <w:t>1. ÖZ</w:t>
      </w:r>
      <w:r w:rsidR="00837F00">
        <w:t xml:space="preserve"> </w:t>
      </w:r>
      <w:r>
        <w:t>GEÇMİŞ</w:t>
      </w:r>
    </w:p>
    <w:p w14:paraId="35B05288" w14:textId="77777777" w:rsidR="009B1F74" w:rsidRDefault="00000000">
      <w:pPr>
        <w:pStyle w:val="Balk2"/>
      </w:pPr>
      <w:r>
        <w:t>1.1. Kişisel Bilgiler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9B1F74" w14:paraId="20612059" w14:textId="77777777">
        <w:tc>
          <w:tcPr>
            <w:tcW w:w="4986" w:type="dxa"/>
            <w:shd w:val="clear" w:color="auto" w:fill="EAF0F6"/>
            <w:vAlign w:val="center"/>
          </w:tcPr>
          <w:p w14:paraId="485B0ED6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İsim-Soyisim</w:t>
            </w:r>
          </w:p>
        </w:tc>
        <w:tc>
          <w:tcPr>
            <w:tcW w:w="4986" w:type="dxa"/>
            <w:vAlign w:val="center"/>
          </w:tcPr>
          <w:p w14:paraId="68550301" w14:textId="77777777" w:rsidR="009B1F74" w:rsidRDefault="009B1F74">
            <w:pPr>
              <w:spacing w:after="0"/>
            </w:pPr>
          </w:p>
        </w:tc>
      </w:tr>
      <w:tr w:rsidR="009B1F74" w14:paraId="746D885A" w14:textId="77777777">
        <w:tc>
          <w:tcPr>
            <w:tcW w:w="4986" w:type="dxa"/>
            <w:shd w:val="clear" w:color="auto" w:fill="EAF0F6"/>
            <w:vAlign w:val="center"/>
          </w:tcPr>
          <w:p w14:paraId="4922A7C9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Öğrenci Numarası</w:t>
            </w:r>
          </w:p>
        </w:tc>
        <w:tc>
          <w:tcPr>
            <w:tcW w:w="4986" w:type="dxa"/>
            <w:vAlign w:val="center"/>
          </w:tcPr>
          <w:p w14:paraId="518B9F5D" w14:textId="77777777" w:rsidR="009B1F74" w:rsidRDefault="009B1F74">
            <w:pPr>
              <w:spacing w:after="0"/>
            </w:pPr>
          </w:p>
        </w:tc>
      </w:tr>
      <w:tr w:rsidR="009B1F74" w14:paraId="5E12FF09" w14:textId="77777777">
        <w:tc>
          <w:tcPr>
            <w:tcW w:w="4986" w:type="dxa"/>
            <w:shd w:val="clear" w:color="auto" w:fill="EAF0F6"/>
            <w:vAlign w:val="center"/>
          </w:tcPr>
          <w:p w14:paraId="2914CF2C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Kayıt Tarihi</w:t>
            </w:r>
          </w:p>
        </w:tc>
        <w:tc>
          <w:tcPr>
            <w:tcW w:w="4986" w:type="dxa"/>
            <w:vAlign w:val="center"/>
          </w:tcPr>
          <w:p w14:paraId="1E5C82CF" w14:textId="77777777" w:rsidR="009B1F74" w:rsidRDefault="009B1F74">
            <w:pPr>
              <w:spacing w:after="0"/>
            </w:pPr>
          </w:p>
        </w:tc>
      </w:tr>
      <w:tr w:rsidR="009B1F74" w14:paraId="3AE9D270" w14:textId="77777777">
        <w:tc>
          <w:tcPr>
            <w:tcW w:w="4986" w:type="dxa"/>
            <w:shd w:val="clear" w:color="auto" w:fill="EAF0F6"/>
            <w:vAlign w:val="center"/>
          </w:tcPr>
          <w:p w14:paraId="19CEF32F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Uyruk</w:t>
            </w:r>
          </w:p>
        </w:tc>
        <w:tc>
          <w:tcPr>
            <w:tcW w:w="4986" w:type="dxa"/>
            <w:vAlign w:val="center"/>
          </w:tcPr>
          <w:p w14:paraId="33540FAB" w14:textId="77777777" w:rsidR="009B1F74" w:rsidRDefault="009B1F74">
            <w:pPr>
              <w:spacing w:after="0"/>
            </w:pPr>
          </w:p>
        </w:tc>
      </w:tr>
      <w:tr w:rsidR="009B1F74" w14:paraId="051A24A1" w14:textId="77777777">
        <w:tc>
          <w:tcPr>
            <w:tcW w:w="4986" w:type="dxa"/>
            <w:shd w:val="clear" w:color="auto" w:fill="EAF0F6"/>
            <w:vAlign w:val="center"/>
          </w:tcPr>
          <w:p w14:paraId="373AD8D2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E-posta</w:t>
            </w:r>
          </w:p>
        </w:tc>
        <w:tc>
          <w:tcPr>
            <w:tcW w:w="4986" w:type="dxa"/>
            <w:vAlign w:val="center"/>
          </w:tcPr>
          <w:p w14:paraId="679CCABA" w14:textId="77777777" w:rsidR="009B1F74" w:rsidRDefault="009B1F74">
            <w:pPr>
              <w:spacing w:after="0"/>
            </w:pPr>
          </w:p>
        </w:tc>
      </w:tr>
      <w:tr w:rsidR="009B1F74" w14:paraId="6E4F5597" w14:textId="77777777">
        <w:tc>
          <w:tcPr>
            <w:tcW w:w="4986" w:type="dxa"/>
            <w:shd w:val="clear" w:color="auto" w:fill="EAF0F6"/>
            <w:vAlign w:val="center"/>
          </w:tcPr>
          <w:p w14:paraId="56FBECE9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Telefon Numarası</w:t>
            </w:r>
          </w:p>
        </w:tc>
        <w:tc>
          <w:tcPr>
            <w:tcW w:w="4986" w:type="dxa"/>
            <w:vAlign w:val="center"/>
          </w:tcPr>
          <w:p w14:paraId="19BC77DF" w14:textId="77777777" w:rsidR="009B1F74" w:rsidRDefault="009B1F74">
            <w:pPr>
              <w:spacing w:after="0"/>
            </w:pPr>
          </w:p>
        </w:tc>
      </w:tr>
    </w:tbl>
    <w:p w14:paraId="749368CE" w14:textId="77777777" w:rsidR="009B1F74" w:rsidRDefault="00000000">
      <w:pPr>
        <w:pStyle w:val="Balk2"/>
      </w:pPr>
      <w:r>
        <w:t>1.2. Temel Bilgiler</w:t>
      </w:r>
    </w:p>
    <w:p w14:paraId="562896DA" w14:textId="77777777" w:rsidR="009B1F74" w:rsidRDefault="00000000">
      <w:pPr>
        <w:spacing w:after="120"/>
      </w:pPr>
      <w:r>
        <w:t>Bilgiler ters kronolojik sıraya göre sıralanmalıdır.</w:t>
      </w:r>
    </w:p>
    <w:p w14:paraId="6E301850" w14:textId="77777777" w:rsidR="009B1F74" w:rsidRDefault="00000000">
      <w:pPr>
        <w:pStyle w:val="Balk2"/>
      </w:pPr>
      <w:r>
        <w:t>Eğitim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9B1F74" w14:paraId="5B5B289F" w14:textId="77777777">
        <w:tc>
          <w:tcPr>
            <w:tcW w:w="3324" w:type="dxa"/>
            <w:shd w:val="clear" w:color="auto" w:fill="D9E2F3"/>
            <w:vAlign w:val="center"/>
          </w:tcPr>
          <w:p w14:paraId="46219D36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Tarih</w:t>
            </w:r>
          </w:p>
        </w:tc>
        <w:tc>
          <w:tcPr>
            <w:tcW w:w="3324" w:type="dxa"/>
            <w:shd w:val="clear" w:color="auto" w:fill="D9E2F3"/>
            <w:vAlign w:val="center"/>
          </w:tcPr>
          <w:p w14:paraId="12990D0B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Eğitim / Program / Tez Bilgisi</w:t>
            </w:r>
          </w:p>
        </w:tc>
        <w:tc>
          <w:tcPr>
            <w:tcW w:w="3324" w:type="dxa"/>
            <w:shd w:val="clear" w:color="auto" w:fill="D9E2F3"/>
            <w:vAlign w:val="center"/>
          </w:tcPr>
          <w:p w14:paraId="14960C1B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Kurum / Danışman</w:t>
            </w:r>
          </w:p>
        </w:tc>
      </w:tr>
      <w:tr w:rsidR="009B1F74" w14:paraId="5F25B3FA" w14:textId="77777777">
        <w:tc>
          <w:tcPr>
            <w:tcW w:w="3324" w:type="dxa"/>
            <w:vAlign w:val="center"/>
          </w:tcPr>
          <w:p w14:paraId="53323A2C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48EE7EBA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0080901F" w14:textId="77777777" w:rsidR="009B1F74" w:rsidRDefault="009B1F74">
            <w:pPr>
              <w:spacing w:after="0"/>
            </w:pPr>
          </w:p>
        </w:tc>
      </w:tr>
      <w:tr w:rsidR="009B1F74" w14:paraId="6D6A969E" w14:textId="77777777">
        <w:tc>
          <w:tcPr>
            <w:tcW w:w="3324" w:type="dxa"/>
            <w:vAlign w:val="center"/>
          </w:tcPr>
          <w:p w14:paraId="447658EF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0B3EA956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7DF2F9EB" w14:textId="77777777" w:rsidR="009B1F74" w:rsidRDefault="009B1F74">
            <w:pPr>
              <w:spacing w:after="0"/>
            </w:pPr>
          </w:p>
        </w:tc>
      </w:tr>
      <w:tr w:rsidR="009B1F74" w14:paraId="6282E2E3" w14:textId="77777777">
        <w:tc>
          <w:tcPr>
            <w:tcW w:w="3324" w:type="dxa"/>
            <w:vAlign w:val="center"/>
          </w:tcPr>
          <w:p w14:paraId="2D211B1E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6A1A2124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07765AB7" w14:textId="77777777" w:rsidR="009B1F74" w:rsidRDefault="009B1F74">
            <w:pPr>
              <w:spacing w:after="0"/>
            </w:pPr>
          </w:p>
        </w:tc>
      </w:tr>
    </w:tbl>
    <w:p w14:paraId="52471873" w14:textId="77777777" w:rsidR="009B1F74" w:rsidRDefault="00000000">
      <w:pPr>
        <w:pStyle w:val="Balk2"/>
      </w:pPr>
      <w:r>
        <w:t>Dil Yeterliliği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9B1F74" w14:paraId="767551AC" w14:textId="77777777">
        <w:tc>
          <w:tcPr>
            <w:tcW w:w="3324" w:type="dxa"/>
            <w:shd w:val="clear" w:color="auto" w:fill="D9E2F3"/>
            <w:vAlign w:val="center"/>
          </w:tcPr>
          <w:p w14:paraId="0C81C288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Sınav Adı</w:t>
            </w:r>
          </w:p>
        </w:tc>
        <w:tc>
          <w:tcPr>
            <w:tcW w:w="3324" w:type="dxa"/>
            <w:shd w:val="clear" w:color="auto" w:fill="D9E2F3"/>
            <w:vAlign w:val="center"/>
          </w:tcPr>
          <w:p w14:paraId="69108B35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Puan</w:t>
            </w:r>
          </w:p>
        </w:tc>
        <w:tc>
          <w:tcPr>
            <w:tcW w:w="3324" w:type="dxa"/>
            <w:shd w:val="clear" w:color="auto" w:fill="D9E2F3"/>
            <w:vAlign w:val="center"/>
          </w:tcPr>
          <w:p w14:paraId="3AB96C1C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Tarih</w:t>
            </w:r>
          </w:p>
        </w:tc>
      </w:tr>
      <w:tr w:rsidR="009B1F74" w14:paraId="15403EA4" w14:textId="77777777">
        <w:tc>
          <w:tcPr>
            <w:tcW w:w="3324" w:type="dxa"/>
            <w:vAlign w:val="center"/>
          </w:tcPr>
          <w:p w14:paraId="0DCB3C15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48CCAA33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6EAA45AF" w14:textId="77777777" w:rsidR="009B1F74" w:rsidRDefault="009B1F74">
            <w:pPr>
              <w:spacing w:after="0"/>
            </w:pPr>
          </w:p>
        </w:tc>
      </w:tr>
      <w:tr w:rsidR="009B1F74" w14:paraId="0DCB7297" w14:textId="77777777">
        <w:tc>
          <w:tcPr>
            <w:tcW w:w="3324" w:type="dxa"/>
            <w:vAlign w:val="center"/>
          </w:tcPr>
          <w:p w14:paraId="5CAFDAFD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61710BB4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48DAD287" w14:textId="77777777" w:rsidR="009B1F74" w:rsidRDefault="009B1F74">
            <w:pPr>
              <w:spacing w:after="0"/>
            </w:pPr>
          </w:p>
        </w:tc>
      </w:tr>
      <w:tr w:rsidR="009B1F74" w14:paraId="0306F541" w14:textId="77777777">
        <w:tc>
          <w:tcPr>
            <w:tcW w:w="3324" w:type="dxa"/>
            <w:vAlign w:val="center"/>
          </w:tcPr>
          <w:p w14:paraId="50F7D3C3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4E83AF90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2CF30B58" w14:textId="77777777" w:rsidR="009B1F74" w:rsidRDefault="009B1F74">
            <w:pPr>
              <w:spacing w:after="0"/>
            </w:pPr>
          </w:p>
        </w:tc>
      </w:tr>
      <w:tr w:rsidR="009B1F74" w14:paraId="1874ADB0" w14:textId="77777777">
        <w:tc>
          <w:tcPr>
            <w:tcW w:w="3324" w:type="dxa"/>
            <w:vAlign w:val="center"/>
          </w:tcPr>
          <w:p w14:paraId="3CFB80A0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178254F1" w14:textId="77777777" w:rsidR="009B1F74" w:rsidRDefault="009B1F74">
            <w:pPr>
              <w:spacing w:after="0"/>
            </w:pPr>
          </w:p>
        </w:tc>
        <w:tc>
          <w:tcPr>
            <w:tcW w:w="3324" w:type="dxa"/>
            <w:vAlign w:val="center"/>
          </w:tcPr>
          <w:p w14:paraId="7E0171B8" w14:textId="77777777" w:rsidR="009B1F74" w:rsidRDefault="009B1F74">
            <w:pPr>
              <w:spacing w:after="0"/>
            </w:pPr>
          </w:p>
        </w:tc>
      </w:tr>
    </w:tbl>
    <w:p w14:paraId="4F37E691" w14:textId="49C03C7B" w:rsidR="009B1F74" w:rsidRDefault="00000000">
      <w:pPr>
        <w:pStyle w:val="Balk2"/>
      </w:pPr>
      <w:proofErr w:type="spellStart"/>
      <w:r>
        <w:t>Dijital</w:t>
      </w:r>
      <w:proofErr w:type="spellEnd"/>
      <w:r>
        <w:t xml:space="preserve"> </w:t>
      </w:r>
      <w:proofErr w:type="spellStart"/>
      <w:r>
        <w:t>Araştırmacı</w:t>
      </w:r>
      <w:proofErr w:type="spellEnd"/>
      <w:r>
        <w:t xml:space="preserve"> </w:t>
      </w:r>
      <w:proofErr w:type="spellStart"/>
      <w:r>
        <w:t>Kimlikleri</w:t>
      </w:r>
      <w:proofErr w:type="spellEnd"/>
      <w:r w:rsidR="00F51F41">
        <w:t xml:space="preserve"> (</w:t>
      </w:r>
      <w:r w:rsidR="00F51F41" w:rsidRPr="00F51F41">
        <w:t xml:space="preserve">ORCID ID, Researcher ID, Google Scholar </w:t>
      </w:r>
      <w:r w:rsidR="00F51F41">
        <w:t xml:space="preserve">link </w:t>
      </w:r>
      <w:r w:rsidR="00F51F41" w:rsidRPr="00F51F41">
        <w:t>vb.)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491"/>
        <w:gridCol w:w="2491"/>
        <w:gridCol w:w="2490"/>
        <w:gridCol w:w="2490"/>
      </w:tblGrid>
      <w:tr w:rsidR="009B1F74" w14:paraId="50A3486F" w14:textId="77777777">
        <w:tc>
          <w:tcPr>
            <w:tcW w:w="2493" w:type="dxa"/>
            <w:shd w:val="clear" w:color="auto" w:fill="D9E2F3"/>
            <w:vAlign w:val="center"/>
          </w:tcPr>
          <w:p w14:paraId="2E953A45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Kimlik / Profil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2DE92AA1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Bilgi / Link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651539DA" w14:textId="77777777" w:rsidR="009B1F74" w:rsidRDefault="009B1F74">
            <w:pPr>
              <w:spacing w:after="0"/>
            </w:pPr>
          </w:p>
        </w:tc>
        <w:tc>
          <w:tcPr>
            <w:tcW w:w="2493" w:type="dxa"/>
            <w:shd w:val="clear" w:color="auto" w:fill="D9E2F3"/>
            <w:vAlign w:val="center"/>
          </w:tcPr>
          <w:p w14:paraId="7A595874" w14:textId="77777777" w:rsidR="009B1F74" w:rsidRDefault="009B1F74">
            <w:pPr>
              <w:spacing w:after="0"/>
            </w:pPr>
          </w:p>
        </w:tc>
      </w:tr>
      <w:tr w:rsidR="009B1F74" w14:paraId="2349A1B5" w14:textId="77777777">
        <w:tc>
          <w:tcPr>
            <w:tcW w:w="2493" w:type="dxa"/>
            <w:vAlign w:val="center"/>
          </w:tcPr>
          <w:p w14:paraId="231EB28D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6BB49819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0A3BDEDD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35E1676D" w14:textId="77777777" w:rsidR="009B1F74" w:rsidRDefault="009B1F74">
            <w:pPr>
              <w:spacing w:after="0"/>
            </w:pPr>
          </w:p>
        </w:tc>
      </w:tr>
      <w:tr w:rsidR="009B1F74" w14:paraId="6CC9889D" w14:textId="77777777">
        <w:tc>
          <w:tcPr>
            <w:tcW w:w="2493" w:type="dxa"/>
            <w:vAlign w:val="center"/>
          </w:tcPr>
          <w:p w14:paraId="5ACD5FD0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13E19E35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517F2375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15800EEE" w14:textId="77777777" w:rsidR="009B1F74" w:rsidRDefault="009B1F74">
            <w:pPr>
              <w:spacing w:after="0"/>
            </w:pPr>
          </w:p>
        </w:tc>
      </w:tr>
      <w:tr w:rsidR="009B1F74" w14:paraId="56F94CC6" w14:textId="77777777">
        <w:tc>
          <w:tcPr>
            <w:tcW w:w="2493" w:type="dxa"/>
            <w:vAlign w:val="center"/>
          </w:tcPr>
          <w:p w14:paraId="0A8AEC2B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0E92EE4A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35CC36FE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76668B42" w14:textId="77777777" w:rsidR="009B1F74" w:rsidRDefault="009B1F74">
            <w:pPr>
              <w:spacing w:after="0"/>
            </w:pPr>
          </w:p>
        </w:tc>
      </w:tr>
      <w:tr w:rsidR="009B1F74" w14:paraId="0EE66991" w14:textId="77777777">
        <w:tc>
          <w:tcPr>
            <w:tcW w:w="2493" w:type="dxa"/>
            <w:vAlign w:val="center"/>
          </w:tcPr>
          <w:p w14:paraId="3503340D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56F0B4AF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6B506EDE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07BA3DED" w14:textId="77777777" w:rsidR="009B1F74" w:rsidRDefault="009B1F74">
            <w:pPr>
              <w:spacing w:after="0"/>
            </w:pPr>
          </w:p>
        </w:tc>
      </w:tr>
    </w:tbl>
    <w:p w14:paraId="386CA98E" w14:textId="77777777" w:rsidR="009B1F74" w:rsidRDefault="00000000">
      <w:pPr>
        <w:pStyle w:val="Balk2"/>
      </w:pPr>
      <w:r>
        <w:t>1.3. Portfolyo Ekleri ve Kanıtlar</w:t>
      </w:r>
    </w:p>
    <w:p w14:paraId="3BB18A2C" w14:textId="77777777" w:rsidR="009B1F74" w:rsidRDefault="00000000">
      <w:r>
        <w:t>Öğrencinin doktora dönemine ait aşağıdaki kanıtlar portfolyonun ekinde sunulmalıdır:</w:t>
      </w:r>
    </w:p>
    <w:p w14:paraId="250E8ECE" w14:textId="77777777" w:rsidR="009B1F74" w:rsidRDefault="00000000">
      <w:pPr>
        <w:pStyle w:val="ListeMaddemi"/>
      </w:pPr>
      <w:r>
        <w:t>Yayın çıktıları</w:t>
      </w:r>
    </w:p>
    <w:p w14:paraId="3A893FFD" w14:textId="77777777" w:rsidR="009B1F74" w:rsidRDefault="00000000">
      <w:pPr>
        <w:pStyle w:val="ListeMaddemi"/>
      </w:pPr>
      <w:r>
        <w:t>Bursiyer veya araştırmacı olarak katılım sağlanan projelere ilişkin belgeler</w:t>
      </w:r>
    </w:p>
    <w:p w14:paraId="3E68ADDE" w14:textId="77777777" w:rsidR="009B1F74" w:rsidRDefault="00000000">
      <w:pPr>
        <w:pStyle w:val="ListeMaddemi"/>
      </w:pPr>
      <w:r>
        <w:t>TÜBİTAK vb. kurumlardan alınan burslara ilişkin belgeler</w:t>
      </w:r>
    </w:p>
    <w:p w14:paraId="50E2F923" w14:textId="4CE960FF" w:rsidR="009B1F74" w:rsidRDefault="00000000">
      <w:pPr>
        <w:pStyle w:val="ListeMaddemi"/>
      </w:pPr>
      <w:proofErr w:type="spellStart"/>
      <w:r>
        <w:t>Bilimsel</w:t>
      </w:r>
      <w:proofErr w:type="spellEnd"/>
      <w:r>
        <w:t xml:space="preserve"> </w:t>
      </w:r>
      <w:proofErr w:type="spellStart"/>
      <w:r>
        <w:t>toplantı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kurslara</w:t>
      </w:r>
      <w:proofErr w:type="spellEnd"/>
      <w:r>
        <w:t xml:space="preserve"> </w:t>
      </w:r>
      <w:proofErr w:type="spellStart"/>
      <w:r>
        <w:t>katılım</w:t>
      </w:r>
      <w:proofErr w:type="spellEnd"/>
      <w:r w:rsidR="000828D9">
        <w:t>/</w:t>
      </w:r>
      <w:proofErr w:type="spellStart"/>
      <w:r w:rsidR="000828D9">
        <w:t>sertifika</w:t>
      </w:r>
      <w:proofErr w:type="spellEnd"/>
      <w:r>
        <w:t xml:space="preserve"> </w:t>
      </w:r>
      <w:proofErr w:type="spellStart"/>
      <w:r>
        <w:t>belgeleri</w:t>
      </w:r>
      <w:proofErr w:type="spellEnd"/>
    </w:p>
    <w:p w14:paraId="2E7C853D" w14:textId="77777777" w:rsidR="009B1F74" w:rsidRDefault="00000000">
      <w:pPr>
        <w:pStyle w:val="ListeMaddemi"/>
      </w:pPr>
      <w:r>
        <w:t>Alınan ödüllere ilişkin belgeler</w:t>
      </w:r>
    </w:p>
    <w:p w14:paraId="43107B57" w14:textId="77777777" w:rsidR="000828D9" w:rsidRDefault="000828D9" w:rsidP="00837F00">
      <w:pPr>
        <w:pStyle w:val="ListeMaddemi"/>
      </w:pPr>
      <w:proofErr w:type="spellStart"/>
      <w:r>
        <w:t>Projeye</w:t>
      </w:r>
      <w:proofErr w:type="spellEnd"/>
      <w:r>
        <w:t>/</w:t>
      </w:r>
      <w:proofErr w:type="spellStart"/>
      <w:r w:rsidR="00837F00" w:rsidRPr="00F85256">
        <w:t>Patente</w:t>
      </w:r>
      <w:proofErr w:type="spellEnd"/>
      <w:r w:rsidR="00837F00" w:rsidRPr="00F85256">
        <w:t xml:space="preserve"> </w:t>
      </w:r>
      <w:proofErr w:type="spellStart"/>
      <w:r w:rsidR="00837F00" w:rsidRPr="00F85256">
        <w:t>ilişkin</w:t>
      </w:r>
      <w:proofErr w:type="spellEnd"/>
      <w:r w:rsidR="00837F00" w:rsidRPr="00F85256">
        <w:t xml:space="preserve"> </w:t>
      </w:r>
      <w:proofErr w:type="spellStart"/>
      <w:r w:rsidR="00837F00" w:rsidRPr="00F85256">
        <w:t>belgeler</w:t>
      </w:r>
      <w:proofErr w:type="spellEnd"/>
    </w:p>
    <w:p w14:paraId="6A58A061" w14:textId="77777777" w:rsidR="000828D9" w:rsidRDefault="000828D9" w:rsidP="000828D9">
      <w:pPr>
        <w:pStyle w:val="ListeMaddemi"/>
      </w:pPr>
      <w:proofErr w:type="spellStart"/>
      <w:r>
        <w:t>Danışman</w:t>
      </w:r>
      <w:proofErr w:type="spellEnd"/>
      <w:r>
        <w:t xml:space="preserve"> Değerlendirme </w:t>
      </w:r>
      <w:proofErr w:type="spellStart"/>
      <w:r>
        <w:t>Formu</w:t>
      </w:r>
      <w:proofErr w:type="spellEnd"/>
    </w:p>
    <w:p w14:paraId="5C8B9D80" w14:textId="64B9B2E2" w:rsidR="009B1F74" w:rsidRDefault="00837F00" w:rsidP="00837F00">
      <w:pPr>
        <w:pStyle w:val="ListeMaddemi"/>
      </w:pPr>
      <w:r>
        <w:br w:type="page"/>
      </w:r>
    </w:p>
    <w:p w14:paraId="73262903" w14:textId="77777777" w:rsidR="009B1F74" w:rsidRDefault="00000000">
      <w:pPr>
        <w:pStyle w:val="Balk1"/>
      </w:pPr>
      <w:r>
        <w:lastRenderedPageBreak/>
        <w:t>2. TEZ İZLEME KOMİTESİ</w:t>
      </w:r>
    </w:p>
    <w:p w14:paraId="1A005F6A" w14:textId="77777777" w:rsidR="009B1F74" w:rsidRPr="006F6F0D" w:rsidRDefault="00000000">
      <w:pPr>
        <w:rPr>
          <w:b/>
          <w:bCs/>
        </w:rPr>
      </w:pPr>
      <w:r w:rsidRPr="006F6F0D">
        <w:rPr>
          <w:b/>
          <w:bCs/>
        </w:rPr>
        <w:t>Tez Önerisinin Enstitü Yönetim Kurulunda Onaylandığı Tarih:  …… / …… / 20……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9B1F74" w14:paraId="29B3494A" w14:textId="77777777">
        <w:tc>
          <w:tcPr>
            <w:tcW w:w="2493" w:type="dxa"/>
            <w:shd w:val="clear" w:color="auto" w:fill="D9E2F3"/>
            <w:vAlign w:val="center"/>
          </w:tcPr>
          <w:p w14:paraId="1B591AC9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Unvan, Adı Soyadı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44654A1D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Kurum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7CD9241B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Anabilim Dalı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314B1D64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Görev</w:t>
            </w:r>
          </w:p>
        </w:tc>
      </w:tr>
      <w:tr w:rsidR="009B1F74" w14:paraId="37E45335" w14:textId="77777777">
        <w:tc>
          <w:tcPr>
            <w:tcW w:w="2493" w:type="dxa"/>
            <w:vAlign w:val="center"/>
          </w:tcPr>
          <w:p w14:paraId="5E0F6C0E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10B13C91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7A6D343B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4A79A60E" w14:textId="77777777" w:rsidR="009B1F74" w:rsidRDefault="009B1F74">
            <w:pPr>
              <w:spacing w:after="0"/>
            </w:pPr>
          </w:p>
        </w:tc>
      </w:tr>
      <w:tr w:rsidR="009B1F74" w14:paraId="0AE7E197" w14:textId="77777777">
        <w:tc>
          <w:tcPr>
            <w:tcW w:w="2493" w:type="dxa"/>
            <w:vAlign w:val="center"/>
          </w:tcPr>
          <w:p w14:paraId="4D58F637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68EA6D47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046F19B5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3539F139" w14:textId="77777777" w:rsidR="009B1F74" w:rsidRDefault="009B1F74">
            <w:pPr>
              <w:spacing w:after="0"/>
            </w:pPr>
          </w:p>
        </w:tc>
      </w:tr>
      <w:tr w:rsidR="009B1F74" w14:paraId="478BB88B" w14:textId="77777777">
        <w:tc>
          <w:tcPr>
            <w:tcW w:w="2493" w:type="dxa"/>
            <w:vAlign w:val="center"/>
          </w:tcPr>
          <w:p w14:paraId="7CC61513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56237515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294F9826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6D8CA465" w14:textId="77777777" w:rsidR="009B1F74" w:rsidRDefault="009B1F74">
            <w:pPr>
              <w:spacing w:after="0"/>
            </w:pPr>
          </w:p>
        </w:tc>
      </w:tr>
    </w:tbl>
    <w:p w14:paraId="56337E18" w14:textId="77777777" w:rsidR="009B1F74" w:rsidRDefault="00000000">
      <w:pPr>
        <w:pStyle w:val="Balk2"/>
      </w:pPr>
      <w:r>
        <w:t>Tez İzleme Komitesi Toplantıları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491"/>
        <w:gridCol w:w="2490"/>
        <w:gridCol w:w="2490"/>
        <w:gridCol w:w="2491"/>
      </w:tblGrid>
      <w:tr w:rsidR="009B1F74" w14:paraId="0A39BAEB" w14:textId="77777777">
        <w:tc>
          <w:tcPr>
            <w:tcW w:w="2493" w:type="dxa"/>
            <w:shd w:val="clear" w:color="auto" w:fill="D9E2F3"/>
            <w:vAlign w:val="center"/>
          </w:tcPr>
          <w:p w14:paraId="10793125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TİK Toplantı No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145F046D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Tarih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1C3994FA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TİK Kararı</w:t>
            </w:r>
          </w:p>
        </w:tc>
        <w:tc>
          <w:tcPr>
            <w:tcW w:w="2493" w:type="dxa"/>
            <w:shd w:val="clear" w:color="auto" w:fill="D9E2F3"/>
            <w:vAlign w:val="center"/>
          </w:tcPr>
          <w:p w14:paraId="68150A51" w14:textId="77777777" w:rsidR="009B1F74" w:rsidRDefault="00000000">
            <w:pPr>
              <w:spacing w:after="0"/>
            </w:pPr>
            <w:r>
              <w:rPr>
                <w:b/>
                <w:sz w:val="18"/>
              </w:rPr>
              <w:t>Açıklama</w:t>
            </w:r>
          </w:p>
        </w:tc>
      </w:tr>
      <w:tr w:rsidR="009B1F74" w14:paraId="0548DE71" w14:textId="77777777">
        <w:tc>
          <w:tcPr>
            <w:tcW w:w="2493" w:type="dxa"/>
            <w:vAlign w:val="center"/>
          </w:tcPr>
          <w:p w14:paraId="63C475A7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02E26EEC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43C612C0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20CA2061" w14:textId="77777777" w:rsidR="009B1F74" w:rsidRDefault="009B1F74">
            <w:pPr>
              <w:spacing w:after="0"/>
            </w:pPr>
          </w:p>
        </w:tc>
      </w:tr>
      <w:tr w:rsidR="009B1F74" w14:paraId="407B9124" w14:textId="77777777">
        <w:tc>
          <w:tcPr>
            <w:tcW w:w="2493" w:type="dxa"/>
            <w:vAlign w:val="center"/>
          </w:tcPr>
          <w:p w14:paraId="578A472D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6ED9770A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27B8B7D7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74717AA9" w14:textId="77777777" w:rsidR="009B1F74" w:rsidRDefault="009B1F74">
            <w:pPr>
              <w:spacing w:after="0"/>
            </w:pPr>
          </w:p>
        </w:tc>
      </w:tr>
      <w:tr w:rsidR="009B1F74" w14:paraId="1CA2F4EE" w14:textId="77777777">
        <w:tc>
          <w:tcPr>
            <w:tcW w:w="2493" w:type="dxa"/>
            <w:vAlign w:val="center"/>
          </w:tcPr>
          <w:p w14:paraId="5F7BF3B5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31415A98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333D4C04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519A0447" w14:textId="77777777" w:rsidR="009B1F74" w:rsidRDefault="009B1F74">
            <w:pPr>
              <w:spacing w:after="0"/>
            </w:pPr>
          </w:p>
        </w:tc>
      </w:tr>
      <w:tr w:rsidR="009B1F74" w14:paraId="59581FDD" w14:textId="77777777">
        <w:tc>
          <w:tcPr>
            <w:tcW w:w="2493" w:type="dxa"/>
            <w:vAlign w:val="center"/>
          </w:tcPr>
          <w:p w14:paraId="329B1FD6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04211243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03C64CB1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6978C630" w14:textId="77777777" w:rsidR="009B1F74" w:rsidRDefault="009B1F74">
            <w:pPr>
              <w:spacing w:after="0"/>
            </w:pPr>
          </w:p>
        </w:tc>
      </w:tr>
      <w:tr w:rsidR="009B1F74" w14:paraId="49D8788D" w14:textId="77777777">
        <w:tc>
          <w:tcPr>
            <w:tcW w:w="2493" w:type="dxa"/>
            <w:vAlign w:val="center"/>
          </w:tcPr>
          <w:p w14:paraId="24CB47DD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2590B650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3BAEEA6A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4063A5B2" w14:textId="77777777" w:rsidR="009B1F74" w:rsidRDefault="009B1F74">
            <w:pPr>
              <w:spacing w:after="0"/>
            </w:pPr>
          </w:p>
        </w:tc>
      </w:tr>
      <w:tr w:rsidR="009B1F74" w14:paraId="22CAFC1F" w14:textId="77777777">
        <w:tc>
          <w:tcPr>
            <w:tcW w:w="2493" w:type="dxa"/>
            <w:vAlign w:val="center"/>
          </w:tcPr>
          <w:p w14:paraId="10959FBA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571D68A1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1E43BBF6" w14:textId="77777777" w:rsidR="009B1F74" w:rsidRDefault="009B1F74">
            <w:pPr>
              <w:spacing w:after="0"/>
            </w:pPr>
          </w:p>
        </w:tc>
        <w:tc>
          <w:tcPr>
            <w:tcW w:w="2493" w:type="dxa"/>
            <w:vAlign w:val="center"/>
          </w:tcPr>
          <w:p w14:paraId="278E8D2F" w14:textId="77777777" w:rsidR="009B1F74" w:rsidRDefault="009B1F74">
            <w:pPr>
              <w:spacing w:after="0"/>
            </w:pPr>
          </w:p>
        </w:tc>
      </w:tr>
    </w:tbl>
    <w:p w14:paraId="60370601" w14:textId="77777777" w:rsidR="009B1F74" w:rsidRDefault="00000000">
      <w:r>
        <w:br w:type="page"/>
      </w:r>
    </w:p>
    <w:p w14:paraId="7559F652" w14:textId="0D6BC563" w:rsidR="005D1FE4" w:rsidRDefault="005D1FE4" w:rsidP="005D1FE4">
      <w:pPr>
        <w:pStyle w:val="Balk1"/>
      </w:pPr>
      <w:r>
        <w:lastRenderedPageBreak/>
        <w:t>3. YAYINLAR</w:t>
      </w:r>
    </w:p>
    <w:p w14:paraId="174B9CD4" w14:textId="77777777" w:rsidR="005D1FE4" w:rsidRDefault="005D1FE4" w:rsidP="005D1FE4">
      <w:proofErr w:type="spellStart"/>
      <w:r>
        <w:t>Doktora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 xml:space="preserve"> </w:t>
      </w:r>
      <w:proofErr w:type="spellStart"/>
      <w:r>
        <w:t>süresince</w:t>
      </w:r>
      <w:proofErr w:type="spellEnd"/>
      <w:r>
        <w:t xml:space="preserve"> </w:t>
      </w:r>
      <w:proofErr w:type="spellStart"/>
      <w:r>
        <w:t>yayımlanan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makalesi</w:t>
      </w:r>
      <w:proofErr w:type="spellEnd"/>
      <w:r>
        <w:t xml:space="preserve">, </w:t>
      </w:r>
      <w:proofErr w:type="spellStart"/>
      <w:r>
        <w:t>derleme</w:t>
      </w:r>
      <w:proofErr w:type="spellEnd"/>
      <w:r>
        <w:t xml:space="preserve">, </w:t>
      </w:r>
      <w:proofErr w:type="spellStart"/>
      <w:r>
        <w:t>kitap</w:t>
      </w:r>
      <w:proofErr w:type="spellEnd"/>
      <w:r>
        <w:t xml:space="preserve">, </w:t>
      </w:r>
      <w:proofErr w:type="spellStart"/>
      <w:r>
        <w:t>kitap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patentler</w:t>
      </w:r>
      <w:proofErr w:type="spellEnd"/>
      <w:r>
        <w:t>.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704"/>
        <w:gridCol w:w="1418"/>
        <w:gridCol w:w="1417"/>
        <w:gridCol w:w="1701"/>
        <w:gridCol w:w="1559"/>
        <w:gridCol w:w="2268"/>
        <w:gridCol w:w="895"/>
      </w:tblGrid>
      <w:tr w:rsidR="006F6F0D" w14:paraId="0F063203" w14:textId="7D26DFCE" w:rsidTr="006F6F0D">
        <w:tc>
          <w:tcPr>
            <w:tcW w:w="704" w:type="dxa"/>
            <w:shd w:val="clear" w:color="auto" w:fill="D9E2F3"/>
            <w:vAlign w:val="center"/>
          </w:tcPr>
          <w:p w14:paraId="4ACC405D" w14:textId="77777777" w:rsidR="006F6F0D" w:rsidRDefault="006F6F0D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Yıl</w:t>
            </w:r>
            <w:proofErr w:type="spellEnd"/>
          </w:p>
        </w:tc>
        <w:tc>
          <w:tcPr>
            <w:tcW w:w="1418" w:type="dxa"/>
            <w:shd w:val="clear" w:color="auto" w:fill="D9E2F3"/>
            <w:vAlign w:val="center"/>
          </w:tcPr>
          <w:p w14:paraId="18CE1757" w14:textId="77777777" w:rsidR="006F6F0D" w:rsidRDefault="006F6F0D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Yazarlar</w:t>
            </w:r>
            <w:proofErr w:type="spellEnd"/>
          </w:p>
        </w:tc>
        <w:tc>
          <w:tcPr>
            <w:tcW w:w="1417" w:type="dxa"/>
            <w:shd w:val="clear" w:color="auto" w:fill="D9E2F3"/>
            <w:vAlign w:val="center"/>
          </w:tcPr>
          <w:p w14:paraId="35621922" w14:textId="77777777" w:rsidR="006F6F0D" w:rsidRDefault="006F6F0D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Yayın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Başlığı</w:t>
            </w:r>
            <w:proofErr w:type="spellEnd"/>
          </w:p>
        </w:tc>
        <w:tc>
          <w:tcPr>
            <w:tcW w:w="1701" w:type="dxa"/>
            <w:shd w:val="clear" w:color="auto" w:fill="D9E2F3"/>
            <w:vAlign w:val="center"/>
          </w:tcPr>
          <w:p w14:paraId="0F6AED7E" w14:textId="77777777" w:rsidR="006F6F0D" w:rsidRDefault="006F6F0D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Dergi</w:t>
            </w:r>
            <w:proofErr w:type="spellEnd"/>
            <w:r>
              <w:rPr>
                <w:b/>
                <w:sz w:val="18"/>
              </w:rPr>
              <w:t xml:space="preserve"> / Kitap </w:t>
            </w:r>
            <w:proofErr w:type="spellStart"/>
            <w:r>
              <w:rPr>
                <w:b/>
                <w:sz w:val="18"/>
              </w:rPr>
              <w:t>Adı</w:t>
            </w:r>
            <w:proofErr w:type="spellEnd"/>
          </w:p>
        </w:tc>
        <w:tc>
          <w:tcPr>
            <w:tcW w:w="1559" w:type="dxa"/>
            <w:shd w:val="clear" w:color="auto" w:fill="D9E2F3"/>
            <w:vAlign w:val="center"/>
          </w:tcPr>
          <w:p w14:paraId="1425C0D6" w14:textId="77777777" w:rsidR="006F6F0D" w:rsidRDefault="006F6F0D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İndeks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Bilgisi</w:t>
            </w:r>
            <w:proofErr w:type="spellEnd"/>
          </w:p>
        </w:tc>
        <w:tc>
          <w:tcPr>
            <w:tcW w:w="2268" w:type="dxa"/>
            <w:shd w:val="clear" w:color="auto" w:fill="D9E2F3"/>
            <w:vAlign w:val="center"/>
          </w:tcPr>
          <w:p w14:paraId="07637EDA" w14:textId="45A13002" w:rsidR="006F6F0D" w:rsidRPr="000828D9" w:rsidRDefault="006F6F0D" w:rsidP="002E06C9">
            <w:pPr>
              <w:spacing w:after="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Dergi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Çeyreklik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Sıralaması</w:t>
            </w:r>
            <w:proofErr w:type="spellEnd"/>
            <w:r>
              <w:rPr>
                <w:b/>
                <w:sz w:val="18"/>
              </w:rPr>
              <w:t xml:space="preserve"> </w:t>
            </w:r>
            <w:r w:rsidRPr="000828D9">
              <w:rPr>
                <w:b/>
                <w:sz w:val="16"/>
                <w:szCs w:val="20"/>
              </w:rPr>
              <w:t>(Q</w:t>
            </w:r>
            <w:proofErr w:type="gramStart"/>
            <w:r w:rsidRPr="000828D9">
              <w:rPr>
                <w:b/>
                <w:sz w:val="16"/>
                <w:szCs w:val="20"/>
                <w:vertAlign w:val="subscript"/>
              </w:rPr>
              <w:t>1</w:t>
            </w:r>
            <w:r w:rsidRPr="000828D9">
              <w:rPr>
                <w:b/>
                <w:sz w:val="16"/>
                <w:szCs w:val="20"/>
              </w:rPr>
              <w:t>,Q</w:t>
            </w:r>
            <w:proofErr w:type="gramEnd"/>
            <w:r w:rsidRPr="000828D9">
              <w:rPr>
                <w:b/>
                <w:sz w:val="16"/>
                <w:szCs w:val="20"/>
                <w:vertAlign w:val="subscript"/>
              </w:rPr>
              <w:t>2</w:t>
            </w:r>
            <w:r w:rsidRPr="000828D9">
              <w:rPr>
                <w:b/>
                <w:sz w:val="16"/>
                <w:szCs w:val="20"/>
              </w:rPr>
              <w:t xml:space="preserve"> vb.)</w:t>
            </w:r>
          </w:p>
        </w:tc>
        <w:tc>
          <w:tcPr>
            <w:tcW w:w="895" w:type="dxa"/>
            <w:shd w:val="clear" w:color="auto" w:fill="D9E2F3"/>
          </w:tcPr>
          <w:p w14:paraId="5764DF1D" w14:textId="38CED237" w:rsidR="006F6F0D" w:rsidRDefault="006F6F0D" w:rsidP="002E06C9">
            <w:pPr>
              <w:spacing w:after="0"/>
              <w:rPr>
                <w:b/>
                <w:sz w:val="18"/>
              </w:rPr>
            </w:pPr>
            <w:r>
              <w:rPr>
                <w:b/>
                <w:sz w:val="18"/>
              </w:rPr>
              <w:t>DOİ</w:t>
            </w:r>
          </w:p>
        </w:tc>
      </w:tr>
      <w:tr w:rsidR="006F6F0D" w14:paraId="17BB7386" w14:textId="53D05059" w:rsidTr="006F6F0D">
        <w:tc>
          <w:tcPr>
            <w:tcW w:w="704" w:type="dxa"/>
            <w:vAlign w:val="center"/>
          </w:tcPr>
          <w:p w14:paraId="7BB95522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1003F476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02C61722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047212AD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2743277B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564E5FBB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79A746FD" w14:textId="77777777" w:rsidR="006F6F0D" w:rsidRDefault="006F6F0D" w:rsidP="002E06C9">
            <w:pPr>
              <w:spacing w:after="0"/>
            </w:pPr>
          </w:p>
        </w:tc>
      </w:tr>
      <w:tr w:rsidR="006F6F0D" w14:paraId="3E843A0A" w14:textId="215B3DE4" w:rsidTr="006F6F0D">
        <w:tc>
          <w:tcPr>
            <w:tcW w:w="704" w:type="dxa"/>
            <w:vAlign w:val="center"/>
          </w:tcPr>
          <w:p w14:paraId="0D4B8ABD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26162AD6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3B7613BB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3BDFCB6B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138BA396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6F0F718E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44620F8C" w14:textId="77777777" w:rsidR="006F6F0D" w:rsidRDefault="006F6F0D" w:rsidP="002E06C9">
            <w:pPr>
              <w:spacing w:after="0"/>
            </w:pPr>
          </w:p>
        </w:tc>
      </w:tr>
      <w:tr w:rsidR="006F6F0D" w14:paraId="66848179" w14:textId="00FB3EC9" w:rsidTr="006F6F0D">
        <w:tc>
          <w:tcPr>
            <w:tcW w:w="704" w:type="dxa"/>
            <w:vAlign w:val="center"/>
          </w:tcPr>
          <w:p w14:paraId="71B3695F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0ADE5641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0E9FAF18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1F0CD708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4AA200EF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440A9F0D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41A45F17" w14:textId="77777777" w:rsidR="006F6F0D" w:rsidRDefault="006F6F0D" w:rsidP="002E06C9">
            <w:pPr>
              <w:spacing w:after="0"/>
            </w:pPr>
          </w:p>
        </w:tc>
      </w:tr>
      <w:tr w:rsidR="006F6F0D" w14:paraId="639A66AC" w14:textId="59E0C66E" w:rsidTr="006F6F0D">
        <w:tc>
          <w:tcPr>
            <w:tcW w:w="704" w:type="dxa"/>
            <w:vAlign w:val="center"/>
          </w:tcPr>
          <w:p w14:paraId="0467F14D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22A0D17E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0E91A34C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043249E5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18497AE9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55FCF045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1F293D6F" w14:textId="77777777" w:rsidR="006F6F0D" w:rsidRDefault="006F6F0D" w:rsidP="002E06C9">
            <w:pPr>
              <w:spacing w:after="0"/>
            </w:pPr>
          </w:p>
        </w:tc>
      </w:tr>
      <w:tr w:rsidR="006F6F0D" w14:paraId="5938BBAA" w14:textId="0C268C24" w:rsidTr="006F6F0D">
        <w:tc>
          <w:tcPr>
            <w:tcW w:w="704" w:type="dxa"/>
            <w:vAlign w:val="center"/>
          </w:tcPr>
          <w:p w14:paraId="3561CBFF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03DBC49D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21127FBF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5DBB8B84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7EE42B94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1268CACC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3DDAF920" w14:textId="77777777" w:rsidR="006F6F0D" w:rsidRDefault="006F6F0D" w:rsidP="002E06C9">
            <w:pPr>
              <w:spacing w:after="0"/>
            </w:pPr>
          </w:p>
        </w:tc>
      </w:tr>
      <w:tr w:rsidR="006F6F0D" w14:paraId="135720F0" w14:textId="1494155F" w:rsidTr="006F6F0D">
        <w:tc>
          <w:tcPr>
            <w:tcW w:w="704" w:type="dxa"/>
            <w:vAlign w:val="center"/>
          </w:tcPr>
          <w:p w14:paraId="70845481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1FAABA59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73BBA7F1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0126D0ED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4929B7B0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6078BF7E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1004A1B3" w14:textId="77777777" w:rsidR="006F6F0D" w:rsidRDefault="006F6F0D" w:rsidP="002E06C9">
            <w:pPr>
              <w:spacing w:after="0"/>
            </w:pPr>
          </w:p>
        </w:tc>
      </w:tr>
      <w:tr w:rsidR="006F6F0D" w14:paraId="5CEE13E6" w14:textId="1CBC0EBF" w:rsidTr="006F6F0D">
        <w:tc>
          <w:tcPr>
            <w:tcW w:w="704" w:type="dxa"/>
            <w:vAlign w:val="center"/>
          </w:tcPr>
          <w:p w14:paraId="10975AB3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197F51C2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447032F4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1F5F8C51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2F96B274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4348DA5E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758E6A22" w14:textId="77777777" w:rsidR="006F6F0D" w:rsidRDefault="006F6F0D" w:rsidP="002E06C9">
            <w:pPr>
              <w:spacing w:after="0"/>
            </w:pPr>
          </w:p>
        </w:tc>
      </w:tr>
      <w:tr w:rsidR="006F6F0D" w14:paraId="59F30CB1" w14:textId="738A95C1" w:rsidTr="006F6F0D">
        <w:tc>
          <w:tcPr>
            <w:tcW w:w="704" w:type="dxa"/>
            <w:vAlign w:val="center"/>
          </w:tcPr>
          <w:p w14:paraId="347E50E5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6CF24212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24DDA76C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666CAFE0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72A415D0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1BE5CCEB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26A0139D" w14:textId="77777777" w:rsidR="006F6F0D" w:rsidRDefault="006F6F0D" w:rsidP="002E06C9">
            <w:pPr>
              <w:spacing w:after="0"/>
            </w:pPr>
          </w:p>
        </w:tc>
      </w:tr>
      <w:tr w:rsidR="006F6F0D" w14:paraId="46436449" w14:textId="661D234F" w:rsidTr="006F6F0D">
        <w:tc>
          <w:tcPr>
            <w:tcW w:w="704" w:type="dxa"/>
            <w:vAlign w:val="center"/>
          </w:tcPr>
          <w:p w14:paraId="5C3ABA6A" w14:textId="77777777" w:rsidR="006F6F0D" w:rsidRDefault="006F6F0D" w:rsidP="002E06C9">
            <w:pPr>
              <w:spacing w:after="0"/>
            </w:pPr>
          </w:p>
        </w:tc>
        <w:tc>
          <w:tcPr>
            <w:tcW w:w="1418" w:type="dxa"/>
            <w:vAlign w:val="center"/>
          </w:tcPr>
          <w:p w14:paraId="540E65B9" w14:textId="77777777" w:rsidR="006F6F0D" w:rsidRDefault="006F6F0D" w:rsidP="002E06C9">
            <w:pPr>
              <w:spacing w:after="0"/>
            </w:pPr>
          </w:p>
        </w:tc>
        <w:tc>
          <w:tcPr>
            <w:tcW w:w="1417" w:type="dxa"/>
            <w:vAlign w:val="center"/>
          </w:tcPr>
          <w:p w14:paraId="476155A7" w14:textId="77777777" w:rsidR="006F6F0D" w:rsidRDefault="006F6F0D" w:rsidP="002E06C9">
            <w:pPr>
              <w:spacing w:after="0"/>
            </w:pPr>
          </w:p>
        </w:tc>
        <w:tc>
          <w:tcPr>
            <w:tcW w:w="1701" w:type="dxa"/>
            <w:vAlign w:val="center"/>
          </w:tcPr>
          <w:p w14:paraId="7C1FD3A3" w14:textId="77777777" w:rsidR="006F6F0D" w:rsidRDefault="006F6F0D" w:rsidP="002E06C9">
            <w:pPr>
              <w:spacing w:after="0"/>
            </w:pPr>
          </w:p>
        </w:tc>
        <w:tc>
          <w:tcPr>
            <w:tcW w:w="1559" w:type="dxa"/>
            <w:vAlign w:val="center"/>
          </w:tcPr>
          <w:p w14:paraId="6C070A99" w14:textId="77777777" w:rsidR="006F6F0D" w:rsidRDefault="006F6F0D" w:rsidP="002E06C9">
            <w:pPr>
              <w:spacing w:after="0"/>
            </w:pPr>
          </w:p>
        </w:tc>
        <w:tc>
          <w:tcPr>
            <w:tcW w:w="2268" w:type="dxa"/>
            <w:vAlign w:val="center"/>
          </w:tcPr>
          <w:p w14:paraId="652E8F7C" w14:textId="77777777" w:rsidR="006F6F0D" w:rsidRDefault="006F6F0D" w:rsidP="002E06C9">
            <w:pPr>
              <w:spacing w:after="0"/>
            </w:pPr>
          </w:p>
        </w:tc>
        <w:tc>
          <w:tcPr>
            <w:tcW w:w="895" w:type="dxa"/>
          </w:tcPr>
          <w:p w14:paraId="06E06D29" w14:textId="77777777" w:rsidR="006F6F0D" w:rsidRDefault="006F6F0D" w:rsidP="002E06C9">
            <w:pPr>
              <w:spacing w:after="0"/>
            </w:pPr>
          </w:p>
        </w:tc>
      </w:tr>
      <w:tr w:rsidR="006F6F0D" w14:paraId="30606812" w14:textId="6AC8811A" w:rsidTr="006F6F0D">
        <w:tc>
          <w:tcPr>
            <w:tcW w:w="9067" w:type="dxa"/>
            <w:gridSpan w:val="6"/>
            <w:vAlign w:val="center"/>
          </w:tcPr>
          <w:p w14:paraId="6B9E3B93" w14:textId="0E211802" w:rsidR="006F6F0D" w:rsidRDefault="006F6F0D" w:rsidP="002E06C9">
            <w:pPr>
              <w:spacing w:after="0"/>
            </w:pPr>
            <w:r w:rsidRPr="000828D9">
              <w:rPr>
                <w:b/>
                <w:bCs/>
              </w:rPr>
              <w:t>Not:</w:t>
            </w:r>
            <w:r>
              <w:t xml:space="preserve"> </w:t>
            </w:r>
            <w:proofErr w:type="spellStart"/>
            <w:r>
              <w:t>Öğrencinin</w:t>
            </w:r>
            <w:proofErr w:type="spellEnd"/>
            <w:r>
              <w:t xml:space="preserve"> </w:t>
            </w:r>
            <w:proofErr w:type="spellStart"/>
            <w:r>
              <w:t>ismi</w:t>
            </w:r>
            <w:proofErr w:type="spellEnd"/>
            <w:r>
              <w:t xml:space="preserve"> bold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işaretlenmelidir</w:t>
            </w:r>
            <w:proofErr w:type="spellEnd"/>
            <w:r>
              <w:t>.</w:t>
            </w:r>
          </w:p>
        </w:tc>
        <w:tc>
          <w:tcPr>
            <w:tcW w:w="895" w:type="dxa"/>
          </w:tcPr>
          <w:p w14:paraId="290DC007" w14:textId="77777777" w:rsidR="006F6F0D" w:rsidRPr="000828D9" w:rsidRDefault="006F6F0D" w:rsidP="002E06C9">
            <w:pPr>
              <w:spacing w:after="0"/>
              <w:rPr>
                <w:b/>
                <w:bCs/>
              </w:rPr>
            </w:pPr>
          </w:p>
        </w:tc>
      </w:tr>
    </w:tbl>
    <w:p w14:paraId="64B615F6" w14:textId="77777777" w:rsidR="005D1FE4" w:rsidRDefault="005D1FE4">
      <w:pPr>
        <w:pStyle w:val="Balk1"/>
      </w:pPr>
    </w:p>
    <w:p w14:paraId="39121130" w14:textId="77777777" w:rsidR="005D1FE4" w:rsidRDefault="005D1FE4" w:rsidP="005D1FE4"/>
    <w:p w14:paraId="3FC94CF3" w14:textId="77777777" w:rsidR="005D1FE4" w:rsidRDefault="005D1FE4" w:rsidP="005D1FE4"/>
    <w:p w14:paraId="2FAE0DCD" w14:textId="77777777" w:rsidR="005D1FE4" w:rsidRDefault="005D1FE4" w:rsidP="005D1FE4"/>
    <w:p w14:paraId="0FA13E5D" w14:textId="77777777" w:rsidR="005D1FE4" w:rsidRDefault="005D1FE4" w:rsidP="005D1FE4"/>
    <w:p w14:paraId="7C8367EB" w14:textId="77777777" w:rsidR="005D1FE4" w:rsidRDefault="005D1FE4" w:rsidP="005D1FE4"/>
    <w:p w14:paraId="43E22952" w14:textId="77777777" w:rsidR="005D1FE4" w:rsidRDefault="005D1FE4" w:rsidP="005D1FE4"/>
    <w:p w14:paraId="0A5879C7" w14:textId="77777777" w:rsidR="005D1FE4" w:rsidRDefault="005D1FE4" w:rsidP="005D1FE4"/>
    <w:p w14:paraId="7F3B1F59" w14:textId="77777777" w:rsidR="005D1FE4" w:rsidRDefault="005D1FE4" w:rsidP="005D1FE4"/>
    <w:p w14:paraId="0AD5D6B9" w14:textId="77777777" w:rsidR="005D1FE4" w:rsidRDefault="005D1FE4" w:rsidP="005D1FE4"/>
    <w:p w14:paraId="0614527B" w14:textId="77777777" w:rsidR="005D1FE4" w:rsidRDefault="005D1FE4" w:rsidP="005D1FE4"/>
    <w:p w14:paraId="077FA2FF" w14:textId="77777777" w:rsidR="005D1FE4" w:rsidRDefault="005D1FE4" w:rsidP="005D1FE4"/>
    <w:p w14:paraId="04FD16A7" w14:textId="77777777" w:rsidR="005D1FE4" w:rsidRDefault="005D1FE4" w:rsidP="005D1FE4"/>
    <w:p w14:paraId="410381D8" w14:textId="77777777" w:rsidR="005D1FE4" w:rsidRPr="005D1FE4" w:rsidRDefault="005D1FE4" w:rsidP="005D1FE4"/>
    <w:p w14:paraId="11BC4A69" w14:textId="77777777" w:rsidR="005D1FE4" w:rsidRDefault="005D1FE4">
      <w:pPr>
        <w:pStyle w:val="Balk1"/>
      </w:pPr>
    </w:p>
    <w:p w14:paraId="68BE06BA" w14:textId="77777777" w:rsidR="005D1FE4" w:rsidRDefault="005D1FE4">
      <w:pPr>
        <w:pStyle w:val="Balk1"/>
      </w:pPr>
    </w:p>
    <w:p w14:paraId="0B7379F8" w14:textId="77777777" w:rsidR="005D1FE4" w:rsidRDefault="005D1FE4" w:rsidP="005D1FE4"/>
    <w:p w14:paraId="66CB0B31" w14:textId="77777777" w:rsidR="005D1FE4" w:rsidRPr="005D1FE4" w:rsidRDefault="005D1FE4" w:rsidP="005D1FE4"/>
    <w:p w14:paraId="39EE3EE9" w14:textId="0DA55476" w:rsidR="009B1F74" w:rsidRDefault="005D1FE4">
      <w:pPr>
        <w:pStyle w:val="Balk1"/>
      </w:pPr>
      <w:r>
        <w:t>4. PATENT/PROJE</w:t>
      </w:r>
    </w:p>
    <w:p w14:paraId="03F055BA" w14:textId="604D6626" w:rsidR="009B1F74" w:rsidRPr="005D1FE4" w:rsidRDefault="00000000">
      <w:proofErr w:type="spellStart"/>
      <w:r>
        <w:t>Doktora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 xml:space="preserve"> </w:t>
      </w:r>
      <w:proofErr w:type="spellStart"/>
      <w:r>
        <w:t>süresince</w:t>
      </w:r>
      <w:proofErr w:type="spellEnd"/>
      <w:r>
        <w:t xml:space="preserve"> </w:t>
      </w:r>
      <w:proofErr w:type="spellStart"/>
      <w:r w:rsidR="005D1FE4">
        <w:t>başvuru</w:t>
      </w:r>
      <w:proofErr w:type="spellEnd"/>
      <w:r w:rsidR="005D1FE4">
        <w:t xml:space="preserve"> </w:t>
      </w:r>
      <w:proofErr w:type="spellStart"/>
      <w:r w:rsidR="005D1FE4">
        <w:t>yapılan</w:t>
      </w:r>
      <w:proofErr w:type="spellEnd"/>
      <w:r w:rsidR="005D1FE4">
        <w:t>/</w:t>
      </w:r>
      <w:proofErr w:type="spellStart"/>
      <w:r w:rsidR="005D1FE4">
        <w:t>alınan</w:t>
      </w:r>
      <w:proofErr w:type="spellEnd"/>
      <w:r w:rsidR="005D1FE4" w:rsidRPr="005D1FE4">
        <w:t xml:space="preserve"> </w:t>
      </w:r>
      <w:proofErr w:type="spellStart"/>
      <w:r w:rsidR="005D1FE4" w:rsidRPr="005D1FE4">
        <w:t>patentler</w:t>
      </w:r>
      <w:proofErr w:type="spellEnd"/>
      <w:r w:rsidR="005D1FE4" w:rsidRPr="005D1FE4">
        <w:t xml:space="preserve"> </w:t>
      </w:r>
      <w:proofErr w:type="spellStart"/>
      <w:r w:rsidR="005D1FE4" w:rsidRPr="005D1FE4">
        <w:t>ve</w:t>
      </w:r>
      <w:proofErr w:type="spellEnd"/>
      <w:r w:rsidR="005D1FE4" w:rsidRPr="005D1FE4">
        <w:t xml:space="preserve"> </w:t>
      </w:r>
      <w:proofErr w:type="spellStart"/>
      <w:r w:rsidR="005D1FE4" w:rsidRPr="005D1FE4">
        <w:t>yürütülen</w:t>
      </w:r>
      <w:proofErr w:type="spellEnd"/>
      <w:r w:rsidR="005D1FE4" w:rsidRPr="005D1FE4">
        <w:t xml:space="preserve"> </w:t>
      </w:r>
      <w:proofErr w:type="spellStart"/>
      <w:r w:rsidR="005D1FE4" w:rsidRPr="005D1FE4">
        <w:t>projeler</w:t>
      </w:r>
      <w:proofErr w:type="spellEnd"/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918"/>
        <w:gridCol w:w="1345"/>
        <w:gridCol w:w="1843"/>
        <w:gridCol w:w="2693"/>
        <w:gridCol w:w="1511"/>
        <w:gridCol w:w="1652"/>
      </w:tblGrid>
      <w:tr w:rsidR="000828D9" w14:paraId="47F0794E" w14:textId="77777777" w:rsidTr="00AD0C24">
        <w:tc>
          <w:tcPr>
            <w:tcW w:w="918" w:type="dxa"/>
            <w:shd w:val="clear" w:color="auto" w:fill="D9E2F3"/>
            <w:vAlign w:val="center"/>
          </w:tcPr>
          <w:p w14:paraId="36157552" w14:textId="77777777" w:rsidR="000828D9" w:rsidRPr="005D1FE4" w:rsidRDefault="000828D9">
            <w:pPr>
              <w:spacing w:after="0"/>
            </w:pPr>
            <w:r w:rsidRPr="005D1FE4">
              <w:rPr>
                <w:b/>
                <w:sz w:val="18"/>
              </w:rPr>
              <w:t>Tarih</w:t>
            </w:r>
          </w:p>
        </w:tc>
        <w:tc>
          <w:tcPr>
            <w:tcW w:w="1345" w:type="dxa"/>
            <w:shd w:val="clear" w:color="auto" w:fill="D9E2F3"/>
            <w:vAlign w:val="center"/>
          </w:tcPr>
          <w:p w14:paraId="70429FD4" w14:textId="167957C1" w:rsidR="000828D9" w:rsidRPr="005D1FE4" w:rsidRDefault="000828D9">
            <w:pPr>
              <w:spacing w:after="0"/>
            </w:pPr>
            <w:r w:rsidRPr="005D1FE4">
              <w:rPr>
                <w:b/>
                <w:sz w:val="18"/>
              </w:rPr>
              <w:t>Patent/</w:t>
            </w:r>
            <w:proofErr w:type="spellStart"/>
            <w:r w:rsidRPr="005D1FE4">
              <w:rPr>
                <w:b/>
                <w:sz w:val="18"/>
              </w:rPr>
              <w:t>Proje</w:t>
            </w:r>
            <w:proofErr w:type="spellEnd"/>
            <w:r w:rsidRPr="005D1FE4">
              <w:rPr>
                <w:b/>
                <w:sz w:val="18"/>
              </w:rPr>
              <w:t xml:space="preserve"> </w:t>
            </w:r>
            <w:proofErr w:type="spellStart"/>
            <w:r w:rsidRPr="005D1FE4">
              <w:rPr>
                <w:b/>
                <w:sz w:val="18"/>
              </w:rPr>
              <w:t>Türü</w:t>
            </w:r>
            <w:proofErr w:type="spellEnd"/>
          </w:p>
        </w:tc>
        <w:tc>
          <w:tcPr>
            <w:tcW w:w="1843" w:type="dxa"/>
            <w:shd w:val="clear" w:color="auto" w:fill="D9E2F3"/>
          </w:tcPr>
          <w:p w14:paraId="19677FB8" w14:textId="289DDD9C" w:rsidR="000828D9" w:rsidRPr="005D1FE4" w:rsidRDefault="000828D9">
            <w:pPr>
              <w:spacing w:after="0"/>
              <w:rPr>
                <w:b/>
                <w:sz w:val="18"/>
              </w:rPr>
            </w:pPr>
            <w:r w:rsidRPr="005D1FE4">
              <w:rPr>
                <w:b/>
                <w:sz w:val="18"/>
              </w:rPr>
              <w:t>Patent/</w:t>
            </w:r>
            <w:proofErr w:type="spellStart"/>
            <w:r w:rsidRPr="005D1FE4">
              <w:rPr>
                <w:b/>
                <w:sz w:val="18"/>
              </w:rPr>
              <w:t>Proje</w:t>
            </w:r>
            <w:proofErr w:type="spellEnd"/>
            <w:r w:rsidR="00AD0C24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Durumu</w:t>
            </w:r>
            <w:r w:rsidR="002C5C92">
              <w:rPr>
                <w:b/>
                <w:sz w:val="18"/>
              </w:rPr>
              <w:t xml:space="preserve"> </w:t>
            </w:r>
            <w:r w:rsidRPr="00AD0C24">
              <w:rPr>
                <w:bCs/>
                <w:sz w:val="16"/>
                <w:szCs w:val="16"/>
              </w:rPr>
              <w:t>(</w:t>
            </w:r>
            <w:proofErr w:type="spellStart"/>
            <w:r w:rsidRPr="00AD0C24">
              <w:rPr>
                <w:bCs/>
                <w:sz w:val="16"/>
                <w:szCs w:val="16"/>
              </w:rPr>
              <w:t>Başvuru</w:t>
            </w:r>
            <w:proofErr w:type="spellEnd"/>
            <w:r w:rsidRPr="00AD0C2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AD0C24">
              <w:rPr>
                <w:bCs/>
                <w:sz w:val="16"/>
                <w:szCs w:val="16"/>
              </w:rPr>
              <w:t>Yapıldı</w:t>
            </w:r>
            <w:proofErr w:type="spellEnd"/>
            <w:r w:rsidRPr="00AD0C24">
              <w:rPr>
                <w:bCs/>
                <w:sz w:val="16"/>
                <w:szCs w:val="16"/>
              </w:rPr>
              <w:t>/Kabul/Re</w:t>
            </w:r>
            <w:r w:rsidR="002C5C92" w:rsidRPr="00AD0C24">
              <w:rPr>
                <w:bCs/>
                <w:sz w:val="16"/>
                <w:szCs w:val="16"/>
              </w:rPr>
              <w:t>t</w:t>
            </w:r>
            <w:r w:rsidRPr="00AD0C24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693" w:type="dxa"/>
            <w:shd w:val="clear" w:color="auto" w:fill="D9E2F3"/>
            <w:vAlign w:val="center"/>
          </w:tcPr>
          <w:p w14:paraId="46FA8E70" w14:textId="02ABF1CA" w:rsidR="000828D9" w:rsidRPr="005D1FE4" w:rsidRDefault="000828D9">
            <w:pPr>
              <w:spacing w:after="0"/>
            </w:pPr>
            <w:r w:rsidRPr="005D1FE4">
              <w:rPr>
                <w:b/>
                <w:sz w:val="18"/>
              </w:rPr>
              <w:t>Patent/</w:t>
            </w:r>
            <w:proofErr w:type="spellStart"/>
            <w:r w:rsidRPr="005D1FE4">
              <w:rPr>
                <w:b/>
                <w:sz w:val="18"/>
              </w:rPr>
              <w:t>Proje</w:t>
            </w:r>
            <w:proofErr w:type="spellEnd"/>
            <w:r w:rsidRPr="005D1FE4">
              <w:rPr>
                <w:b/>
                <w:sz w:val="18"/>
              </w:rPr>
              <w:t xml:space="preserve"> </w:t>
            </w:r>
            <w:proofErr w:type="spellStart"/>
            <w:r w:rsidRPr="005D1FE4">
              <w:rPr>
                <w:b/>
                <w:sz w:val="18"/>
              </w:rPr>
              <w:t>Başlığı</w:t>
            </w:r>
            <w:proofErr w:type="spellEnd"/>
          </w:p>
        </w:tc>
        <w:tc>
          <w:tcPr>
            <w:tcW w:w="1511" w:type="dxa"/>
            <w:shd w:val="clear" w:color="auto" w:fill="D9E2F3"/>
            <w:vAlign w:val="center"/>
          </w:tcPr>
          <w:p w14:paraId="1537336F" w14:textId="77777777" w:rsidR="000828D9" w:rsidRPr="005D1FE4" w:rsidRDefault="000828D9">
            <w:pPr>
              <w:spacing w:after="0"/>
            </w:pPr>
            <w:r w:rsidRPr="005D1FE4">
              <w:rPr>
                <w:b/>
                <w:sz w:val="18"/>
              </w:rPr>
              <w:t>Organizasyon / Kurum</w:t>
            </w:r>
          </w:p>
        </w:tc>
        <w:tc>
          <w:tcPr>
            <w:tcW w:w="1652" w:type="dxa"/>
            <w:shd w:val="clear" w:color="auto" w:fill="D9E2F3"/>
            <w:vAlign w:val="center"/>
          </w:tcPr>
          <w:p w14:paraId="0A835300" w14:textId="77777777" w:rsidR="000828D9" w:rsidRPr="005D1FE4" w:rsidRDefault="000828D9" w:rsidP="00AD0C24">
            <w:pPr>
              <w:spacing w:after="0"/>
              <w:rPr>
                <w:b/>
                <w:sz w:val="18"/>
              </w:rPr>
            </w:pPr>
            <w:proofErr w:type="spellStart"/>
            <w:r w:rsidRPr="005D1FE4">
              <w:rPr>
                <w:b/>
                <w:sz w:val="18"/>
              </w:rPr>
              <w:t>Açıklamalar</w:t>
            </w:r>
            <w:proofErr w:type="spellEnd"/>
            <w:r w:rsidRPr="005D1FE4">
              <w:rPr>
                <w:b/>
                <w:sz w:val="18"/>
              </w:rPr>
              <w:t xml:space="preserve"> </w:t>
            </w:r>
          </w:p>
          <w:p w14:paraId="01BCED83" w14:textId="5D7B732B" w:rsidR="000828D9" w:rsidRPr="005D1FE4" w:rsidRDefault="000828D9" w:rsidP="00AD0C24">
            <w:pPr>
              <w:spacing w:after="0"/>
            </w:pPr>
            <w:r w:rsidRPr="000828D9">
              <w:rPr>
                <w:sz w:val="16"/>
                <w:szCs w:val="18"/>
              </w:rPr>
              <w:t>(</w:t>
            </w:r>
            <w:proofErr w:type="spellStart"/>
            <w:r w:rsidRPr="000828D9">
              <w:rPr>
                <w:sz w:val="16"/>
                <w:szCs w:val="18"/>
              </w:rPr>
              <w:t>Araştırma</w:t>
            </w:r>
            <w:proofErr w:type="spellEnd"/>
            <w:r w:rsidRPr="000828D9">
              <w:rPr>
                <w:sz w:val="16"/>
                <w:szCs w:val="18"/>
              </w:rPr>
              <w:t xml:space="preserve"> </w:t>
            </w:r>
            <w:proofErr w:type="spellStart"/>
            <w:r w:rsidRPr="000828D9">
              <w:rPr>
                <w:sz w:val="16"/>
                <w:szCs w:val="18"/>
              </w:rPr>
              <w:t>Ekibi</w:t>
            </w:r>
            <w:proofErr w:type="spellEnd"/>
            <w:r w:rsidRPr="000828D9">
              <w:rPr>
                <w:sz w:val="16"/>
                <w:szCs w:val="18"/>
              </w:rPr>
              <w:t xml:space="preserve">, </w:t>
            </w:r>
            <w:proofErr w:type="spellStart"/>
            <w:r w:rsidR="002C5C92">
              <w:rPr>
                <w:sz w:val="16"/>
                <w:szCs w:val="18"/>
              </w:rPr>
              <w:t>Bütçe</w:t>
            </w:r>
            <w:proofErr w:type="spellEnd"/>
            <w:r w:rsidR="002C5C92">
              <w:rPr>
                <w:sz w:val="16"/>
                <w:szCs w:val="18"/>
              </w:rPr>
              <w:t xml:space="preserve">, </w:t>
            </w:r>
            <w:proofErr w:type="spellStart"/>
            <w:r w:rsidRPr="000828D9">
              <w:rPr>
                <w:sz w:val="16"/>
                <w:szCs w:val="18"/>
              </w:rPr>
              <w:t>Başvuru</w:t>
            </w:r>
            <w:proofErr w:type="spellEnd"/>
            <w:r w:rsidRPr="000828D9">
              <w:rPr>
                <w:sz w:val="16"/>
                <w:szCs w:val="18"/>
              </w:rPr>
              <w:t xml:space="preserve"> Numarası)</w:t>
            </w:r>
          </w:p>
        </w:tc>
      </w:tr>
      <w:tr w:rsidR="000828D9" w14:paraId="5E3415C3" w14:textId="77777777" w:rsidTr="00AD0C24">
        <w:tc>
          <w:tcPr>
            <w:tcW w:w="918" w:type="dxa"/>
            <w:vAlign w:val="center"/>
          </w:tcPr>
          <w:p w14:paraId="6F6A8073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63CEA7D2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0E863E95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0A0920CC" w14:textId="329B6534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1B3BEF1B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65508CBD" w14:textId="77777777" w:rsidR="000828D9" w:rsidRDefault="000828D9">
            <w:pPr>
              <w:spacing w:after="0"/>
            </w:pPr>
          </w:p>
        </w:tc>
      </w:tr>
      <w:tr w:rsidR="000828D9" w14:paraId="29A8B816" w14:textId="77777777" w:rsidTr="00AD0C24">
        <w:tc>
          <w:tcPr>
            <w:tcW w:w="918" w:type="dxa"/>
            <w:vAlign w:val="center"/>
          </w:tcPr>
          <w:p w14:paraId="0F33B149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4D24F005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6D201B7B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1D18D9FE" w14:textId="4F1B8091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5D6FA782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1F7A15F2" w14:textId="77777777" w:rsidR="000828D9" w:rsidRDefault="000828D9">
            <w:pPr>
              <w:spacing w:after="0"/>
            </w:pPr>
          </w:p>
        </w:tc>
      </w:tr>
      <w:tr w:rsidR="000828D9" w14:paraId="7458AB58" w14:textId="77777777" w:rsidTr="00AD0C24">
        <w:tc>
          <w:tcPr>
            <w:tcW w:w="918" w:type="dxa"/>
            <w:vAlign w:val="center"/>
          </w:tcPr>
          <w:p w14:paraId="48AAEF4B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60AAFF23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253A946C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1B0ADB53" w14:textId="03CB319A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0A8CD16D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574B0702" w14:textId="77777777" w:rsidR="000828D9" w:rsidRDefault="000828D9">
            <w:pPr>
              <w:spacing w:after="0"/>
            </w:pPr>
          </w:p>
        </w:tc>
      </w:tr>
      <w:tr w:rsidR="000828D9" w14:paraId="040099D4" w14:textId="77777777" w:rsidTr="00AD0C24">
        <w:tc>
          <w:tcPr>
            <w:tcW w:w="918" w:type="dxa"/>
            <w:vAlign w:val="center"/>
          </w:tcPr>
          <w:p w14:paraId="08B24416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39EAAFDF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28FAD1AC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7B69DA78" w14:textId="535CC4E8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26EF3358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41917349" w14:textId="77777777" w:rsidR="000828D9" w:rsidRDefault="000828D9">
            <w:pPr>
              <w:spacing w:after="0"/>
            </w:pPr>
          </w:p>
        </w:tc>
      </w:tr>
      <w:tr w:rsidR="000828D9" w14:paraId="2EF0CBAF" w14:textId="77777777" w:rsidTr="00AD0C24">
        <w:tc>
          <w:tcPr>
            <w:tcW w:w="918" w:type="dxa"/>
            <w:vAlign w:val="center"/>
          </w:tcPr>
          <w:p w14:paraId="261A197B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525057C1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7A5EEEDE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6F43594F" w14:textId="394A81B6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05C60F82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1A4D9F9B" w14:textId="77777777" w:rsidR="000828D9" w:rsidRDefault="000828D9">
            <w:pPr>
              <w:spacing w:after="0"/>
            </w:pPr>
          </w:p>
        </w:tc>
      </w:tr>
      <w:tr w:rsidR="000828D9" w14:paraId="6F7E1366" w14:textId="77777777" w:rsidTr="00AD0C24">
        <w:tc>
          <w:tcPr>
            <w:tcW w:w="918" w:type="dxa"/>
            <w:vAlign w:val="center"/>
          </w:tcPr>
          <w:p w14:paraId="66C2D243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5B093E70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133F46F2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0CAD3053" w14:textId="26FEACFE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6B238743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4D090E80" w14:textId="77777777" w:rsidR="000828D9" w:rsidRDefault="000828D9">
            <w:pPr>
              <w:spacing w:after="0"/>
            </w:pPr>
          </w:p>
        </w:tc>
      </w:tr>
      <w:tr w:rsidR="000828D9" w14:paraId="49B4EBF9" w14:textId="77777777" w:rsidTr="00AD0C24">
        <w:tc>
          <w:tcPr>
            <w:tcW w:w="918" w:type="dxa"/>
            <w:vAlign w:val="center"/>
          </w:tcPr>
          <w:p w14:paraId="52BB1428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6E013625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4F361020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3F870DB2" w14:textId="7D916E01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3B254101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1F3B86F3" w14:textId="77777777" w:rsidR="000828D9" w:rsidRDefault="000828D9">
            <w:pPr>
              <w:spacing w:after="0"/>
            </w:pPr>
          </w:p>
        </w:tc>
      </w:tr>
      <w:tr w:rsidR="000828D9" w14:paraId="28278083" w14:textId="77777777" w:rsidTr="00AD0C24">
        <w:tc>
          <w:tcPr>
            <w:tcW w:w="918" w:type="dxa"/>
            <w:vAlign w:val="center"/>
          </w:tcPr>
          <w:p w14:paraId="3CCD852D" w14:textId="77777777" w:rsidR="000828D9" w:rsidRDefault="000828D9">
            <w:pPr>
              <w:spacing w:after="0"/>
            </w:pPr>
          </w:p>
        </w:tc>
        <w:tc>
          <w:tcPr>
            <w:tcW w:w="1345" w:type="dxa"/>
            <w:vAlign w:val="center"/>
          </w:tcPr>
          <w:p w14:paraId="337AE165" w14:textId="77777777" w:rsidR="000828D9" w:rsidRDefault="000828D9">
            <w:pPr>
              <w:spacing w:after="0"/>
            </w:pPr>
          </w:p>
        </w:tc>
        <w:tc>
          <w:tcPr>
            <w:tcW w:w="1843" w:type="dxa"/>
          </w:tcPr>
          <w:p w14:paraId="1DF13DBF" w14:textId="77777777" w:rsidR="000828D9" w:rsidRDefault="000828D9">
            <w:pPr>
              <w:spacing w:after="0"/>
            </w:pPr>
          </w:p>
        </w:tc>
        <w:tc>
          <w:tcPr>
            <w:tcW w:w="2693" w:type="dxa"/>
            <w:vAlign w:val="center"/>
          </w:tcPr>
          <w:p w14:paraId="0C25B590" w14:textId="68158DE3" w:rsidR="000828D9" w:rsidRDefault="000828D9">
            <w:pPr>
              <w:spacing w:after="0"/>
            </w:pPr>
          </w:p>
        </w:tc>
        <w:tc>
          <w:tcPr>
            <w:tcW w:w="1511" w:type="dxa"/>
            <w:vAlign w:val="center"/>
          </w:tcPr>
          <w:p w14:paraId="1DB30EEF" w14:textId="77777777" w:rsidR="000828D9" w:rsidRDefault="000828D9">
            <w:pPr>
              <w:spacing w:after="0"/>
            </w:pPr>
          </w:p>
        </w:tc>
        <w:tc>
          <w:tcPr>
            <w:tcW w:w="1652" w:type="dxa"/>
            <w:vAlign w:val="center"/>
          </w:tcPr>
          <w:p w14:paraId="7950B472" w14:textId="77777777" w:rsidR="000828D9" w:rsidRDefault="000828D9">
            <w:pPr>
              <w:spacing w:after="0"/>
            </w:pPr>
          </w:p>
        </w:tc>
      </w:tr>
    </w:tbl>
    <w:p w14:paraId="0E79E840" w14:textId="77777777" w:rsidR="009B1F74" w:rsidRDefault="00000000">
      <w:r>
        <w:br w:type="page"/>
      </w:r>
    </w:p>
    <w:p w14:paraId="4398E394" w14:textId="63AB2E1F" w:rsidR="005D1FE4" w:rsidRDefault="005D1FE4" w:rsidP="005D1FE4">
      <w:pPr>
        <w:pStyle w:val="Balk1"/>
      </w:pPr>
      <w:r>
        <w:lastRenderedPageBreak/>
        <w:t>5. SUNUMLAR</w:t>
      </w:r>
    </w:p>
    <w:p w14:paraId="5B5F80DA" w14:textId="77777777" w:rsidR="005D1FE4" w:rsidRDefault="005D1FE4" w:rsidP="005D1FE4">
      <w:proofErr w:type="spellStart"/>
      <w:r>
        <w:t>Doktora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 xml:space="preserve"> </w:t>
      </w:r>
      <w:proofErr w:type="spellStart"/>
      <w:r>
        <w:t>süresince</w:t>
      </w:r>
      <w:proofErr w:type="spellEnd"/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sözlü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poster </w:t>
      </w:r>
      <w:proofErr w:type="spellStart"/>
      <w:r>
        <w:t>bildiriler</w:t>
      </w:r>
      <w:proofErr w:type="spellEnd"/>
      <w:r>
        <w:t>.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1476"/>
        <w:gridCol w:w="3027"/>
        <w:gridCol w:w="1538"/>
        <w:gridCol w:w="1492"/>
        <w:gridCol w:w="1500"/>
      </w:tblGrid>
      <w:tr w:rsidR="000828D9" w14:paraId="578C941C" w14:textId="77777777" w:rsidTr="000828D9">
        <w:tc>
          <w:tcPr>
            <w:tcW w:w="929" w:type="dxa"/>
            <w:shd w:val="clear" w:color="auto" w:fill="D9E2F3"/>
            <w:vAlign w:val="center"/>
          </w:tcPr>
          <w:p w14:paraId="79DF0E19" w14:textId="77777777" w:rsidR="000828D9" w:rsidRDefault="000828D9" w:rsidP="002E06C9">
            <w:pPr>
              <w:spacing w:after="0"/>
            </w:pPr>
            <w:r>
              <w:rPr>
                <w:b/>
                <w:sz w:val="18"/>
              </w:rPr>
              <w:t>Tarih</w:t>
            </w:r>
          </w:p>
        </w:tc>
        <w:tc>
          <w:tcPr>
            <w:tcW w:w="1476" w:type="dxa"/>
            <w:shd w:val="clear" w:color="auto" w:fill="D9E2F3"/>
            <w:vAlign w:val="center"/>
          </w:tcPr>
          <w:p w14:paraId="6041B534" w14:textId="77777777" w:rsidR="000828D9" w:rsidRDefault="000828D9" w:rsidP="000828D9">
            <w:pPr>
              <w:spacing w:after="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Ulusal</w:t>
            </w:r>
            <w:proofErr w:type="spellEnd"/>
            <w:r>
              <w:rPr>
                <w:b/>
                <w:sz w:val="18"/>
              </w:rPr>
              <w:t>/</w:t>
            </w:r>
          </w:p>
          <w:p w14:paraId="663D8D18" w14:textId="1F3F7394" w:rsidR="000828D9" w:rsidRDefault="000828D9" w:rsidP="000828D9">
            <w:pPr>
              <w:spacing w:after="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Uluslararası</w:t>
            </w:r>
            <w:proofErr w:type="spellEnd"/>
          </w:p>
        </w:tc>
        <w:tc>
          <w:tcPr>
            <w:tcW w:w="3027" w:type="dxa"/>
            <w:shd w:val="clear" w:color="auto" w:fill="D9E2F3"/>
            <w:vAlign w:val="center"/>
          </w:tcPr>
          <w:p w14:paraId="7D2CCC4A" w14:textId="4D94F310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Bilimsel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Faaliyet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Organizasyon</w:t>
            </w:r>
            <w:proofErr w:type="spellEnd"/>
          </w:p>
        </w:tc>
        <w:tc>
          <w:tcPr>
            <w:tcW w:w="1538" w:type="dxa"/>
            <w:shd w:val="clear" w:color="auto" w:fill="D9E2F3"/>
            <w:vAlign w:val="center"/>
          </w:tcPr>
          <w:p w14:paraId="3AA632C9" w14:textId="77777777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Yazarlar</w:t>
            </w:r>
            <w:proofErr w:type="spellEnd"/>
          </w:p>
        </w:tc>
        <w:tc>
          <w:tcPr>
            <w:tcW w:w="1492" w:type="dxa"/>
            <w:shd w:val="clear" w:color="auto" w:fill="D9E2F3"/>
            <w:vAlign w:val="center"/>
          </w:tcPr>
          <w:p w14:paraId="14F72542" w14:textId="77777777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Bildiri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Başlığı</w:t>
            </w:r>
            <w:proofErr w:type="spellEnd"/>
          </w:p>
        </w:tc>
        <w:tc>
          <w:tcPr>
            <w:tcW w:w="1500" w:type="dxa"/>
            <w:shd w:val="clear" w:color="auto" w:fill="D9E2F3"/>
            <w:vAlign w:val="center"/>
          </w:tcPr>
          <w:p w14:paraId="685D1F74" w14:textId="77777777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Sunum</w:t>
            </w:r>
            <w:proofErr w:type="spellEnd"/>
            <w:r>
              <w:rPr>
                <w:b/>
                <w:sz w:val="18"/>
              </w:rPr>
              <w:t xml:space="preserve"> Türü</w:t>
            </w:r>
          </w:p>
        </w:tc>
      </w:tr>
      <w:tr w:rsidR="000828D9" w14:paraId="70FA0A50" w14:textId="77777777" w:rsidTr="000828D9">
        <w:tc>
          <w:tcPr>
            <w:tcW w:w="929" w:type="dxa"/>
            <w:vAlign w:val="center"/>
          </w:tcPr>
          <w:p w14:paraId="471AD063" w14:textId="77777777" w:rsidR="000828D9" w:rsidRDefault="000828D9" w:rsidP="002E06C9">
            <w:pPr>
              <w:spacing w:after="0"/>
            </w:pPr>
          </w:p>
        </w:tc>
        <w:tc>
          <w:tcPr>
            <w:tcW w:w="1476" w:type="dxa"/>
          </w:tcPr>
          <w:p w14:paraId="4DCD2397" w14:textId="77777777" w:rsidR="000828D9" w:rsidRDefault="000828D9" w:rsidP="002E06C9">
            <w:pPr>
              <w:spacing w:after="0"/>
            </w:pPr>
          </w:p>
        </w:tc>
        <w:tc>
          <w:tcPr>
            <w:tcW w:w="3027" w:type="dxa"/>
            <w:vAlign w:val="center"/>
          </w:tcPr>
          <w:p w14:paraId="6AB9341D" w14:textId="625ABB37" w:rsidR="000828D9" w:rsidRDefault="000828D9" w:rsidP="002E06C9">
            <w:pPr>
              <w:spacing w:after="0"/>
            </w:pPr>
          </w:p>
        </w:tc>
        <w:tc>
          <w:tcPr>
            <w:tcW w:w="1538" w:type="dxa"/>
            <w:vAlign w:val="center"/>
          </w:tcPr>
          <w:p w14:paraId="5E1127AE" w14:textId="77777777" w:rsidR="000828D9" w:rsidRDefault="000828D9" w:rsidP="002E06C9">
            <w:pPr>
              <w:spacing w:after="0"/>
            </w:pPr>
          </w:p>
        </w:tc>
        <w:tc>
          <w:tcPr>
            <w:tcW w:w="1492" w:type="dxa"/>
            <w:vAlign w:val="center"/>
          </w:tcPr>
          <w:p w14:paraId="532C34AC" w14:textId="77777777" w:rsidR="000828D9" w:rsidRDefault="000828D9" w:rsidP="002E06C9">
            <w:pPr>
              <w:spacing w:after="0"/>
            </w:pPr>
          </w:p>
        </w:tc>
        <w:tc>
          <w:tcPr>
            <w:tcW w:w="1500" w:type="dxa"/>
            <w:vAlign w:val="center"/>
          </w:tcPr>
          <w:p w14:paraId="61ED8AFE" w14:textId="77777777" w:rsidR="000828D9" w:rsidRDefault="000828D9" w:rsidP="002E06C9">
            <w:pPr>
              <w:spacing w:after="0"/>
            </w:pPr>
          </w:p>
        </w:tc>
      </w:tr>
      <w:tr w:rsidR="000828D9" w14:paraId="4879520E" w14:textId="77777777" w:rsidTr="000828D9">
        <w:tc>
          <w:tcPr>
            <w:tcW w:w="929" w:type="dxa"/>
            <w:vAlign w:val="center"/>
          </w:tcPr>
          <w:p w14:paraId="436A8950" w14:textId="77777777" w:rsidR="000828D9" w:rsidRDefault="000828D9" w:rsidP="002E06C9">
            <w:pPr>
              <w:spacing w:after="0"/>
            </w:pPr>
          </w:p>
        </w:tc>
        <w:tc>
          <w:tcPr>
            <w:tcW w:w="1476" w:type="dxa"/>
          </w:tcPr>
          <w:p w14:paraId="6424C7C5" w14:textId="77777777" w:rsidR="000828D9" w:rsidRDefault="000828D9" w:rsidP="002E06C9">
            <w:pPr>
              <w:spacing w:after="0"/>
            </w:pPr>
          </w:p>
        </w:tc>
        <w:tc>
          <w:tcPr>
            <w:tcW w:w="3027" w:type="dxa"/>
            <w:vAlign w:val="center"/>
          </w:tcPr>
          <w:p w14:paraId="69228B6A" w14:textId="51DB464D" w:rsidR="000828D9" w:rsidRDefault="000828D9" w:rsidP="002E06C9">
            <w:pPr>
              <w:spacing w:after="0"/>
            </w:pPr>
          </w:p>
        </w:tc>
        <w:tc>
          <w:tcPr>
            <w:tcW w:w="1538" w:type="dxa"/>
            <w:vAlign w:val="center"/>
          </w:tcPr>
          <w:p w14:paraId="6D4B5B0A" w14:textId="77777777" w:rsidR="000828D9" w:rsidRDefault="000828D9" w:rsidP="002E06C9">
            <w:pPr>
              <w:spacing w:after="0"/>
            </w:pPr>
          </w:p>
        </w:tc>
        <w:tc>
          <w:tcPr>
            <w:tcW w:w="1492" w:type="dxa"/>
            <w:vAlign w:val="center"/>
          </w:tcPr>
          <w:p w14:paraId="7EF0804C" w14:textId="77777777" w:rsidR="000828D9" w:rsidRDefault="000828D9" w:rsidP="002E06C9">
            <w:pPr>
              <w:spacing w:after="0"/>
            </w:pPr>
          </w:p>
        </w:tc>
        <w:tc>
          <w:tcPr>
            <w:tcW w:w="1500" w:type="dxa"/>
            <w:vAlign w:val="center"/>
          </w:tcPr>
          <w:p w14:paraId="6B76D293" w14:textId="77777777" w:rsidR="000828D9" w:rsidRDefault="000828D9" w:rsidP="002E06C9">
            <w:pPr>
              <w:spacing w:after="0"/>
            </w:pPr>
          </w:p>
        </w:tc>
      </w:tr>
      <w:tr w:rsidR="000828D9" w14:paraId="6663B437" w14:textId="77777777" w:rsidTr="000828D9">
        <w:tc>
          <w:tcPr>
            <w:tcW w:w="929" w:type="dxa"/>
            <w:vAlign w:val="center"/>
          </w:tcPr>
          <w:p w14:paraId="714DB847" w14:textId="77777777" w:rsidR="000828D9" w:rsidRDefault="000828D9" w:rsidP="002E06C9">
            <w:pPr>
              <w:spacing w:after="0"/>
            </w:pPr>
          </w:p>
        </w:tc>
        <w:tc>
          <w:tcPr>
            <w:tcW w:w="1476" w:type="dxa"/>
          </w:tcPr>
          <w:p w14:paraId="06F86BD7" w14:textId="77777777" w:rsidR="000828D9" w:rsidRDefault="000828D9" w:rsidP="002E06C9">
            <w:pPr>
              <w:spacing w:after="0"/>
            </w:pPr>
          </w:p>
        </w:tc>
        <w:tc>
          <w:tcPr>
            <w:tcW w:w="3027" w:type="dxa"/>
            <w:vAlign w:val="center"/>
          </w:tcPr>
          <w:p w14:paraId="4DA369CA" w14:textId="7210BB90" w:rsidR="000828D9" w:rsidRDefault="000828D9" w:rsidP="002E06C9">
            <w:pPr>
              <w:spacing w:after="0"/>
            </w:pPr>
          </w:p>
        </w:tc>
        <w:tc>
          <w:tcPr>
            <w:tcW w:w="1538" w:type="dxa"/>
            <w:vAlign w:val="center"/>
          </w:tcPr>
          <w:p w14:paraId="111E36BD" w14:textId="77777777" w:rsidR="000828D9" w:rsidRDefault="000828D9" w:rsidP="002E06C9">
            <w:pPr>
              <w:spacing w:after="0"/>
            </w:pPr>
          </w:p>
        </w:tc>
        <w:tc>
          <w:tcPr>
            <w:tcW w:w="1492" w:type="dxa"/>
            <w:vAlign w:val="center"/>
          </w:tcPr>
          <w:p w14:paraId="4F26A7A8" w14:textId="77777777" w:rsidR="000828D9" w:rsidRDefault="000828D9" w:rsidP="002E06C9">
            <w:pPr>
              <w:spacing w:after="0"/>
            </w:pPr>
          </w:p>
        </w:tc>
        <w:tc>
          <w:tcPr>
            <w:tcW w:w="1500" w:type="dxa"/>
            <w:vAlign w:val="center"/>
          </w:tcPr>
          <w:p w14:paraId="18FABE50" w14:textId="77777777" w:rsidR="000828D9" w:rsidRDefault="000828D9" w:rsidP="002E06C9">
            <w:pPr>
              <w:spacing w:after="0"/>
            </w:pPr>
          </w:p>
        </w:tc>
      </w:tr>
      <w:tr w:rsidR="000828D9" w14:paraId="160EB6F0" w14:textId="77777777" w:rsidTr="000828D9">
        <w:tc>
          <w:tcPr>
            <w:tcW w:w="929" w:type="dxa"/>
            <w:vAlign w:val="center"/>
          </w:tcPr>
          <w:p w14:paraId="1A0581D1" w14:textId="77777777" w:rsidR="000828D9" w:rsidRDefault="000828D9" w:rsidP="002E06C9">
            <w:pPr>
              <w:spacing w:after="0"/>
            </w:pPr>
          </w:p>
        </w:tc>
        <w:tc>
          <w:tcPr>
            <w:tcW w:w="1476" w:type="dxa"/>
          </w:tcPr>
          <w:p w14:paraId="5CA06DEF" w14:textId="77777777" w:rsidR="000828D9" w:rsidRDefault="000828D9" w:rsidP="002E06C9">
            <w:pPr>
              <w:spacing w:after="0"/>
            </w:pPr>
          </w:p>
        </w:tc>
        <w:tc>
          <w:tcPr>
            <w:tcW w:w="3027" w:type="dxa"/>
            <w:vAlign w:val="center"/>
          </w:tcPr>
          <w:p w14:paraId="6051EE9D" w14:textId="034DD992" w:rsidR="000828D9" w:rsidRDefault="000828D9" w:rsidP="002E06C9">
            <w:pPr>
              <w:spacing w:after="0"/>
            </w:pPr>
          </w:p>
        </w:tc>
        <w:tc>
          <w:tcPr>
            <w:tcW w:w="1538" w:type="dxa"/>
            <w:vAlign w:val="center"/>
          </w:tcPr>
          <w:p w14:paraId="423BE603" w14:textId="77777777" w:rsidR="000828D9" w:rsidRDefault="000828D9" w:rsidP="002E06C9">
            <w:pPr>
              <w:spacing w:after="0"/>
            </w:pPr>
          </w:p>
        </w:tc>
        <w:tc>
          <w:tcPr>
            <w:tcW w:w="1492" w:type="dxa"/>
            <w:vAlign w:val="center"/>
          </w:tcPr>
          <w:p w14:paraId="0EF3C6ED" w14:textId="77777777" w:rsidR="000828D9" w:rsidRDefault="000828D9" w:rsidP="002E06C9">
            <w:pPr>
              <w:spacing w:after="0"/>
            </w:pPr>
          </w:p>
        </w:tc>
        <w:tc>
          <w:tcPr>
            <w:tcW w:w="1500" w:type="dxa"/>
            <w:vAlign w:val="center"/>
          </w:tcPr>
          <w:p w14:paraId="392330AA" w14:textId="77777777" w:rsidR="000828D9" w:rsidRDefault="000828D9" w:rsidP="002E06C9">
            <w:pPr>
              <w:spacing w:after="0"/>
            </w:pPr>
          </w:p>
        </w:tc>
      </w:tr>
      <w:tr w:rsidR="000828D9" w14:paraId="1BFAAF17" w14:textId="77777777" w:rsidTr="000828D9">
        <w:tc>
          <w:tcPr>
            <w:tcW w:w="929" w:type="dxa"/>
            <w:vAlign w:val="center"/>
          </w:tcPr>
          <w:p w14:paraId="4D8CCC1C" w14:textId="77777777" w:rsidR="000828D9" w:rsidRDefault="000828D9" w:rsidP="002E06C9">
            <w:pPr>
              <w:spacing w:after="0"/>
            </w:pPr>
          </w:p>
        </w:tc>
        <w:tc>
          <w:tcPr>
            <w:tcW w:w="1476" w:type="dxa"/>
          </w:tcPr>
          <w:p w14:paraId="35645811" w14:textId="77777777" w:rsidR="000828D9" w:rsidRDefault="000828D9" w:rsidP="002E06C9">
            <w:pPr>
              <w:spacing w:after="0"/>
            </w:pPr>
          </w:p>
        </w:tc>
        <w:tc>
          <w:tcPr>
            <w:tcW w:w="3027" w:type="dxa"/>
            <w:vAlign w:val="center"/>
          </w:tcPr>
          <w:p w14:paraId="2D7F2D7B" w14:textId="11A65700" w:rsidR="000828D9" w:rsidRDefault="000828D9" w:rsidP="002E06C9">
            <w:pPr>
              <w:spacing w:after="0"/>
            </w:pPr>
          </w:p>
        </w:tc>
        <w:tc>
          <w:tcPr>
            <w:tcW w:w="1538" w:type="dxa"/>
            <w:vAlign w:val="center"/>
          </w:tcPr>
          <w:p w14:paraId="0300A353" w14:textId="77777777" w:rsidR="000828D9" w:rsidRDefault="000828D9" w:rsidP="002E06C9">
            <w:pPr>
              <w:spacing w:after="0"/>
            </w:pPr>
          </w:p>
        </w:tc>
        <w:tc>
          <w:tcPr>
            <w:tcW w:w="1492" w:type="dxa"/>
            <w:vAlign w:val="center"/>
          </w:tcPr>
          <w:p w14:paraId="4A86603F" w14:textId="77777777" w:rsidR="000828D9" w:rsidRDefault="000828D9" w:rsidP="002E06C9">
            <w:pPr>
              <w:spacing w:after="0"/>
            </w:pPr>
          </w:p>
        </w:tc>
        <w:tc>
          <w:tcPr>
            <w:tcW w:w="1500" w:type="dxa"/>
            <w:vAlign w:val="center"/>
          </w:tcPr>
          <w:p w14:paraId="20273A77" w14:textId="77777777" w:rsidR="000828D9" w:rsidRDefault="000828D9" w:rsidP="002E06C9">
            <w:pPr>
              <w:spacing w:after="0"/>
            </w:pPr>
          </w:p>
        </w:tc>
      </w:tr>
      <w:tr w:rsidR="000828D9" w14:paraId="58A71807" w14:textId="77777777" w:rsidTr="000828D9">
        <w:tc>
          <w:tcPr>
            <w:tcW w:w="929" w:type="dxa"/>
            <w:vAlign w:val="center"/>
          </w:tcPr>
          <w:p w14:paraId="7B1BC03F" w14:textId="77777777" w:rsidR="000828D9" w:rsidRDefault="000828D9" w:rsidP="002E06C9">
            <w:pPr>
              <w:spacing w:after="0"/>
            </w:pPr>
          </w:p>
        </w:tc>
        <w:tc>
          <w:tcPr>
            <w:tcW w:w="1476" w:type="dxa"/>
          </w:tcPr>
          <w:p w14:paraId="61C12EAB" w14:textId="77777777" w:rsidR="000828D9" w:rsidRDefault="000828D9" w:rsidP="002E06C9">
            <w:pPr>
              <w:spacing w:after="0"/>
            </w:pPr>
          </w:p>
        </w:tc>
        <w:tc>
          <w:tcPr>
            <w:tcW w:w="3027" w:type="dxa"/>
            <w:vAlign w:val="center"/>
          </w:tcPr>
          <w:p w14:paraId="72AB283F" w14:textId="65935F70" w:rsidR="000828D9" w:rsidRDefault="000828D9" w:rsidP="002E06C9">
            <w:pPr>
              <w:spacing w:after="0"/>
            </w:pPr>
          </w:p>
        </w:tc>
        <w:tc>
          <w:tcPr>
            <w:tcW w:w="1538" w:type="dxa"/>
            <w:vAlign w:val="center"/>
          </w:tcPr>
          <w:p w14:paraId="2B33E05D" w14:textId="77777777" w:rsidR="000828D9" w:rsidRDefault="000828D9" w:rsidP="002E06C9">
            <w:pPr>
              <w:spacing w:after="0"/>
            </w:pPr>
          </w:p>
        </w:tc>
        <w:tc>
          <w:tcPr>
            <w:tcW w:w="1492" w:type="dxa"/>
            <w:vAlign w:val="center"/>
          </w:tcPr>
          <w:p w14:paraId="003323C9" w14:textId="77777777" w:rsidR="000828D9" w:rsidRDefault="000828D9" w:rsidP="002E06C9">
            <w:pPr>
              <w:spacing w:after="0"/>
            </w:pPr>
          </w:p>
        </w:tc>
        <w:tc>
          <w:tcPr>
            <w:tcW w:w="1500" w:type="dxa"/>
            <w:vAlign w:val="center"/>
          </w:tcPr>
          <w:p w14:paraId="44F07AE2" w14:textId="77777777" w:rsidR="000828D9" w:rsidRDefault="000828D9" w:rsidP="002E06C9">
            <w:pPr>
              <w:spacing w:after="0"/>
            </w:pPr>
          </w:p>
        </w:tc>
      </w:tr>
      <w:tr w:rsidR="000828D9" w14:paraId="725B1BDA" w14:textId="77777777" w:rsidTr="000828D9">
        <w:tc>
          <w:tcPr>
            <w:tcW w:w="929" w:type="dxa"/>
            <w:vAlign w:val="center"/>
          </w:tcPr>
          <w:p w14:paraId="1D51AA4C" w14:textId="77777777" w:rsidR="000828D9" w:rsidRDefault="000828D9" w:rsidP="002E06C9">
            <w:pPr>
              <w:spacing w:after="0"/>
            </w:pPr>
          </w:p>
        </w:tc>
        <w:tc>
          <w:tcPr>
            <w:tcW w:w="1476" w:type="dxa"/>
          </w:tcPr>
          <w:p w14:paraId="5F772587" w14:textId="77777777" w:rsidR="000828D9" w:rsidRDefault="000828D9" w:rsidP="002E06C9">
            <w:pPr>
              <w:spacing w:after="0"/>
            </w:pPr>
          </w:p>
        </w:tc>
        <w:tc>
          <w:tcPr>
            <w:tcW w:w="3027" w:type="dxa"/>
            <w:vAlign w:val="center"/>
          </w:tcPr>
          <w:p w14:paraId="60FEF2B5" w14:textId="4B282DF0" w:rsidR="000828D9" w:rsidRDefault="000828D9" w:rsidP="002E06C9">
            <w:pPr>
              <w:spacing w:after="0"/>
            </w:pPr>
          </w:p>
        </w:tc>
        <w:tc>
          <w:tcPr>
            <w:tcW w:w="1538" w:type="dxa"/>
            <w:vAlign w:val="center"/>
          </w:tcPr>
          <w:p w14:paraId="2FB20670" w14:textId="77777777" w:rsidR="000828D9" w:rsidRDefault="000828D9" w:rsidP="002E06C9">
            <w:pPr>
              <w:spacing w:after="0"/>
            </w:pPr>
          </w:p>
        </w:tc>
        <w:tc>
          <w:tcPr>
            <w:tcW w:w="1492" w:type="dxa"/>
            <w:vAlign w:val="center"/>
          </w:tcPr>
          <w:p w14:paraId="5BADB3C1" w14:textId="77777777" w:rsidR="000828D9" w:rsidRDefault="000828D9" w:rsidP="002E06C9">
            <w:pPr>
              <w:spacing w:after="0"/>
            </w:pPr>
          </w:p>
        </w:tc>
        <w:tc>
          <w:tcPr>
            <w:tcW w:w="1500" w:type="dxa"/>
            <w:vAlign w:val="center"/>
          </w:tcPr>
          <w:p w14:paraId="31D5CE61" w14:textId="77777777" w:rsidR="000828D9" w:rsidRDefault="000828D9" w:rsidP="002E06C9">
            <w:pPr>
              <w:spacing w:after="0"/>
            </w:pPr>
          </w:p>
        </w:tc>
      </w:tr>
    </w:tbl>
    <w:p w14:paraId="67D11709" w14:textId="77777777" w:rsidR="005D1FE4" w:rsidRDefault="005D1FE4" w:rsidP="005D1FE4">
      <w:pPr>
        <w:pStyle w:val="Balk1"/>
      </w:pPr>
    </w:p>
    <w:p w14:paraId="15815361" w14:textId="77777777" w:rsidR="005D1FE4" w:rsidRDefault="005D1FE4" w:rsidP="005D1FE4"/>
    <w:p w14:paraId="4C528C49" w14:textId="77777777" w:rsidR="005D1FE4" w:rsidRDefault="005D1FE4" w:rsidP="005D1FE4"/>
    <w:p w14:paraId="4D262640" w14:textId="77777777" w:rsidR="005D1FE4" w:rsidRDefault="005D1FE4" w:rsidP="005D1FE4"/>
    <w:p w14:paraId="5BD73FDB" w14:textId="77777777" w:rsidR="005D1FE4" w:rsidRDefault="005D1FE4" w:rsidP="005D1FE4"/>
    <w:p w14:paraId="4C1F481E" w14:textId="77777777" w:rsidR="005D1FE4" w:rsidRDefault="005D1FE4" w:rsidP="005D1FE4"/>
    <w:p w14:paraId="19B91343" w14:textId="77777777" w:rsidR="005D1FE4" w:rsidRDefault="005D1FE4" w:rsidP="005D1FE4"/>
    <w:p w14:paraId="5979C20E" w14:textId="77777777" w:rsidR="005D1FE4" w:rsidRDefault="005D1FE4" w:rsidP="005D1FE4"/>
    <w:p w14:paraId="0D546FA2" w14:textId="77777777" w:rsidR="005D1FE4" w:rsidRDefault="005D1FE4" w:rsidP="005D1FE4"/>
    <w:p w14:paraId="10C039C3" w14:textId="77777777" w:rsidR="005D1FE4" w:rsidRDefault="005D1FE4" w:rsidP="005D1FE4"/>
    <w:p w14:paraId="4CA7D7B7" w14:textId="77777777" w:rsidR="005D1FE4" w:rsidRDefault="005D1FE4" w:rsidP="005D1FE4"/>
    <w:p w14:paraId="760E938B" w14:textId="77777777" w:rsidR="005D1FE4" w:rsidRDefault="005D1FE4" w:rsidP="005D1FE4"/>
    <w:p w14:paraId="1C5819FC" w14:textId="77777777" w:rsidR="005D1FE4" w:rsidRDefault="005D1FE4" w:rsidP="005D1FE4"/>
    <w:p w14:paraId="6E8D9E40" w14:textId="77777777" w:rsidR="005D1FE4" w:rsidRDefault="005D1FE4" w:rsidP="005D1FE4"/>
    <w:p w14:paraId="09DED987" w14:textId="77777777" w:rsidR="005D1FE4" w:rsidRPr="005D1FE4" w:rsidRDefault="005D1FE4" w:rsidP="005D1FE4"/>
    <w:p w14:paraId="10CEA07A" w14:textId="77777777" w:rsidR="005D1FE4" w:rsidRDefault="005D1FE4" w:rsidP="005D1FE4">
      <w:pPr>
        <w:pStyle w:val="Balk1"/>
      </w:pPr>
    </w:p>
    <w:p w14:paraId="5A3D32CE" w14:textId="77777777" w:rsidR="005D1FE4" w:rsidRDefault="005D1FE4" w:rsidP="005D1FE4">
      <w:pPr>
        <w:pStyle w:val="Balk1"/>
      </w:pPr>
    </w:p>
    <w:p w14:paraId="4F70FFF2" w14:textId="77777777" w:rsidR="005D1FE4" w:rsidRPr="005D1FE4" w:rsidRDefault="005D1FE4" w:rsidP="005D1FE4"/>
    <w:p w14:paraId="1E671E7B" w14:textId="6AFBD592" w:rsidR="005D1FE4" w:rsidRDefault="005D1FE4" w:rsidP="005D1FE4">
      <w:pPr>
        <w:pStyle w:val="Balk1"/>
      </w:pPr>
      <w:r>
        <w:lastRenderedPageBreak/>
        <w:t>6. BİLİMSEL AKTİVİTELERE KATILIM</w:t>
      </w:r>
    </w:p>
    <w:p w14:paraId="75092561" w14:textId="3D17D6EF" w:rsidR="005D1FE4" w:rsidRDefault="005D1FE4" w:rsidP="005D1FE4">
      <w:proofErr w:type="spellStart"/>
      <w:r>
        <w:t>Doktora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 xml:space="preserve"> </w:t>
      </w:r>
      <w:proofErr w:type="spellStart"/>
      <w:r>
        <w:t>süresince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sağlanan</w:t>
      </w:r>
      <w:proofErr w:type="spellEnd"/>
      <w:r>
        <w:t xml:space="preserve"> </w:t>
      </w:r>
      <w:proofErr w:type="spellStart"/>
      <w:r>
        <w:t>seminer</w:t>
      </w:r>
      <w:proofErr w:type="spellEnd"/>
      <w:r>
        <w:t xml:space="preserve">, </w:t>
      </w:r>
      <w:proofErr w:type="spellStart"/>
      <w:r>
        <w:t>kurs</w:t>
      </w:r>
      <w:proofErr w:type="spellEnd"/>
      <w:r>
        <w:t xml:space="preserve">, workshop, </w:t>
      </w:r>
      <w:proofErr w:type="spellStart"/>
      <w:r>
        <w:t>konferans</w:t>
      </w:r>
      <w:proofErr w:type="spellEnd"/>
      <w:r>
        <w:t xml:space="preserve">, </w:t>
      </w:r>
      <w:proofErr w:type="spellStart"/>
      <w:r>
        <w:t>sempozyum</w:t>
      </w:r>
      <w:proofErr w:type="spellEnd"/>
      <w:r>
        <w:t xml:space="preserve">, </w:t>
      </w:r>
      <w:proofErr w:type="spellStart"/>
      <w:r>
        <w:t>kongre</w:t>
      </w:r>
      <w:proofErr w:type="spellEnd"/>
      <w:r>
        <w:t xml:space="preserve">,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ziyareti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yurt </w:t>
      </w:r>
      <w:proofErr w:type="spellStart"/>
      <w:r>
        <w:t>içi</w:t>
      </w:r>
      <w:proofErr w:type="spellEnd"/>
      <w:r>
        <w:t xml:space="preserve">/yurt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stajlar</w:t>
      </w:r>
      <w:proofErr w:type="spellEnd"/>
      <w:r>
        <w:t>.</w:t>
      </w:r>
    </w:p>
    <w:tbl>
      <w:tblPr>
        <w:tblW w:w="0" w:type="auto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129"/>
        <w:gridCol w:w="1452"/>
        <w:gridCol w:w="2120"/>
        <w:gridCol w:w="1887"/>
        <w:gridCol w:w="1728"/>
        <w:gridCol w:w="1646"/>
      </w:tblGrid>
      <w:tr w:rsidR="000828D9" w14:paraId="5E8C30B0" w14:textId="77777777" w:rsidTr="000828D9">
        <w:tc>
          <w:tcPr>
            <w:tcW w:w="1129" w:type="dxa"/>
            <w:shd w:val="clear" w:color="auto" w:fill="D9E2F3"/>
            <w:vAlign w:val="center"/>
          </w:tcPr>
          <w:p w14:paraId="7AEBEC20" w14:textId="77777777" w:rsidR="000828D9" w:rsidRDefault="000828D9" w:rsidP="002E06C9">
            <w:pPr>
              <w:spacing w:after="0"/>
            </w:pPr>
            <w:r>
              <w:rPr>
                <w:b/>
                <w:sz w:val="18"/>
              </w:rPr>
              <w:t>Tarih</w:t>
            </w:r>
          </w:p>
        </w:tc>
        <w:tc>
          <w:tcPr>
            <w:tcW w:w="1452" w:type="dxa"/>
            <w:shd w:val="clear" w:color="auto" w:fill="D9E2F3"/>
          </w:tcPr>
          <w:p w14:paraId="78327590" w14:textId="77777777" w:rsidR="000828D9" w:rsidRDefault="000828D9" w:rsidP="000828D9">
            <w:pPr>
              <w:spacing w:after="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Ulusal</w:t>
            </w:r>
            <w:proofErr w:type="spellEnd"/>
            <w:r>
              <w:rPr>
                <w:b/>
                <w:sz w:val="18"/>
              </w:rPr>
              <w:t>/</w:t>
            </w:r>
          </w:p>
          <w:p w14:paraId="5ADFA663" w14:textId="42D503AF" w:rsidR="000828D9" w:rsidRDefault="000828D9" w:rsidP="000828D9">
            <w:pPr>
              <w:spacing w:after="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Uluslararası</w:t>
            </w:r>
            <w:proofErr w:type="spellEnd"/>
          </w:p>
        </w:tc>
        <w:tc>
          <w:tcPr>
            <w:tcW w:w="2120" w:type="dxa"/>
            <w:shd w:val="clear" w:color="auto" w:fill="D9E2F3"/>
            <w:vAlign w:val="center"/>
          </w:tcPr>
          <w:p w14:paraId="47CE8B6C" w14:textId="2C15C97E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Faaliyet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Türü</w:t>
            </w:r>
            <w:proofErr w:type="spellEnd"/>
          </w:p>
        </w:tc>
        <w:tc>
          <w:tcPr>
            <w:tcW w:w="1887" w:type="dxa"/>
            <w:shd w:val="clear" w:color="auto" w:fill="D9E2F3"/>
            <w:vAlign w:val="center"/>
          </w:tcPr>
          <w:p w14:paraId="59C79B8E" w14:textId="1F64D9C5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Faaliyet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Konuşma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Başlığı</w:t>
            </w:r>
            <w:proofErr w:type="spellEnd"/>
          </w:p>
        </w:tc>
        <w:tc>
          <w:tcPr>
            <w:tcW w:w="1728" w:type="dxa"/>
            <w:shd w:val="clear" w:color="auto" w:fill="D9E2F3"/>
            <w:vAlign w:val="center"/>
          </w:tcPr>
          <w:p w14:paraId="59A770F3" w14:textId="77777777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Organizasyon</w:t>
            </w:r>
            <w:proofErr w:type="spellEnd"/>
            <w:r>
              <w:rPr>
                <w:b/>
                <w:sz w:val="18"/>
              </w:rPr>
              <w:t xml:space="preserve"> / Kurum</w:t>
            </w:r>
          </w:p>
        </w:tc>
        <w:tc>
          <w:tcPr>
            <w:tcW w:w="1646" w:type="dxa"/>
            <w:shd w:val="clear" w:color="auto" w:fill="D9E2F3"/>
            <w:vAlign w:val="center"/>
          </w:tcPr>
          <w:p w14:paraId="07A4F65E" w14:textId="433DDF5E" w:rsidR="000828D9" w:rsidRDefault="000828D9" w:rsidP="002E06C9">
            <w:pPr>
              <w:spacing w:after="0"/>
            </w:pPr>
            <w:proofErr w:type="spellStart"/>
            <w:r>
              <w:rPr>
                <w:b/>
                <w:sz w:val="18"/>
              </w:rPr>
              <w:t>Açıklamalar</w:t>
            </w:r>
            <w:proofErr w:type="spellEnd"/>
          </w:p>
        </w:tc>
      </w:tr>
      <w:tr w:rsidR="000828D9" w14:paraId="0AA3B990" w14:textId="77777777" w:rsidTr="000828D9">
        <w:tc>
          <w:tcPr>
            <w:tcW w:w="1129" w:type="dxa"/>
            <w:vAlign w:val="center"/>
          </w:tcPr>
          <w:p w14:paraId="4334C726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6294EB69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5AC8D645" w14:textId="50FF05F8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65D0EA42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1AB7D3F9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194BC3D0" w14:textId="77777777" w:rsidR="000828D9" w:rsidRDefault="000828D9" w:rsidP="002E06C9">
            <w:pPr>
              <w:spacing w:after="0"/>
            </w:pPr>
          </w:p>
        </w:tc>
      </w:tr>
      <w:tr w:rsidR="000828D9" w14:paraId="5DB9367B" w14:textId="77777777" w:rsidTr="000828D9">
        <w:tc>
          <w:tcPr>
            <w:tcW w:w="1129" w:type="dxa"/>
            <w:vAlign w:val="center"/>
          </w:tcPr>
          <w:p w14:paraId="4612893A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61B946B9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50274D96" w14:textId="0617FFB4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0ED85354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1C017D35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002D1CDF" w14:textId="77777777" w:rsidR="000828D9" w:rsidRDefault="000828D9" w:rsidP="002E06C9">
            <w:pPr>
              <w:spacing w:after="0"/>
            </w:pPr>
          </w:p>
        </w:tc>
      </w:tr>
      <w:tr w:rsidR="000828D9" w14:paraId="485EFC0F" w14:textId="77777777" w:rsidTr="000828D9">
        <w:tc>
          <w:tcPr>
            <w:tcW w:w="1129" w:type="dxa"/>
            <w:vAlign w:val="center"/>
          </w:tcPr>
          <w:p w14:paraId="256BF19E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3F5EB185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3920EF99" w14:textId="1BDB191A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3F949913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42C1353C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092415A4" w14:textId="77777777" w:rsidR="000828D9" w:rsidRDefault="000828D9" w:rsidP="002E06C9">
            <w:pPr>
              <w:spacing w:after="0"/>
            </w:pPr>
          </w:p>
        </w:tc>
      </w:tr>
      <w:tr w:rsidR="000828D9" w14:paraId="6F8D7ADA" w14:textId="77777777" w:rsidTr="000828D9">
        <w:tc>
          <w:tcPr>
            <w:tcW w:w="1129" w:type="dxa"/>
            <w:vAlign w:val="center"/>
          </w:tcPr>
          <w:p w14:paraId="7EF8B039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09DA31ED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258D86AD" w14:textId="2ECD0233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41745A03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27AE03A7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59CED9FC" w14:textId="77777777" w:rsidR="000828D9" w:rsidRDefault="000828D9" w:rsidP="002E06C9">
            <w:pPr>
              <w:spacing w:after="0"/>
            </w:pPr>
          </w:p>
        </w:tc>
      </w:tr>
      <w:tr w:rsidR="000828D9" w14:paraId="29CC4CBD" w14:textId="77777777" w:rsidTr="000828D9">
        <w:tc>
          <w:tcPr>
            <w:tcW w:w="1129" w:type="dxa"/>
            <w:vAlign w:val="center"/>
          </w:tcPr>
          <w:p w14:paraId="21AEE306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0642A216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4D483153" w14:textId="12BA0AF2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65991651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3CFA011C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5E096749" w14:textId="77777777" w:rsidR="000828D9" w:rsidRDefault="000828D9" w:rsidP="002E06C9">
            <w:pPr>
              <w:spacing w:after="0"/>
            </w:pPr>
          </w:p>
        </w:tc>
      </w:tr>
      <w:tr w:rsidR="000828D9" w14:paraId="363539F6" w14:textId="77777777" w:rsidTr="000828D9">
        <w:tc>
          <w:tcPr>
            <w:tcW w:w="1129" w:type="dxa"/>
            <w:vAlign w:val="center"/>
          </w:tcPr>
          <w:p w14:paraId="1DA8B3BF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48E1CBB5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6C046BFE" w14:textId="4550D400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00AFE5AA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770A5DEE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63C275FC" w14:textId="77777777" w:rsidR="000828D9" w:rsidRDefault="000828D9" w:rsidP="002E06C9">
            <w:pPr>
              <w:spacing w:after="0"/>
            </w:pPr>
          </w:p>
        </w:tc>
      </w:tr>
      <w:tr w:rsidR="000828D9" w14:paraId="3AF6A8C1" w14:textId="77777777" w:rsidTr="000828D9">
        <w:tc>
          <w:tcPr>
            <w:tcW w:w="1129" w:type="dxa"/>
            <w:vAlign w:val="center"/>
          </w:tcPr>
          <w:p w14:paraId="32FD5E0C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47CC5C24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3D0DB75E" w14:textId="1950B214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52407627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0E018A51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6C23F83A" w14:textId="77777777" w:rsidR="000828D9" w:rsidRDefault="000828D9" w:rsidP="002E06C9">
            <w:pPr>
              <w:spacing w:after="0"/>
            </w:pPr>
          </w:p>
        </w:tc>
      </w:tr>
      <w:tr w:rsidR="000828D9" w14:paraId="6A0C0FF4" w14:textId="77777777" w:rsidTr="000828D9">
        <w:tc>
          <w:tcPr>
            <w:tcW w:w="1129" w:type="dxa"/>
            <w:vAlign w:val="center"/>
          </w:tcPr>
          <w:p w14:paraId="23B4CC4E" w14:textId="77777777" w:rsidR="000828D9" w:rsidRDefault="000828D9" w:rsidP="002E06C9">
            <w:pPr>
              <w:spacing w:after="0"/>
            </w:pPr>
          </w:p>
        </w:tc>
        <w:tc>
          <w:tcPr>
            <w:tcW w:w="1452" w:type="dxa"/>
          </w:tcPr>
          <w:p w14:paraId="0B5054EF" w14:textId="77777777" w:rsidR="000828D9" w:rsidRDefault="000828D9" w:rsidP="002E06C9">
            <w:pPr>
              <w:spacing w:after="0"/>
            </w:pPr>
          </w:p>
        </w:tc>
        <w:tc>
          <w:tcPr>
            <w:tcW w:w="2120" w:type="dxa"/>
            <w:vAlign w:val="center"/>
          </w:tcPr>
          <w:p w14:paraId="6A0E9E28" w14:textId="05F7B7BC" w:rsidR="000828D9" w:rsidRDefault="000828D9" w:rsidP="002E06C9">
            <w:pPr>
              <w:spacing w:after="0"/>
            </w:pPr>
          </w:p>
        </w:tc>
        <w:tc>
          <w:tcPr>
            <w:tcW w:w="1887" w:type="dxa"/>
            <w:vAlign w:val="center"/>
          </w:tcPr>
          <w:p w14:paraId="4DD64BDB" w14:textId="77777777" w:rsidR="000828D9" w:rsidRDefault="000828D9" w:rsidP="002E06C9">
            <w:pPr>
              <w:spacing w:after="0"/>
            </w:pPr>
          </w:p>
        </w:tc>
        <w:tc>
          <w:tcPr>
            <w:tcW w:w="1728" w:type="dxa"/>
            <w:vAlign w:val="center"/>
          </w:tcPr>
          <w:p w14:paraId="3128FCE8" w14:textId="77777777" w:rsidR="000828D9" w:rsidRDefault="000828D9" w:rsidP="002E06C9">
            <w:pPr>
              <w:spacing w:after="0"/>
            </w:pPr>
          </w:p>
        </w:tc>
        <w:tc>
          <w:tcPr>
            <w:tcW w:w="1646" w:type="dxa"/>
            <w:vAlign w:val="center"/>
          </w:tcPr>
          <w:p w14:paraId="0C7B1CC9" w14:textId="77777777" w:rsidR="000828D9" w:rsidRDefault="000828D9" w:rsidP="002E06C9">
            <w:pPr>
              <w:spacing w:after="0"/>
            </w:pPr>
          </w:p>
        </w:tc>
      </w:tr>
    </w:tbl>
    <w:p w14:paraId="2034F7C7" w14:textId="5531C371" w:rsidR="00EF56FA" w:rsidRDefault="00EF56FA"/>
    <w:sectPr w:rsidR="00EF56FA" w:rsidSect="006C426C">
      <w:footerReference w:type="default" r:id="rId10"/>
      <w:pgSz w:w="12240" w:h="15840"/>
      <w:pgMar w:top="1020" w:right="1134" w:bottom="426" w:left="1134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906EC" w14:textId="77777777" w:rsidR="0019584F" w:rsidRDefault="0019584F">
      <w:pPr>
        <w:spacing w:after="0" w:line="240" w:lineRule="auto"/>
      </w:pPr>
      <w:r>
        <w:separator/>
      </w:r>
    </w:p>
  </w:endnote>
  <w:endnote w:type="continuationSeparator" w:id="0">
    <w:p w14:paraId="5BB4D08A" w14:textId="77777777" w:rsidR="0019584F" w:rsidRDefault="0019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0" w:type="dxa"/>
      <w:tblInd w:w="-22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2175"/>
      <w:gridCol w:w="2325"/>
      <w:gridCol w:w="1800"/>
      <w:gridCol w:w="1770"/>
    </w:tblGrid>
    <w:tr w:rsidR="006C426C" w:rsidRPr="00745226" w14:paraId="4475C822" w14:textId="77777777" w:rsidTr="006C426C">
      <w:trPr>
        <w:trHeight w:val="525"/>
      </w:trPr>
      <w:tc>
        <w:tcPr>
          <w:tcW w:w="2310" w:type="dxa"/>
          <w:hideMark/>
        </w:tcPr>
        <w:p w14:paraId="146674D1" w14:textId="77777777" w:rsidR="006C426C" w:rsidRPr="00745226" w:rsidRDefault="006C426C" w:rsidP="006C426C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proofErr w:type="spellStart"/>
          <w:r w:rsidRPr="00745226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Doküman</w:t>
          </w:r>
          <w:proofErr w:type="spellEnd"/>
          <w:r w:rsidRPr="00745226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 xml:space="preserve"> Kodu</w:t>
          </w:r>
        </w:p>
        <w:p w14:paraId="399C29A1" w14:textId="09F87D87" w:rsidR="006C426C" w:rsidRPr="00745226" w:rsidRDefault="006C426C" w:rsidP="006C426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745226">
            <w:rPr>
              <w:rFonts w:ascii="Times New Roman" w:eastAsia="Calibri" w:hAnsi="Times New Roman" w:cs="Times New Roman"/>
              <w:sz w:val="18"/>
              <w:szCs w:val="18"/>
            </w:rPr>
            <w:t>HSBE.FR.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76</w:t>
          </w:r>
        </w:p>
      </w:tc>
      <w:tc>
        <w:tcPr>
          <w:tcW w:w="2175" w:type="dxa"/>
          <w:hideMark/>
        </w:tcPr>
        <w:p w14:paraId="36F5C5B4" w14:textId="77777777" w:rsidR="006C426C" w:rsidRPr="00745226" w:rsidRDefault="006C426C" w:rsidP="006C426C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</w:pPr>
          <w:proofErr w:type="spellStart"/>
          <w:r w:rsidRPr="00745226"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  <w:t>Yayın</w:t>
          </w:r>
          <w:proofErr w:type="spellEnd"/>
          <w:r w:rsidRPr="00745226"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  <w:t xml:space="preserve"> </w:t>
          </w:r>
          <w:proofErr w:type="spellStart"/>
          <w:r w:rsidRPr="00745226"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  <w:t>Tarihi</w:t>
          </w:r>
          <w:proofErr w:type="spellEnd"/>
        </w:p>
        <w:p w14:paraId="0DAE576C" w14:textId="2961B424" w:rsidR="006C426C" w:rsidRPr="00745226" w:rsidRDefault="006C426C" w:rsidP="006C426C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13.08.2026</w:t>
          </w:r>
        </w:p>
      </w:tc>
      <w:tc>
        <w:tcPr>
          <w:tcW w:w="2325" w:type="dxa"/>
          <w:hideMark/>
        </w:tcPr>
        <w:p w14:paraId="745C7338" w14:textId="77777777" w:rsidR="006C426C" w:rsidRPr="00547BFF" w:rsidRDefault="006C426C" w:rsidP="006C426C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proofErr w:type="spellStart"/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</w:t>
          </w:r>
          <w:proofErr w:type="spellEnd"/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 xml:space="preserve"> </w:t>
          </w:r>
          <w:proofErr w:type="spellStart"/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Tarihi</w:t>
          </w:r>
          <w:proofErr w:type="spellEnd"/>
        </w:p>
        <w:p w14:paraId="19BD12E6" w14:textId="20C66B69" w:rsidR="006C426C" w:rsidRPr="00745226" w:rsidRDefault="006C426C" w:rsidP="006C426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800" w:type="dxa"/>
          <w:hideMark/>
        </w:tcPr>
        <w:p w14:paraId="058AB63C" w14:textId="77777777" w:rsidR="006C426C" w:rsidRPr="00547BFF" w:rsidRDefault="006C426C" w:rsidP="006C426C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proofErr w:type="spellStart"/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</w:t>
          </w:r>
          <w:proofErr w:type="spellEnd"/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 xml:space="preserve"> No</w:t>
          </w:r>
        </w:p>
        <w:p w14:paraId="357DC383" w14:textId="0E424E67" w:rsidR="006C426C" w:rsidRPr="00745226" w:rsidRDefault="006C426C" w:rsidP="006C426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770" w:type="dxa"/>
          <w:hideMark/>
        </w:tcPr>
        <w:p w14:paraId="34C23668" w14:textId="77777777" w:rsidR="006C426C" w:rsidRPr="00745226" w:rsidRDefault="006C426C" w:rsidP="006C426C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proofErr w:type="spellStart"/>
          <w:r w:rsidRPr="00745226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Sayfa</w:t>
          </w:r>
          <w:proofErr w:type="spellEnd"/>
          <w:r w:rsidRPr="00745226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 xml:space="preserve"> No</w:t>
          </w:r>
        </w:p>
        <w:p w14:paraId="19AE0801" w14:textId="2319BBAA" w:rsidR="006C426C" w:rsidRPr="00745226" w:rsidRDefault="006C426C" w:rsidP="006C426C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6C426C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fldChar w:fldCharType="begin"/>
          </w:r>
          <w:r w:rsidRPr="006C426C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instrText>PAGE   \* MERGEFORMAT</w:instrText>
          </w:r>
          <w:r w:rsidRPr="006C426C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fldChar w:fldCharType="separate"/>
          </w:r>
          <w:r w:rsidRPr="006C426C">
            <w:rPr>
              <w:rFonts w:ascii="Times New Roman" w:eastAsia="Calibri" w:hAnsi="Times New Roman" w:cs="Times New Roman"/>
              <w:sz w:val="18"/>
              <w:szCs w:val="18"/>
              <w:lang w:val="tr-TR" w:eastAsia="tr-TR"/>
            </w:rPr>
            <w:t>1</w:t>
          </w:r>
          <w:r w:rsidRPr="006C426C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fldChar w:fldCharType="end"/>
          </w:r>
          <w:r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/7</w:t>
          </w:r>
        </w:p>
      </w:tc>
    </w:tr>
  </w:tbl>
  <w:p w14:paraId="3501F152" w14:textId="4FBCADDA" w:rsidR="009B1F74" w:rsidRPr="006C426C" w:rsidRDefault="009B1F74" w:rsidP="006C42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ABD2" w14:textId="77777777" w:rsidR="0019584F" w:rsidRDefault="0019584F">
      <w:pPr>
        <w:spacing w:after="0" w:line="240" w:lineRule="auto"/>
      </w:pPr>
      <w:r>
        <w:separator/>
      </w:r>
    </w:p>
  </w:footnote>
  <w:footnote w:type="continuationSeparator" w:id="0">
    <w:p w14:paraId="284DC52B" w14:textId="77777777" w:rsidR="0019584F" w:rsidRDefault="0019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8E62D20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2429898">
    <w:abstractNumId w:val="8"/>
  </w:num>
  <w:num w:numId="2" w16cid:durableId="1670864745">
    <w:abstractNumId w:val="6"/>
  </w:num>
  <w:num w:numId="3" w16cid:durableId="1146119829">
    <w:abstractNumId w:val="5"/>
  </w:num>
  <w:num w:numId="4" w16cid:durableId="450174640">
    <w:abstractNumId w:val="4"/>
  </w:num>
  <w:num w:numId="5" w16cid:durableId="98306598">
    <w:abstractNumId w:val="7"/>
  </w:num>
  <w:num w:numId="6" w16cid:durableId="879440102">
    <w:abstractNumId w:val="3"/>
  </w:num>
  <w:num w:numId="7" w16cid:durableId="1402218402">
    <w:abstractNumId w:val="2"/>
  </w:num>
  <w:num w:numId="8" w16cid:durableId="1628315985">
    <w:abstractNumId w:val="1"/>
  </w:num>
  <w:num w:numId="9" w16cid:durableId="3534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0F5"/>
    <w:rsid w:val="000828D9"/>
    <w:rsid w:val="000B3F49"/>
    <w:rsid w:val="000F339E"/>
    <w:rsid w:val="00144F63"/>
    <w:rsid w:val="0015074B"/>
    <w:rsid w:val="0019584F"/>
    <w:rsid w:val="001E129C"/>
    <w:rsid w:val="0027690A"/>
    <w:rsid w:val="0029639D"/>
    <w:rsid w:val="002C5C92"/>
    <w:rsid w:val="00326F90"/>
    <w:rsid w:val="004F4561"/>
    <w:rsid w:val="00554EC8"/>
    <w:rsid w:val="00564F78"/>
    <w:rsid w:val="005D1FE4"/>
    <w:rsid w:val="006A36AE"/>
    <w:rsid w:val="006C426C"/>
    <w:rsid w:val="006F6F0D"/>
    <w:rsid w:val="007120B3"/>
    <w:rsid w:val="00742397"/>
    <w:rsid w:val="00781CFC"/>
    <w:rsid w:val="007E6C21"/>
    <w:rsid w:val="00837F00"/>
    <w:rsid w:val="008E46FF"/>
    <w:rsid w:val="00965849"/>
    <w:rsid w:val="009B1F74"/>
    <w:rsid w:val="00A628B3"/>
    <w:rsid w:val="00AA1D8D"/>
    <w:rsid w:val="00AD0C24"/>
    <w:rsid w:val="00AE09C6"/>
    <w:rsid w:val="00AF3BFB"/>
    <w:rsid w:val="00B47730"/>
    <w:rsid w:val="00BD187A"/>
    <w:rsid w:val="00C0745D"/>
    <w:rsid w:val="00C31E1C"/>
    <w:rsid w:val="00CB0664"/>
    <w:rsid w:val="00CF23A3"/>
    <w:rsid w:val="00E20DE8"/>
    <w:rsid w:val="00EF56FA"/>
    <w:rsid w:val="00F51F41"/>
    <w:rsid w:val="00F85256"/>
    <w:rsid w:val="00FB7C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5FC70"/>
  <w14:defaultImageDpi w14:val="300"/>
  <w15:docId w15:val="{EE7F5A52-A72C-49F7-8715-164C6553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Salih TATLI</cp:lastModifiedBy>
  <cp:revision>5</cp:revision>
  <cp:lastPrinted>2026-08-17T08:54:00Z</cp:lastPrinted>
  <dcterms:created xsi:type="dcterms:W3CDTF">2026-08-17T09:34:00Z</dcterms:created>
  <dcterms:modified xsi:type="dcterms:W3CDTF">2026-08-17T12:30:00Z</dcterms:modified>
  <cp:category/>
</cp:coreProperties>
</file>