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4341F" w14:textId="77777777" w:rsidR="00FE76F1" w:rsidRDefault="00000000">
      <w:pPr>
        <w:pStyle w:val="KonuBal"/>
        <w:jc w:val="center"/>
      </w:pPr>
      <w:r>
        <w:t>Öğretim Üyesi Uluslararası Faaliyet ve Deneyim Bildirim Formu</w:t>
      </w:r>
    </w:p>
    <w:p w14:paraId="21405B9C" w14:textId="77777777" w:rsidR="00FE76F1" w:rsidRDefault="00000000">
      <w:pPr>
        <w:jc w:val="center"/>
      </w:pPr>
      <w:r>
        <w:t>Sağlık Bilimleri Üniversitesi Hamidiye Diş Hekimliği Fakültesi</w:t>
      </w:r>
    </w:p>
    <w:p w14:paraId="3D073B0D" w14:textId="77777777" w:rsidR="00FE76F1" w:rsidRDefault="00000000">
      <w:r>
        <w:t>Bu form, öğretim üyelerinin yurt dışı eğitim, araştırma, bilimsel toplantı ve iş birliği faaliyetlerinin yıllık olarak izlenmesi için kullanılır. Her faaliyet için ayrı form doldurulur; gerçekleşmeyen ancak planlanan faaliyetler bu forma kaydedilmez.</w:t>
      </w:r>
    </w:p>
    <w:p w14:paraId="59713138" w14:textId="77777777" w:rsidR="00FE76F1" w:rsidRDefault="00000000">
      <w:pPr>
        <w:pStyle w:val="Balk1"/>
      </w:pPr>
      <w:r>
        <w:t>1 Öğretim Üyesi Bilgileri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665"/>
        <w:gridCol w:w="6973"/>
      </w:tblGrid>
      <w:tr w:rsidR="00FE76F1" w14:paraId="1C78A96F" w14:textId="77777777">
        <w:trPr>
          <w:trHeight w:val="425"/>
        </w:trPr>
        <w:tc>
          <w:tcPr>
            <w:tcW w:w="26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4F6"/>
            <w:vAlign w:val="center"/>
          </w:tcPr>
          <w:p w14:paraId="667A26D4" w14:textId="77777777" w:rsidR="00FE76F1" w:rsidRDefault="00000000">
            <w:pPr>
              <w:spacing w:after="0"/>
            </w:pPr>
            <w:r>
              <w:t>Adı soyadı ve unvanı</w:t>
            </w:r>
          </w:p>
        </w:tc>
        <w:tc>
          <w:tcPr>
            <w:tcW w:w="697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7308C06" w14:textId="77777777" w:rsidR="00FE76F1" w:rsidRDefault="00FE76F1">
            <w:pPr>
              <w:spacing w:after="0"/>
            </w:pPr>
          </w:p>
        </w:tc>
      </w:tr>
    </w:tbl>
    <w:p w14:paraId="5C08C67D" w14:textId="77777777" w:rsidR="00FE76F1" w:rsidRDefault="00FE76F1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665"/>
        <w:gridCol w:w="6973"/>
      </w:tblGrid>
      <w:tr w:rsidR="00FE76F1" w14:paraId="09C0E93D" w14:textId="77777777">
        <w:trPr>
          <w:trHeight w:val="425"/>
        </w:trPr>
        <w:tc>
          <w:tcPr>
            <w:tcW w:w="26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4F6"/>
            <w:vAlign w:val="center"/>
          </w:tcPr>
          <w:p w14:paraId="57B387F8" w14:textId="77777777" w:rsidR="00FE76F1" w:rsidRDefault="00000000">
            <w:pPr>
              <w:spacing w:after="0"/>
            </w:pPr>
            <w:r>
              <w:t>Anabilim dalı</w:t>
            </w:r>
          </w:p>
        </w:tc>
        <w:tc>
          <w:tcPr>
            <w:tcW w:w="697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D7417C7" w14:textId="77777777" w:rsidR="00FE76F1" w:rsidRDefault="00FE76F1">
            <w:pPr>
              <w:spacing w:after="0"/>
            </w:pPr>
          </w:p>
        </w:tc>
      </w:tr>
    </w:tbl>
    <w:p w14:paraId="48C088A0" w14:textId="77777777" w:rsidR="00FE76F1" w:rsidRDefault="00FE76F1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665"/>
        <w:gridCol w:w="6973"/>
      </w:tblGrid>
      <w:tr w:rsidR="00FE76F1" w14:paraId="115A233B" w14:textId="77777777">
        <w:trPr>
          <w:trHeight w:val="425"/>
        </w:trPr>
        <w:tc>
          <w:tcPr>
            <w:tcW w:w="26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4F6"/>
            <w:vAlign w:val="center"/>
          </w:tcPr>
          <w:p w14:paraId="1D463632" w14:textId="77777777" w:rsidR="00FE76F1" w:rsidRDefault="00000000">
            <w:pPr>
              <w:spacing w:after="0"/>
            </w:pPr>
            <w:r>
              <w:t>Kurumsal e posta</w:t>
            </w:r>
          </w:p>
        </w:tc>
        <w:tc>
          <w:tcPr>
            <w:tcW w:w="697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999EE5D" w14:textId="77777777" w:rsidR="00FE76F1" w:rsidRDefault="00FE76F1">
            <w:pPr>
              <w:spacing w:after="0"/>
            </w:pPr>
          </w:p>
        </w:tc>
      </w:tr>
    </w:tbl>
    <w:p w14:paraId="6CCADCEF" w14:textId="77777777" w:rsidR="00FE76F1" w:rsidRDefault="00000000">
      <w:pPr>
        <w:pStyle w:val="Balk1"/>
      </w:pPr>
      <w:r>
        <w:t>2 Faaliyet Bilgileri</w:t>
      </w:r>
    </w:p>
    <w:p w14:paraId="3D8ABCE1" w14:textId="77777777" w:rsidR="00FE76F1" w:rsidRDefault="00000000">
      <w:r>
        <w:t>Faaliyet türü  ☐ Eğitim veya kurs   ☐ Araştırma   ☐ Bilimsel toplantı   ☐ İş birliği veya ziyaret   ☐ Diğer: ................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665"/>
        <w:gridCol w:w="6973"/>
      </w:tblGrid>
      <w:tr w:rsidR="00FE76F1" w14:paraId="76032E38" w14:textId="77777777">
        <w:trPr>
          <w:trHeight w:val="510"/>
        </w:trPr>
        <w:tc>
          <w:tcPr>
            <w:tcW w:w="26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4F6"/>
            <w:vAlign w:val="center"/>
          </w:tcPr>
          <w:p w14:paraId="0E7CC78D" w14:textId="77777777" w:rsidR="00FE76F1" w:rsidRDefault="00000000">
            <w:pPr>
              <w:spacing w:after="0"/>
            </w:pPr>
            <w:r>
              <w:t>Faaliyetin adı ve konusu</w:t>
            </w:r>
          </w:p>
        </w:tc>
        <w:tc>
          <w:tcPr>
            <w:tcW w:w="697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4002E75" w14:textId="77777777" w:rsidR="00FE76F1" w:rsidRDefault="00FE76F1">
            <w:pPr>
              <w:spacing w:after="0"/>
            </w:pPr>
          </w:p>
        </w:tc>
      </w:tr>
    </w:tbl>
    <w:p w14:paraId="731113E0" w14:textId="77777777" w:rsidR="00FE76F1" w:rsidRDefault="00FE76F1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665"/>
        <w:gridCol w:w="6973"/>
      </w:tblGrid>
      <w:tr w:rsidR="00FE76F1" w14:paraId="1AABF205" w14:textId="77777777">
        <w:trPr>
          <w:trHeight w:val="425"/>
        </w:trPr>
        <w:tc>
          <w:tcPr>
            <w:tcW w:w="26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4F6"/>
            <w:vAlign w:val="center"/>
          </w:tcPr>
          <w:p w14:paraId="71346A30" w14:textId="77777777" w:rsidR="00FE76F1" w:rsidRDefault="00000000">
            <w:pPr>
              <w:spacing w:after="0"/>
            </w:pPr>
            <w:r>
              <w:t>Ülke ve şehir</w:t>
            </w:r>
          </w:p>
        </w:tc>
        <w:tc>
          <w:tcPr>
            <w:tcW w:w="697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2DAB059" w14:textId="77777777" w:rsidR="00FE76F1" w:rsidRDefault="00FE76F1">
            <w:pPr>
              <w:spacing w:after="0"/>
            </w:pPr>
          </w:p>
        </w:tc>
      </w:tr>
    </w:tbl>
    <w:p w14:paraId="51705953" w14:textId="77777777" w:rsidR="00FE76F1" w:rsidRDefault="00FE76F1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665"/>
        <w:gridCol w:w="6973"/>
      </w:tblGrid>
      <w:tr w:rsidR="00FE76F1" w14:paraId="2EB707C1" w14:textId="77777777">
        <w:trPr>
          <w:trHeight w:val="510"/>
        </w:trPr>
        <w:tc>
          <w:tcPr>
            <w:tcW w:w="26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4F6"/>
            <w:vAlign w:val="center"/>
          </w:tcPr>
          <w:p w14:paraId="5E1F95C6" w14:textId="77777777" w:rsidR="00FE76F1" w:rsidRDefault="00000000">
            <w:pPr>
              <w:spacing w:after="0"/>
            </w:pPr>
            <w:r>
              <w:t>Ev sahibi kurum veya kuruluş</w:t>
            </w:r>
          </w:p>
        </w:tc>
        <w:tc>
          <w:tcPr>
            <w:tcW w:w="697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CC1B7D9" w14:textId="77777777" w:rsidR="00FE76F1" w:rsidRDefault="00FE76F1">
            <w:pPr>
              <w:spacing w:after="0"/>
            </w:pPr>
          </w:p>
        </w:tc>
      </w:tr>
    </w:tbl>
    <w:p w14:paraId="3EB13DC5" w14:textId="77777777" w:rsidR="00FE76F1" w:rsidRDefault="00FE76F1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665"/>
        <w:gridCol w:w="6973"/>
      </w:tblGrid>
      <w:tr w:rsidR="00FE76F1" w14:paraId="73AE3C74" w14:textId="77777777">
        <w:trPr>
          <w:trHeight w:val="425"/>
        </w:trPr>
        <w:tc>
          <w:tcPr>
            <w:tcW w:w="26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4F6"/>
            <w:vAlign w:val="center"/>
          </w:tcPr>
          <w:p w14:paraId="309B936C" w14:textId="77777777" w:rsidR="00FE76F1" w:rsidRDefault="00000000">
            <w:pPr>
              <w:spacing w:after="0"/>
            </w:pPr>
            <w:r>
              <w:t>Başlangıç ve bitiş tarihleri</w:t>
            </w:r>
          </w:p>
        </w:tc>
        <w:tc>
          <w:tcPr>
            <w:tcW w:w="697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B735C71" w14:textId="77777777" w:rsidR="00FE76F1" w:rsidRDefault="00FE76F1">
            <w:pPr>
              <w:spacing w:after="0"/>
            </w:pPr>
          </w:p>
        </w:tc>
      </w:tr>
    </w:tbl>
    <w:p w14:paraId="7E52336F" w14:textId="77777777" w:rsidR="00FE76F1" w:rsidRDefault="00FE76F1">
      <w:pPr>
        <w:spacing w:after="0"/>
      </w:pPr>
    </w:p>
    <w:p w14:paraId="328C2EEC" w14:textId="77777777" w:rsidR="00FE76F1" w:rsidRDefault="00000000">
      <w:r>
        <w:t>Katılım biçimi  ☐ Yüz yüze   ☐ Çevrim içi   ☐ Karma     Rol  ☐ Katılımcı   ☐ Konuşmacı   ☐ Eğitici   ☐ Araştırmacı   ☐ Proje yürütücüsü/ortağı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665"/>
        <w:gridCol w:w="6973"/>
      </w:tblGrid>
      <w:tr w:rsidR="00FE76F1" w14:paraId="3D5D7BBA" w14:textId="77777777">
        <w:trPr>
          <w:trHeight w:val="510"/>
        </w:trPr>
        <w:tc>
          <w:tcPr>
            <w:tcW w:w="26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4F6"/>
            <w:vAlign w:val="center"/>
          </w:tcPr>
          <w:p w14:paraId="46F0E87A" w14:textId="77777777" w:rsidR="00FE76F1" w:rsidRDefault="00000000">
            <w:pPr>
              <w:spacing w:after="0"/>
            </w:pPr>
            <w:r>
              <w:t>Finansman veya destek kaynağı</w:t>
            </w:r>
          </w:p>
        </w:tc>
        <w:tc>
          <w:tcPr>
            <w:tcW w:w="697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3137ADF" w14:textId="77777777" w:rsidR="00FE76F1" w:rsidRDefault="00FE76F1">
            <w:pPr>
              <w:spacing w:after="0"/>
            </w:pPr>
          </w:p>
        </w:tc>
      </w:tr>
    </w:tbl>
    <w:p w14:paraId="466069AF" w14:textId="77777777" w:rsidR="00FE76F1" w:rsidRDefault="00FE76F1">
      <w:pPr>
        <w:spacing w:after="0"/>
      </w:pPr>
    </w:p>
    <w:p w14:paraId="7BC3339D" w14:textId="77777777" w:rsidR="00FE76F1" w:rsidRDefault="00000000">
      <w:pPr>
        <w:pStyle w:val="Balk1"/>
      </w:pPr>
      <w:r>
        <w:t>3 Faaliyet ve Somut Çıktılar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665"/>
        <w:gridCol w:w="6973"/>
      </w:tblGrid>
      <w:tr w:rsidR="00FE76F1" w14:paraId="695FD86F" w14:textId="77777777">
        <w:trPr>
          <w:trHeight w:val="737"/>
        </w:trPr>
        <w:tc>
          <w:tcPr>
            <w:tcW w:w="26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4F6"/>
            <w:vAlign w:val="center"/>
          </w:tcPr>
          <w:p w14:paraId="0AA01476" w14:textId="77777777" w:rsidR="00FE76F1" w:rsidRDefault="00000000">
            <w:pPr>
              <w:spacing w:after="0"/>
            </w:pPr>
            <w:r>
              <w:t>Yapılan çalışma veya edinilen deneyim</w:t>
            </w:r>
          </w:p>
        </w:tc>
        <w:tc>
          <w:tcPr>
            <w:tcW w:w="697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A3DA140" w14:textId="77777777" w:rsidR="00FE76F1" w:rsidRDefault="00FE76F1">
            <w:pPr>
              <w:spacing w:after="0"/>
            </w:pPr>
          </w:p>
        </w:tc>
      </w:tr>
    </w:tbl>
    <w:p w14:paraId="1CFEFF68" w14:textId="77777777" w:rsidR="00FE76F1" w:rsidRDefault="00FE76F1">
      <w:pPr>
        <w:spacing w:after="0"/>
      </w:pPr>
    </w:p>
    <w:p w14:paraId="7D98ED87" w14:textId="77777777" w:rsidR="00FE76F1" w:rsidRDefault="00000000">
      <w:r>
        <w:t>Somut çıktı  ☐ Sunum veya bildiri   ☐ Yayın   ☐ Proje başvurusu   ☐ Ortak araştırma   ☐ Protokol/anlaşma   ☐ Eğitim materyali   ☐ Diğer: ...............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665"/>
        <w:gridCol w:w="6973"/>
      </w:tblGrid>
      <w:tr w:rsidR="00FE76F1" w14:paraId="4D379C48" w14:textId="77777777">
        <w:trPr>
          <w:trHeight w:val="624"/>
        </w:trPr>
        <w:tc>
          <w:tcPr>
            <w:tcW w:w="26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4F6"/>
            <w:vAlign w:val="center"/>
          </w:tcPr>
          <w:p w14:paraId="6EDD4F73" w14:textId="77777777" w:rsidR="00FE76F1" w:rsidRDefault="00000000">
            <w:pPr>
              <w:spacing w:after="0"/>
            </w:pPr>
            <w:r>
              <w:t>Çıktının adı, tarihi ve bağlantısı</w:t>
            </w:r>
          </w:p>
        </w:tc>
        <w:tc>
          <w:tcPr>
            <w:tcW w:w="697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B3DCEE9" w14:textId="77777777" w:rsidR="00FE76F1" w:rsidRDefault="00FE76F1">
            <w:pPr>
              <w:spacing w:after="0"/>
            </w:pPr>
          </w:p>
        </w:tc>
      </w:tr>
    </w:tbl>
    <w:p w14:paraId="6973559D" w14:textId="77777777" w:rsidR="00FE76F1" w:rsidRDefault="00FE76F1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665"/>
        <w:gridCol w:w="6973"/>
      </w:tblGrid>
      <w:tr w:rsidR="00FE76F1" w14:paraId="567582C9" w14:textId="77777777">
        <w:trPr>
          <w:trHeight w:val="624"/>
        </w:trPr>
        <w:tc>
          <w:tcPr>
            <w:tcW w:w="26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4F6"/>
            <w:vAlign w:val="center"/>
          </w:tcPr>
          <w:p w14:paraId="08A8519D" w14:textId="77777777" w:rsidR="00FE76F1" w:rsidRDefault="00000000">
            <w:pPr>
              <w:spacing w:after="0"/>
            </w:pPr>
            <w:r>
              <w:t>Fakülteye katkısı ve paylaşım biçimi</w:t>
            </w:r>
          </w:p>
        </w:tc>
        <w:tc>
          <w:tcPr>
            <w:tcW w:w="697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C4FA4E4" w14:textId="77777777" w:rsidR="00FE76F1" w:rsidRDefault="00FE76F1">
            <w:pPr>
              <w:spacing w:after="0"/>
            </w:pPr>
          </w:p>
        </w:tc>
      </w:tr>
    </w:tbl>
    <w:p w14:paraId="75274F8E" w14:textId="77777777" w:rsidR="00FE76F1" w:rsidRDefault="00FE76F1">
      <w:pPr>
        <w:spacing w:after="0"/>
      </w:pPr>
    </w:p>
    <w:p w14:paraId="0023E211" w14:textId="77777777" w:rsidR="00FE76F1" w:rsidRDefault="00000000">
      <w:pPr>
        <w:pStyle w:val="Balk1"/>
      </w:pPr>
      <w:r>
        <w:t>4 Kanıt ve Onay</w:t>
      </w:r>
    </w:p>
    <w:p w14:paraId="7BA453CE" w14:textId="77777777" w:rsidR="00FE76F1" w:rsidRDefault="00000000">
      <w:r>
        <w:t>Eklenen kanıtlar  ☐ Katılım belgesi   ☐ Program   ☐ Görevlendirme yazısı   ☐ Bildiri/yayın bağlantısı   ☐ Proje kaydı   ☐ İş birliği belgesi   ☐ Diğer: ...............</w:t>
      </w:r>
    </w:p>
    <w:p w14:paraId="6A2FF76D" w14:textId="77777777" w:rsidR="00FE76F1" w:rsidRDefault="00000000">
      <w:r>
        <w:t>Beyan tarihi: .... / .... / ........                         Öğretim üyesinin adı soyadı ve imzası: ................................................</w:t>
      </w:r>
    </w:p>
    <w:p w14:paraId="4D3406E9" w14:textId="77777777" w:rsidR="00FE76F1" w:rsidRDefault="00000000">
      <w:r>
        <w:rPr>
          <w:i/>
          <w:sz w:val="16"/>
        </w:rPr>
        <w:t>Not: Kişisel iletişim bilgileri ve üçüncü kişilere ait veriler yerine kurumsal bağlantı veya belge numarası kullanılmalıdır. Form, A.5 uluslararasılaşma ölçütü kapsamında yıllık toplu izleme için Dekanlığa iletilir.</w:t>
      </w:r>
    </w:p>
    <w:sectPr w:rsidR="00FE76F1" w:rsidSect="00034616">
      <w:footerReference w:type="default" r:id="rId8"/>
      <w:pgSz w:w="11906" w:h="16838"/>
      <w:pgMar w:top="907" w:right="1134" w:bottom="85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338B1C" w14:textId="77777777" w:rsidR="000B66B5" w:rsidRDefault="000B66B5">
      <w:pPr>
        <w:spacing w:after="0" w:line="240" w:lineRule="auto"/>
      </w:pPr>
      <w:r>
        <w:separator/>
      </w:r>
    </w:p>
  </w:endnote>
  <w:endnote w:type="continuationSeparator" w:id="0">
    <w:p w14:paraId="49AD51C9" w14:textId="77777777" w:rsidR="000B66B5" w:rsidRDefault="000B66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EE11C" w14:textId="77777777" w:rsidR="00FE76F1" w:rsidRDefault="00000000">
    <w:pPr>
      <w:pStyle w:val="AltBilgi"/>
      <w:jc w:val="right"/>
    </w:pPr>
    <w:r>
      <w:t>HDHF  Uluslararası Faaliyet Bildirim Formu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8CF18A" w14:textId="77777777" w:rsidR="000B66B5" w:rsidRDefault="000B66B5">
      <w:pPr>
        <w:spacing w:after="0" w:line="240" w:lineRule="auto"/>
      </w:pPr>
      <w:r>
        <w:separator/>
      </w:r>
    </w:p>
  </w:footnote>
  <w:footnote w:type="continuationSeparator" w:id="0">
    <w:p w14:paraId="66B1F025" w14:textId="77777777" w:rsidR="000B66B5" w:rsidRDefault="000B66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08852668">
    <w:abstractNumId w:val="8"/>
  </w:num>
  <w:num w:numId="2" w16cid:durableId="1897282412">
    <w:abstractNumId w:val="6"/>
  </w:num>
  <w:num w:numId="3" w16cid:durableId="1868178393">
    <w:abstractNumId w:val="5"/>
  </w:num>
  <w:num w:numId="4" w16cid:durableId="1048066551">
    <w:abstractNumId w:val="4"/>
  </w:num>
  <w:num w:numId="5" w16cid:durableId="1271351941">
    <w:abstractNumId w:val="7"/>
  </w:num>
  <w:num w:numId="6" w16cid:durableId="922953806">
    <w:abstractNumId w:val="3"/>
  </w:num>
  <w:num w:numId="7" w16cid:durableId="24066165">
    <w:abstractNumId w:val="2"/>
  </w:num>
  <w:num w:numId="8" w16cid:durableId="1794903133">
    <w:abstractNumId w:val="1"/>
  </w:num>
  <w:num w:numId="9" w16cid:durableId="19568639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B66B5"/>
    <w:rsid w:val="0015074B"/>
    <w:rsid w:val="0029639D"/>
    <w:rsid w:val="00326F90"/>
    <w:rsid w:val="0064272E"/>
    <w:rsid w:val="008048C1"/>
    <w:rsid w:val="00AA1D8D"/>
    <w:rsid w:val="00B47730"/>
    <w:rsid w:val="00CB0664"/>
    <w:rsid w:val="00FC693F"/>
    <w:rsid w:val="00FE7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E63E66"/>
  <w14:defaultImageDpi w14:val="300"/>
  <w15:docId w15:val="{5ED6F53C-05D3-41F9-957F-AE9DF5C1A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color w:val="000000"/>
      <w:sz w:val="18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/>
      <w:b/>
      <w:bCs/>
      <w:sz w:val="20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spacing w:before="180" w:after="1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26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Yasemin USTUN</cp:lastModifiedBy>
  <cp:revision>2</cp:revision>
  <dcterms:created xsi:type="dcterms:W3CDTF">2013-12-23T23:15:00Z</dcterms:created>
  <dcterms:modified xsi:type="dcterms:W3CDTF">2026-10-02T12:20:00Z</dcterms:modified>
  <cp:category/>
</cp:coreProperties>
</file>