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C419" w14:textId="7CB6D483" w:rsidR="00FE60BE" w:rsidRPr="00765169" w:rsidRDefault="00FE60BE" w:rsidP="004B1CB6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169">
        <w:rPr>
          <w:rFonts w:ascii="Times New Roman" w:hAnsi="Times New Roman" w:cs="Times New Roman"/>
          <w:b/>
          <w:sz w:val="24"/>
          <w:szCs w:val="24"/>
        </w:rPr>
        <w:t>BAŞVURU DOSYASI KONTROL LISTESI</w:t>
      </w:r>
    </w:p>
    <w:p w14:paraId="1972482A" w14:textId="77777777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İletişime Geçilecek Araştırmacının,</w:t>
      </w:r>
    </w:p>
    <w:p w14:paraId="504738A4" w14:textId="77777777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5754CD0F" w14:textId="77777777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Adı-Soyadı:</w:t>
      </w:r>
    </w:p>
    <w:p w14:paraId="05C88835" w14:textId="77777777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Cep telefon numarası: </w:t>
      </w:r>
    </w:p>
    <w:p w14:paraId="4A7BC4D8" w14:textId="49D06C30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E-posta adresi:</w:t>
      </w:r>
    </w:p>
    <w:p w14:paraId="5BD34374" w14:textId="3D90A1B3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Araştırma Adı:</w:t>
      </w:r>
    </w:p>
    <w:p w14:paraId="70982046" w14:textId="7BAB5C5E" w:rsidR="00FE60BE" w:rsidRPr="00765169" w:rsidRDefault="00FE60BE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78037BAE" w14:textId="77777777" w:rsidR="00765169" w:rsidRPr="00765169" w:rsidRDefault="00765169" w:rsidP="00FE60BE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11003" w:type="dxa"/>
        <w:tblInd w:w="-851" w:type="dxa"/>
        <w:tblLook w:val="04A0" w:firstRow="1" w:lastRow="0" w:firstColumn="1" w:lastColumn="0" w:noHBand="0" w:noVBand="1"/>
      </w:tblPr>
      <w:tblGrid>
        <w:gridCol w:w="1130"/>
        <w:gridCol w:w="7781"/>
        <w:gridCol w:w="967"/>
        <w:gridCol w:w="1125"/>
      </w:tblGrid>
      <w:tr w:rsidR="00FE60BE" w:rsidRPr="00765169" w14:paraId="1722C591" w14:textId="77777777" w:rsidTr="00765169">
        <w:trPr>
          <w:trHeight w:val="248"/>
        </w:trPr>
        <w:tc>
          <w:tcPr>
            <w:tcW w:w="1130" w:type="dxa"/>
          </w:tcPr>
          <w:p w14:paraId="65C5B6FA" w14:textId="5AB6A86D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SIRA NO</w:t>
            </w:r>
          </w:p>
        </w:tc>
        <w:tc>
          <w:tcPr>
            <w:tcW w:w="7781" w:type="dxa"/>
          </w:tcPr>
          <w:p w14:paraId="6D09898E" w14:textId="38A47EE2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BAŞVURU DOSYASI KONTROL LİSTESİ</w:t>
            </w:r>
          </w:p>
        </w:tc>
        <w:tc>
          <w:tcPr>
            <w:tcW w:w="967" w:type="dxa"/>
          </w:tcPr>
          <w:p w14:paraId="21EF0CA4" w14:textId="67BA9820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EVET</w:t>
            </w:r>
          </w:p>
        </w:tc>
        <w:tc>
          <w:tcPr>
            <w:tcW w:w="1125" w:type="dxa"/>
          </w:tcPr>
          <w:p w14:paraId="6AC4B363" w14:textId="243F960B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HAYIR</w:t>
            </w:r>
          </w:p>
        </w:tc>
      </w:tr>
      <w:tr w:rsidR="00FE60BE" w:rsidRPr="00765169" w14:paraId="0B73F64A" w14:textId="77777777" w:rsidTr="00765169">
        <w:trPr>
          <w:trHeight w:val="538"/>
        </w:trPr>
        <w:tc>
          <w:tcPr>
            <w:tcW w:w="1130" w:type="dxa"/>
          </w:tcPr>
          <w:p w14:paraId="2C021508" w14:textId="2C683B2F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7781" w:type="dxa"/>
          </w:tcPr>
          <w:p w14:paraId="66EDA713" w14:textId="667D3D5B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1: </w:t>
            </w:r>
            <w:hyperlink r:id="rId8" w:tgtFrame="_blank" w:history="1"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İzmir </w:t>
              </w:r>
              <w:proofErr w:type="spellStart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>Şehir</w:t>
              </w:r>
              <w:proofErr w:type="spellEnd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>Hastanesi</w:t>
              </w:r>
              <w:proofErr w:type="spellEnd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>Arastırma</w:t>
              </w:r>
              <w:proofErr w:type="spellEnd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>Ön</w:t>
              </w:r>
              <w:proofErr w:type="spellEnd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>İzin</w:t>
              </w:r>
              <w:proofErr w:type="spellEnd"/>
              <w:r w:rsidRPr="00765169">
                <w:rPr>
                  <w:rStyle w:val="Gl"/>
                  <w:rFonts w:ascii="Times New Roman" w:hAnsi="Times New Roman" w:cs="Times New Roman"/>
                  <w:sz w:val="24"/>
                  <w:szCs w:val="24"/>
                </w:rPr>
                <w:t xml:space="preserve"> Belgesi</w:t>
              </w:r>
            </w:hyperlink>
          </w:p>
        </w:tc>
        <w:tc>
          <w:tcPr>
            <w:tcW w:w="967" w:type="dxa"/>
          </w:tcPr>
          <w:p w14:paraId="462F7592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25BE2A92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FE60BE" w:rsidRPr="00765169" w14:paraId="327FB76E" w14:textId="77777777" w:rsidTr="00765169">
        <w:trPr>
          <w:trHeight w:val="290"/>
        </w:trPr>
        <w:tc>
          <w:tcPr>
            <w:tcW w:w="1130" w:type="dxa"/>
          </w:tcPr>
          <w:p w14:paraId="7ABC20CA" w14:textId="35B34EE5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2</w:t>
            </w:r>
          </w:p>
        </w:tc>
        <w:tc>
          <w:tcPr>
            <w:tcW w:w="7781" w:type="dxa"/>
          </w:tcPr>
          <w:p w14:paraId="1E42D028" w14:textId="18C1EAD8" w:rsidR="00FE60BE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</w:t>
            </w:r>
            <w:proofErr w:type="spellEnd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Dosyası</w:t>
            </w:r>
            <w:proofErr w:type="spellEnd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proofErr w:type="spellEnd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E60BE"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Listesi</w:t>
            </w:r>
            <w:proofErr w:type="spellEnd"/>
          </w:p>
        </w:tc>
        <w:tc>
          <w:tcPr>
            <w:tcW w:w="967" w:type="dxa"/>
          </w:tcPr>
          <w:p w14:paraId="0438623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021D20C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FE60BE" w:rsidRPr="00765169" w14:paraId="6AC4D8C0" w14:textId="77777777" w:rsidTr="00765169">
        <w:trPr>
          <w:trHeight w:val="268"/>
        </w:trPr>
        <w:tc>
          <w:tcPr>
            <w:tcW w:w="1130" w:type="dxa"/>
          </w:tcPr>
          <w:p w14:paraId="68ACCCD4" w14:textId="3AE67258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7781" w:type="dxa"/>
          </w:tcPr>
          <w:p w14:paraId="483AD800" w14:textId="5DD09D4A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Dilekçe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67" w:type="dxa"/>
          </w:tcPr>
          <w:p w14:paraId="147D62ED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2948D94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765169" w:rsidRPr="00765169" w14:paraId="68F4FF40" w14:textId="77777777" w:rsidTr="00765169">
        <w:trPr>
          <w:trHeight w:val="1097"/>
        </w:trPr>
        <w:tc>
          <w:tcPr>
            <w:tcW w:w="1130" w:type="dxa"/>
          </w:tcPr>
          <w:p w14:paraId="1CBC3B08" w14:textId="35BD7AED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7781" w:type="dxa"/>
          </w:tcPr>
          <w:p w14:paraId="3606EA51" w14:textId="50238065" w:rsidR="00FE60BE" w:rsidRPr="00765169" w:rsidRDefault="00FE60BE" w:rsidP="00FE60BE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Başvuru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31705A" w14:textId="4257EEEE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Formun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her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sayfası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tüm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araştırmacılar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tarafından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paraflanmalı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son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sayfasına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araştırmacıların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isim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ünvanları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yazılarak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imzalanmalıdır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14:paraId="0FB033B8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75BCD99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FE60BE" w:rsidRPr="00765169" w14:paraId="7C3C7D52" w14:textId="77777777" w:rsidTr="00765169">
        <w:trPr>
          <w:trHeight w:val="248"/>
        </w:trPr>
        <w:tc>
          <w:tcPr>
            <w:tcW w:w="1130" w:type="dxa"/>
          </w:tcPr>
          <w:p w14:paraId="19F1227A" w14:textId="4121B196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5</w:t>
            </w:r>
          </w:p>
        </w:tc>
        <w:tc>
          <w:tcPr>
            <w:tcW w:w="7781" w:type="dxa"/>
          </w:tcPr>
          <w:p w14:paraId="19D1A565" w14:textId="3F7A6367" w:rsidR="00765169" w:rsidRPr="00765169" w:rsidRDefault="00765169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Anabilim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Dalı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Başkanı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/Program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Yöneticisi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Onay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Yazısı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1AC2DC4D" w14:textId="77777777" w:rsidR="00765169" w:rsidRPr="00765169" w:rsidRDefault="00765169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Tek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merkezli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çalışmada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üst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yazı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anabilim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başkanı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tarafından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onaylanmalıdır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08A29D3" w14:textId="77777777" w:rsidR="00765169" w:rsidRPr="00765169" w:rsidRDefault="00765169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Çok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merkezli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çalışmada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diğer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merkezlerin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anabilim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başkanından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alınan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onay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yazıları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eklenmelidir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2C46F32" w14:textId="0F7351CE" w:rsidR="00FE60BE" w:rsidRPr="00765169" w:rsidRDefault="00765169" w:rsidP="0076516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Çalışma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başka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kurumlarda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yapılacak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ilgili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kurumlardan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izin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alınmalı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dosyaya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eklenmelidir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967" w:type="dxa"/>
          </w:tcPr>
          <w:p w14:paraId="54EAB8F0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4BC5BEF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FE60BE" w:rsidRPr="00765169" w14:paraId="7571C796" w14:textId="77777777" w:rsidTr="00765169">
        <w:trPr>
          <w:trHeight w:val="248"/>
        </w:trPr>
        <w:tc>
          <w:tcPr>
            <w:tcW w:w="1130" w:type="dxa"/>
          </w:tcPr>
          <w:p w14:paraId="37A0A056" w14:textId="44A69904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6</w:t>
            </w:r>
          </w:p>
        </w:tc>
        <w:tc>
          <w:tcPr>
            <w:tcW w:w="7781" w:type="dxa"/>
          </w:tcPr>
          <w:p w14:paraId="19A1496B" w14:textId="3661F5A6" w:rsidR="00765169" w:rsidRPr="00765169" w:rsidRDefault="00765169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Özgeçmiş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2833CC4D" w14:textId="5B8A3E46" w:rsidR="00FE60BE" w:rsidRPr="00765169" w:rsidRDefault="00765169" w:rsidP="0076516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Tüm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araştırmacılar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için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ayrı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ayrı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hazırlanması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gerekmektedir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14:paraId="66315D45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0ED3FBDB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FE60BE" w:rsidRPr="00765169" w14:paraId="128883DD" w14:textId="77777777" w:rsidTr="00765169">
        <w:trPr>
          <w:trHeight w:val="268"/>
        </w:trPr>
        <w:tc>
          <w:tcPr>
            <w:tcW w:w="1130" w:type="dxa"/>
          </w:tcPr>
          <w:p w14:paraId="2902CD30" w14:textId="4648F9E8" w:rsidR="00FE60BE" w:rsidRPr="00765169" w:rsidRDefault="00FE60BE" w:rsidP="0076516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7</w:t>
            </w:r>
          </w:p>
        </w:tc>
        <w:tc>
          <w:tcPr>
            <w:tcW w:w="7781" w:type="dxa"/>
          </w:tcPr>
          <w:p w14:paraId="3DF02C1A" w14:textId="77777777" w:rsidR="00FE60BE" w:rsidRDefault="00765169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Proje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Bütçe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86827A" w14:textId="41D8C45A" w:rsidR="00111EAA" w:rsidRPr="00765169" w:rsidRDefault="00111EAA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Her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sayfası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paraflanmalı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son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sayfası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soyadı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unvanı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yazılarak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imzalanmalıdır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Çalışmanın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bütçesinin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ayrıntılı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dökümü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yapılmalıdır</w:t>
            </w:r>
            <w:proofErr w:type="spellEnd"/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14:paraId="22486C92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4F79E665" w14:textId="77777777" w:rsidR="00FE60BE" w:rsidRPr="00765169" w:rsidRDefault="00FE60BE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5062D23D" w14:textId="77777777" w:rsidTr="00B206F2">
        <w:trPr>
          <w:trHeight w:val="596"/>
        </w:trPr>
        <w:tc>
          <w:tcPr>
            <w:tcW w:w="1130" w:type="dxa"/>
            <w:vMerge w:val="restart"/>
          </w:tcPr>
          <w:p w14:paraId="259BC419" w14:textId="77777777" w:rsidR="00111EAA" w:rsidRDefault="00111EAA" w:rsidP="00111E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26EE2C42" w14:textId="77777777" w:rsidR="00111EAA" w:rsidRDefault="00111EAA" w:rsidP="00111E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09CC08B6" w14:textId="77777777" w:rsidR="00111EAA" w:rsidRDefault="00111EAA" w:rsidP="00111E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326E9941" w14:textId="77777777" w:rsidR="00111EAA" w:rsidRDefault="00111EAA" w:rsidP="00111E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1A378097" w14:textId="7376DFA4" w:rsidR="00111EAA" w:rsidRPr="00765169" w:rsidRDefault="00111EAA" w:rsidP="00111EA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8</w:t>
            </w:r>
          </w:p>
        </w:tc>
        <w:tc>
          <w:tcPr>
            <w:tcW w:w="7781" w:type="dxa"/>
          </w:tcPr>
          <w:p w14:paraId="16F9BE93" w14:textId="57FA240F" w:rsidR="00111EAA" w:rsidRPr="00765169" w:rsidRDefault="00111EAA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Bilgilendirilmiş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Gönüllü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Olur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4CE962" w14:textId="0610D4AA" w:rsidR="00111EAA" w:rsidRPr="00765169" w:rsidRDefault="00111EAA" w:rsidP="00765169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651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*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Araştırma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için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uygun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olan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form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veya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formlar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kullanılmalıdır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651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67" w:type="dxa"/>
          </w:tcPr>
          <w:p w14:paraId="47A24E36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389F3FE4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00AE024D" w14:textId="77777777" w:rsidTr="00765169">
        <w:trPr>
          <w:trHeight w:val="248"/>
        </w:trPr>
        <w:tc>
          <w:tcPr>
            <w:tcW w:w="1130" w:type="dxa"/>
            <w:vMerge/>
          </w:tcPr>
          <w:p w14:paraId="3ADDAF09" w14:textId="55D043F4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</w:tcPr>
          <w:p w14:paraId="6590BD44" w14:textId="7D7C42C0" w:rsidR="00111EAA" w:rsidRPr="00765169" w:rsidRDefault="00111EAA" w:rsidP="00765169">
            <w:pPr>
              <w:pStyle w:val="ListeParagraf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Araştırmaya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katılacak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Çocuk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Hastalar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için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BGOF’</w:t>
            </w:r>
          </w:p>
        </w:tc>
        <w:tc>
          <w:tcPr>
            <w:tcW w:w="967" w:type="dxa"/>
          </w:tcPr>
          <w:p w14:paraId="7CB9C11A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7D31F5C2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27FE8C5A" w14:textId="77777777" w:rsidTr="00765169">
        <w:trPr>
          <w:trHeight w:val="268"/>
        </w:trPr>
        <w:tc>
          <w:tcPr>
            <w:tcW w:w="1130" w:type="dxa"/>
            <w:vMerge/>
          </w:tcPr>
          <w:p w14:paraId="71F485CE" w14:textId="08DB05F9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</w:tcPr>
          <w:p w14:paraId="4CBE34C2" w14:textId="0A278959" w:rsidR="00111EAA" w:rsidRPr="00765169" w:rsidRDefault="00111EAA" w:rsidP="00765169">
            <w:pPr>
              <w:pStyle w:val="ListeParagraf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Araştırmaya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katılacak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Çocuk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Hastaların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Ebeveynleri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için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BGOF’</w:t>
            </w:r>
          </w:p>
        </w:tc>
        <w:tc>
          <w:tcPr>
            <w:tcW w:w="967" w:type="dxa"/>
          </w:tcPr>
          <w:p w14:paraId="37FAD94F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2D6F7594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2FDA26DA" w14:textId="77777777" w:rsidTr="00765169">
        <w:trPr>
          <w:trHeight w:val="268"/>
        </w:trPr>
        <w:tc>
          <w:tcPr>
            <w:tcW w:w="1130" w:type="dxa"/>
            <w:vMerge/>
          </w:tcPr>
          <w:p w14:paraId="3126AD18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</w:tcPr>
          <w:p w14:paraId="33CB3767" w14:textId="0E33CEB1" w:rsidR="00111EAA" w:rsidRPr="00765169" w:rsidRDefault="00111EAA" w:rsidP="00765169">
            <w:pPr>
              <w:pStyle w:val="ListeParagraf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Araştırmaya</w:t>
            </w:r>
            <w:proofErr w:type="spellEnd"/>
            <w:proofErr w:type="gram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katılacak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Sağlıklı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Çocuklar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İçin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BGOF’</w:t>
            </w:r>
          </w:p>
        </w:tc>
        <w:tc>
          <w:tcPr>
            <w:tcW w:w="967" w:type="dxa"/>
          </w:tcPr>
          <w:p w14:paraId="1619416A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61EF2E90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02EDCD9E" w14:textId="77777777" w:rsidTr="00765169">
        <w:trPr>
          <w:trHeight w:val="268"/>
        </w:trPr>
        <w:tc>
          <w:tcPr>
            <w:tcW w:w="1130" w:type="dxa"/>
            <w:vMerge/>
          </w:tcPr>
          <w:p w14:paraId="3EA5D838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</w:tcPr>
          <w:p w14:paraId="7B64BA60" w14:textId="676DFB5D" w:rsidR="00111EAA" w:rsidRPr="00765169" w:rsidRDefault="00111EAA" w:rsidP="00765169">
            <w:pPr>
              <w:pStyle w:val="ListeParagraf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Araştırmaya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katılacak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Sağlıklı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Çocukların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Ebeveynleri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İçin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BGOF’</w:t>
            </w:r>
          </w:p>
        </w:tc>
        <w:tc>
          <w:tcPr>
            <w:tcW w:w="967" w:type="dxa"/>
          </w:tcPr>
          <w:p w14:paraId="624EF381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09E074CF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11EAA" w:rsidRPr="00765169" w14:paraId="00A32B4C" w14:textId="77777777" w:rsidTr="00765169">
        <w:trPr>
          <w:trHeight w:val="268"/>
        </w:trPr>
        <w:tc>
          <w:tcPr>
            <w:tcW w:w="1130" w:type="dxa"/>
            <w:vMerge/>
          </w:tcPr>
          <w:p w14:paraId="77F5E483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</w:tcPr>
          <w:p w14:paraId="2F4C65B0" w14:textId="0F111460" w:rsidR="00111EAA" w:rsidRPr="00765169" w:rsidRDefault="00111EAA" w:rsidP="00765169">
            <w:pPr>
              <w:pStyle w:val="ListeParagraf"/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Araştırmaya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katılacak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Yetişkinler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İçin</w:t>
            </w:r>
            <w:proofErr w:type="spellEnd"/>
            <w:r w:rsidRPr="0076516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BGOF’</w:t>
            </w:r>
          </w:p>
        </w:tc>
        <w:tc>
          <w:tcPr>
            <w:tcW w:w="967" w:type="dxa"/>
          </w:tcPr>
          <w:p w14:paraId="20E5D14E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1125" w:type="dxa"/>
          </w:tcPr>
          <w:p w14:paraId="2B9B51F0" w14:textId="77777777" w:rsidR="00111EAA" w:rsidRPr="00765169" w:rsidRDefault="00111EAA" w:rsidP="00FE60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</w:tbl>
    <w:p w14:paraId="3CB0DDD1" w14:textId="77777777" w:rsidR="00111EAA" w:rsidRDefault="00111EAA" w:rsidP="00EE0609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1CC15" w14:textId="77777777" w:rsidR="00111EAA" w:rsidRDefault="00111EAA" w:rsidP="00EE0609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87CC0" w14:textId="683A79DC" w:rsidR="00EE0609" w:rsidRPr="00765169" w:rsidRDefault="00EE0609" w:rsidP="00EE0609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1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BAŞVURU DOSYASI KONTROL </w:t>
      </w:r>
      <w:proofErr w:type="spellStart"/>
      <w:r w:rsidRPr="00765169">
        <w:rPr>
          <w:rFonts w:ascii="Times New Roman" w:hAnsi="Times New Roman" w:cs="Times New Roman"/>
          <w:b/>
          <w:sz w:val="24"/>
          <w:szCs w:val="24"/>
        </w:rPr>
        <w:t>LİSTESİ_devamı</w:t>
      </w:r>
      <w:proofErr w:type="spellEnd"/>
    </w:p>
    <w:p w14:paraId="43F69FC0" w14:textId="77777777" w:rsidR="00EE0609" w:rsidRPr="00765169" w:rsidRDefault="00EE0609" w:rsidP="00EE0609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İletişime Geçilecek Araştırmacının,</w:t>
      </w:r>
    </w:p>
    <w:p w14:paraId="675B65F5" w14:textId="77777777" w:rsidR="00EE0609" w:rsidRPr="00765169" w:rsidRDefault="00EE0609" w:rsidP="00EE0609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386366B5" w14:textId="77777777" w:rsidR="00EE0609" w:rsidRPr="00765169" w:rsidRDefault="00EE0609" w:rsidP="00EE0609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Adı-Soyadı:</w:t>
      </w:r>
    </w:p>
    <w:p w14:paraId="58680D83" w14:textId="77777777" w:rsidR="00EE0609" w:rsidRPr="00765169" w:rsidRDefault="00EE0609" w:rsidP="00EE0609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Cep telefon numarası: </w:t>
      </w:r>
    </w:p>
    <w:p w14:paraId="2ADB39AD" w14:textId="77777777" w:rsidR="00EE0609" w:rsidRPr="00765169" w:rsidRDefault="00EE0609" w:rsidP="00EE0609">
      <w:pPr>
        <w:ind w:left="-851"/>
        <w:contextualSpacing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E-posta adresi: </w:t>
      </w:r>
    </w:p>
    <w:p w14:paraId="32F31FF1" w14:textId="5EDCCD64" w:rsidR="00EE0609" w:rsidRPr="00765169" w:rsidRDefault="00EE0609" w:rsidP="00765169">
      <w:pPr>
        <w:ind w:left="-851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65169">
        <w:rPr>
          <w:rFonts w:ascii="Times New Roman" w:hAnsi="Times New Roman" w:cs="Times New Roman"/>
          <w:b/>
          <w:bCs/>
          <w:sz w:val="24"/>
          <w:szCs w:val="24"/>
          <w:lang w:val="tr-TR"/>
        </w:rPr>
        <w:t>Araştırma Adı:</w:t>
      </w:r>
    </w:p>
    <w:tbl>
      <w:tblPr>
        <w:tblStyle w:val="TabloKlavuzu"/>
        <w:tblpPr w:leftFromText="141" w:rightFromText="141" w:vertAnchor="text" w:horzAnchor="margin" w:tblpXSpec="center" w:tblpY="89"/>
        <w:tblW w:w="10301" w:type="dxa"/>
        <w:tblLayout w:type="fixed"/>
        <w:tblLook w:val="04A0" w:firstRow="1" w:lastRow="0" w:firstColumn="1" w:lastColumn="0" w:noHBand="0" w:noVBand="1"/>
      </w:tblPr>
      <w:tblGrid>
        <w:gridCol w:w="817"/>
        <w:gridCol w:w="7265"/>
        <w:gridCol w:w="1098"/>
        <w:gridCol w:w="1121"/>
      </w:tblGrid>
      <w:tr w:rsidR="00EE0609" w:rsidRPr="00765169" w14:paraId="0BC86375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41D4255" w14:textId="77777777" w:rsidR="00EE0609" w:rsidRPr="00765169" w:rsidRDefault="00EE0609" w:rsidP="0004715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7265" w:type="dxa"/>
            <w:vAlign w:val="center"/>
          </w:tcPr>
          <w:p w14:paraId="6186924A" w14:textId="77777777" w:rsidR="00EE0609" w:rsidRPr="00765169" w:rsidRDefault="00EE0609" w:rsidP="0004715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BAŞVURU DOSYASI KONTROL LİSTESİ</w:t>
            </w:r>
          </w:p>
        </w:tc>
        <w:tc>
          <w:tcPr>
            <w:tcW w:w="1098" w:type="dxa"/>
            <w:vAlign w:val="center"/>
          </w:tcPr>
          <w:p w14:paraId="02A711CE" w14:textId="77777777" w:rsidR="00EE0609" w:rsidRPr="00765169" w:rsidRDefault="00EE0609" w:rsidP="0004715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EVET</w:t>
            </w:r>
          </w:p>
        </w:tc>
        <w:tc>
          <w:tcPr>
            <w:tcW w:w="1121" w:type="dxa"/>
            <w:vAlign w:val="center"/>
          </w:tcPr>
          <w:p w14:paraId="5E62B50C" w14:textId="77777777" w:rsidR="00EE0609" w:rsidRPr="00765169" w:rsidRDefault="00EE0609" w:rsidP="0004715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HAYIR</w:t>
            </w:r>
          </w:p>
        </w:tc>
      </w:tr>
      <w:tr w:rsidR="00765169" w:rsidRPr="00765169" w14:paraId="54AAC4F1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C991731" w14:textId="32463E4C" w:rsidR="00765169" w:rsidRPr="00765169" w:rsidRDefault="00111EAA" w:rsidP="000E204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5" w:type="dxa"/>
            <w:vAlign w:val="center"/>
          </w:tcPr>
          <w:p w14:paraId="581B9063" w14:textId="7800CCD5" w:rsidR="00765169" w:rsidRPr="00765169" w:rsidRDefault="00765169" w:rsidP="000E204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 w:rsidR="00111E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Başvurunun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akademik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amaçlı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olduğunu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gösterir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belge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98" w:type="dxa"/>
            <w:vAlign w:val="center"/>
          </w:tcPr>
          <w:p w14:paraId="347EFAC9" w14:textId="77777777" w:rsidR="00765169" w:rsidRPr="00765169" w:rsidRDefault="00765169" w:rsidP="000E204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667BC2D" w14:textId="77777777" w:rsidR="00765169" w:rsidRPr="00765169" w:rsidRDefault="00765169" w:rsidP="000E204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1931799C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6522D0A" w14:textId="468DD639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65" w:type="dxa"/>
            <w:vAlign w:val="center"/>
          </w:tcPr>
          <w:p w14:paraId="0996AA29" w14:textId="098A980E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Literatür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Listesi</w:t>
            </w:r>
            <w:proofErr w:type="spellEnd"/>
          </w:p>
        </w:tc>
        <w:tc>
          <w:tcPr>
            <w:tcW w:w="1098" w:type="dxa"/>
            <w:vAlign w:val="center"/>
          </w:tcPr>
          <w:p w14:paraId="740A8BFB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53A91903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58403F2E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219C3EAC" w14:textId="4A60192E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65" w:type="dxa"/>
            <w:vAlign w:val="center"/>
          </w:tcPr>
          <w:p w14:paraId="021D04AF" w14:textId="5C7FFB34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Olgu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Rapor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</w:t>
            </w:r>
            <w:proofErr w:type="spellEnd"/>
          </w:p>
        </w:tc>
        <w:tc>
          <w:tcPr>
            <w:tcW w:w="1098" w:type="dxa"/>
            <w:vAlign w:val="center"/>
          </w:tcPr>
          <w:p w14:paraId="2E4969E5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51703223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524417AD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3C4B914" w14:textId="63B2D6B2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65" w:type="dxa"/>
            <w:vAlign w:val="center"/>
          </w:tcPr>
          <w:p w14:paraId="1CFD074A" w14:textId="663862AB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Yayın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Etiği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Taahhüt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Yazısı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98" w:type="dxa"/>
            <w:vAlign w:val="center"/>
          </w:tcPr>
          <w:p w14:paraId="320D5F40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460BEB06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3074BBCE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194D212A" w14:textId="5EE35476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65" w:type="dxa"/>
            <w:vAlign w:val="center"/>
          </w:tcPr>
          <w:p w14:paraId="3EFE0F84" w14:textId="0C43C0EC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(İyi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Klinik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Uygulamalar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Taahhütnamesi</w:t>
            </w:r>
            <w:proofErr w:type="spellEnd"/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765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098" w:type="dxa"/>
            <w:vAlign w:val="center"/>
          </w:tcPr>
          <w:p w14:paraId="33A60AD4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3FA329F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4055B049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0955909A" w14:textId="522C1EFD" w:rsidR="00111EAA" w:rsidRPr="00765169" w:rsidRDefault="00111EAA" w:rsidP="0011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65" w:type="dxa"/>
            <w:vAlign w:val="center"/>
          </w:tcPr>
          <w:p w14:paraId="3299115A" w14:textId="02762824" w:rsidR="00111EAA" w:rsidRPr="00765169" w:rsidRDefault="00111EAA" w:rsidP="0011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(Helsinki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Bildirgesi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Taahhütnamesi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98" w:type="dxa"/>
            <w:vAlign w:val="center"/>
          </w:tcPr>
          <w:p w14:paraId="353B8662" w14:textId="77777777" w:rsidR="00111EAA" w:rsidRPr="00765169" w:rsidRDefault="00111EAA" w:rsidP="0011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479F2B87" w14:textId="77777777" w:rsidR="00111EAA" w:rsidRPr="00765169" w:rsidRDefault="00111EAA" w:rsidP="0011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6F3CE9B8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258BCFB" w14:textId="01ADADE0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65" w:type="dxa"/>
            <w:vAlign w:val="center"/>
          </w:tcPr>
          <w:p w14:paraId="1156C892" w14:textId="217E45AD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Radyasyon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Gerekli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Her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sayfası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paraflanmalı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, son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sayfa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imzalanmalıdır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14:paraId="49594548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0C3B67F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1B4D77AB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0EDF31E8" w14:textId="7EF4154E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65" w:type="dxa"/>
            <w:vAlign w:val="center"/>
          </w:tcPr>
          <w:p w14:paraId="238A4C40" w14:textId="3923573B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Biyolojik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Materyal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Transfer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Gerekli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T.C.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Bakanlığı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İlaç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Tıbbi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Cihaz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Kurumu’nun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sayfasında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bulunan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formları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kullanılmalıdır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. Her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sayfası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paraflanmalı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, son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sayfa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ise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imzalanmalıdır</w:t>
            </w:r>
            <w:proofErr w:type="spellEnd"/>
            <w:r w:rsidRPr="00765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14:paraId="0B9C0B38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7C672042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5BBF7637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05F49FFC" w14:textId="74E2549C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65" w:type="dxa"/>
            <w:vAlign w:val="center"/>
          </w:tcPr>
          <w:p w14:paraId="14AA3741" w14:textId="073D3AF3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Veri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Güvenliği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KVKK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Uyum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Taahhütnamesi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14:paraId="61166EA3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349F3BA2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EAA" w:rsidRPr="00765169" w14:paraId="22E12481" w14:textId="77777777" w:rsidTr="0004715A">
        <w:trPr>
          <w:trHeight w:val="566"/>
        </w:trPr>
        <w:tc>
          <w:tcPr>
            <w:tcW w:w="817" w:type="dxa"/>
            <w:vAlign w:val="center"/>
          </w:tcPr>
          <w:p w14:paraId="352F39C0" w14:textId="666BC1FC" w:rsidR="00111EAA" w:rsidRPr="00765169" w:rsidRDefault="00111EAA" w:rsidP="00111E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65" w:type="dxa"/>
            <w:vAlign w:val="center"/>
          </w:tcPr>
          <w:p w14:paraId="6FC74693" w14:textId="41A98B95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Başvurusu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yapılacak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dosyanın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PDF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formatında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hazırlanmış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dijital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kopyası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( e</w:t>
            </w:r>
            <w:proofErr w:type="gram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>posta</w:t>
            </w:r>
            <w:proofErr w:type="spellEnd"/>
            <w:r w:rsidRPr="0076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1098" w:type="dxa"/>
            <w:vAlign w:val="center"/>
          </w:tcPr>
          <w:p w14:paraId="4AEB6EB6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450318F4" w14:textId="77777777" w:rsidR="00111EAA" w:rsidRPr="00765169" w:rsidRDefault="00111EAA" w:rsidP="00111EA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D8525F" w14:textId="77777777" w:rsidR="00765169" w:rsidRDefault="00765169" w:rsidP="007651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2FAE6A" w14:textId="63B83BBB" w:rsidR="00EE0609" w:rsidRPr="00765169" w:rsidRDefault="00EE0609" w:rsidP="0076516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65169">
        <w:rPr>
          <w:rFonts w:ascii="Times New Roman" w:hAnsi="Times New Roman" w:cs="Times New Roman"/>
          <w:b/>
          <w:bCs/>
          <w:sz w:val="24"/>
          <w:szCs w:val="24"/>
        </w:rPr>
        <w:t>Sorumlu</w:t>
      </w:r>
      <w:proofErr w:type="spellEnd"/>
      <w:r w:rsidRPr="00765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169">
        <w:rPr>
          <w:rFonts w:ascii="Times New Roman" w:hAnsi="Times New Roman" w:cs="Times New Roman"/>
          <w:b/>
          <w:bCs/>
          <w:sz w:val="24"/>
          <w:szCs w:val="24"/>
        </w:rPr>
        <w:t>Araştırmacı</w:t>
      </w:r>
      <w:proofErr w:type="spellEnd"/>
      <w:r w:rsidRPr="00765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169">
        <w:rPr>
          <w:rFonts w:ascii="Times New Roman" w:hAnsi="Times New Roman" w:cs="Times New Roman"/>
          <w:b/>
          <w:bCs/>
          <w:sz w:val="24"/>
          <w:szCs w:val="24"/>
        </w:rPr>
        <w:t>İmza</w:t>
      </w:r>
      <w:proofErr w:type="spellEnd"/>
    </w:p>
    <w:sectPr w:rsidR="00EE0609" w:rsidRPr="00765169" w:rsidSect="0058692B">
      <w:headerReference w:type="default" r:id="rId9"/>
      <w:pgSz w:w="12240" w:h="15840"/>
      <w:pgMar w:top="1440" w:right="1800" w:bottom="14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9D4B6" w14:textId="77777777" w:rsidR="00825441" w:rsidRDefault="00825441" w:rsidP="007607C1">
      <w:pPr>
        <w:spacing w:after="0" w:line="240" w:lineRule="auto"/>
      </w:pPr>
      <w:r>
        <w:separator/>
      </w:r>
    </w:p>
  </w:endnote>
  <w:endnote w:type="continuationSeparator" w:id="0">
    <w:p w14:paraId="34302AEE" w14:textId="77777777" w:rsidR="00825441" w:rsidRDefault="00825441" w:rsidP="0076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E8FB" w14:textId="77777777" w:rsidR="00825441" w:rsidRDefault="00825441" w:rsidP="007607C1">
      <w:pPr>
        <w:spacing w:after="0" w:line="240" w:lineRule="auto"/>
      </w:pPr>
      <w:r>
        <w:separator/>
      </w:r>
    </w:p>
  </w:footnote>
  <w:footnote w:type="continuationSeparator" w:id="0">
    <w:p w14:paraId="6BFBDE9E" w14:textId="77777777" w:rsidR="00825441" w:rsidRDefault="00825441" w:rsidP="0076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86F8" w14:textId="77777777" w:rsidR="007607C1" w:rsidRPr="00000801" w:rsidRDefault="007607C1" w:rsidP="007607C1">
    <w:pPr>
      <w:pStyle w:val="KonuBal"/>
      <w:tabs>
        <w:tab w:val="left" w:pos="2745"/>
      </w:tabs>
      <w:jc w:val="center"/>
      <w:rPr>
        <w:sz w:val="36"/>
        <w:szCs w:val="36"/>
      </w:rPr>
    </w:pPr>
    <w:r w:rsidRPr="00000801">
      <w:rPr>
        <w:noProof/>
        <w:sz w:val="36"/>
        <w:szCs w:val="36"/>
        <w:lang w:val="tr-TR" w:eastAsia="tr-TR"/>
      </w:rPr>
      <w:drawing>
        <wp:anchor distT="0" distB="0" distL="114300" distR="114300" simplePos="0" relativeHeight="251659264" behindDoc="1" locked="0" layoutInCell="1" allowOverlap="1" wp14:anchorId="083A115D" wp14:editId="36B8DFB2">
          <wp:simplePos x="0" y="0"/>
          <wp:positionH relativeFrom="column">
            <wp:posOffset>-962025</wp:posOffset>
          </wp:positionH>
          <wp:positionV relativeFrom="paragraph">
            <wp:posOffset>-139700</wp:posOffset>
          </wp:positionV>
          <wp:extent cx="1009650" cy="10096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0801">
      <w:rPr>
        <w:noProof/>
        <w:sz w:val="36"/>
        <w:szCs w:val="36"/>
        <w:lang w:val="tr-TR" w:eastAsia="tr-TR"/>
      </w:rPr>
      <w:drawing>
        <wp:anchor distT="0" distB="0" distL="114300" distR="114300" simplePos="0" relativeHeight="251660288" behindDoc="1" locked="0" layoutInCell="1" allowOverlap="1" wp14:anchorId="6D6A915E" wp14:editId="2C57BDF5">
          <wp:simplePos x="0" y="0"/>
          <wp:positionH relativeFrom="column">
            <wp:posOffset>5424170</wp:posOffset>
          </wp:positionH>
          <wp:positionV relativeFrom="paragraph">
            <wp:posOffset>-122555</wp:posOffset>
          </wp:positionV>
          <wp:extent cx="1009650" cy="995045"/>
          <wp:effectExtent l="0" t="0" r="0" b="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97307" name="Resim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00801">
      <w:rPr>
        <w:sz w:val="36"/>
        <w:szCs w:val="36"/>
      </w:rPr>
      <w:t>Sağlık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Bilimleri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Üniversitesi</w:t>
    </w:r>
    <w:proofErr w:type="spellEnd"/>
    <w:r w:rsidRPr="00000801">
      <w:rPr>
        <w:sz w:val="36"/>
        <w:szCs w:val="36"/>
      </w:rPr>
      <w:t xml:space="preserve"> </w:t>
    </w:r>
  </w:p>
  <w:p w14:paraId="6EC7A6B1" w14:textId="77777777" w:rsidR="007607C1" w:rsidRPr="00000801" w:rsidRDefault="007607C1" w:rsidP="007607C1">
    <w:pPr>
      <w:pStyle w:val="KonuBal"/>
      <w:tabs>
        <w:tab w:val="left" w:pos="2745"/>
      </w:tabs>
      <w:jc w:val="center"/>
      <w:rPr>
        <w:sz w:val="36"/>
        <w:szCs w:val="36"/>
      </w:rPr>
    </w:pPr>
    <w:r w:rsidRPr="00000801">
      <w:rPr>
        <w:sz w:val="36"/>
        <w:szCs w:val="36"/>
      </w:rPr>
      <w:t xml:space="preserve">İzmir </w:t>
    </w:r>
    <w:proofErr w:type="spellStart"/>
    <w:r w:rsidRPr="00000801">
      <w:rPr>
        <w:sz w:val="36"/>
        <w:szCs w:val="36"/>
      </w:rPr>
      <w:t>Tıp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Fakültesi</w:t>
    </w:r>
    <w:proofErr w:type="spellEnd"/>
    <w:r w:rsidRPr="00000801">
      <w:rPr>
        <w:sz w:val="36"/>
        <w:szCs w:val="36"/>
      </w:rPr>
      <w:t xml:space="preserve"> </w:t>
    </w:r>
  </w:p>
  <w:p w14:paraId="7C52C2E4" w14:textId="77777777" w:rsidR="007607C1" w:rsidRDefault="007607C1" w:rsidP="007607C1">
    <w:pPr>
      <w:pStyle w:val="KonuBal"/>
      <w:tabs>
        <w:tab w:val="left" w:pos="2745"/>
      </w:tabs>
      <w:jc w:val="center"/>
    </w:pPr>
    <w:proofErr w:type="spellStart"/>
    <w:r w:rsidRPr="00000801">
      <w:rPr>
        <w:sz w:val="36"/>
        <w:szCs w:val="36"/>
      </w:rPr>
      <w:t>İlaç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ve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Tıbbi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Cihaz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Dışı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Girişimsel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Araştırmalar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Etik</w:t>
    </w:r>
    <w:proofErr w:type="spellEnd"/>
    <w:r w:rsidRPr="00000801">
      <w:rPr>
        <w:sz w:val="36"/>
        <w:szCs w:val="36"/>
      </w:rPr>
      <w:t xml:space="preserve"> </w:t>
    </w:r>
    <w:proofErr w:type="spellStart"/>
    <w:r w:rsidRPr="00000801">
      <w:rPr>
        <w:sz w:val="36"/>
        <w:szCs w:val="36"/>
      </w:rPr>
      <w:t>Kurulu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6B33A1"/>
    <w:multiLevelType w:val="hybridMultilevel"/>
    <w:tmpl w:val="C416F15E"/>
    <w:lvl w:ilvl="0" w:tplc="4C1C2CBE">
      <w:start w:val="1"/>
      <w:numFmt w:val="upperLetter"/>
      <w:lvlText w:val="%1.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1CBF0D95"/>
    <w:multiLevelType w:val="hybridMultilevel"/>
    <w:tmpl w:val="5CFCB714"/>
    <w:lvl w:ilvl="0" w:tplc="B09823A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68D8"/>
    <w:multiLevelType w:val="hybridMultilevel"/>
    <w:tmpl w:val="DBA4D904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A82"/>
    <w:multiLevelType w:val="hybridMultilevel"/>
    <w:tmpl w:val="36D62E0E"/>
    <w:lvl w:ilvl="0" w:tplc="6AA8235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C771B"/>
    <w:multiLevelType w:val="hybridMultilevel"/>
    <w:tmpl w:val="3870A6E2"/>
    <w:lvl w:ilvl="0" w:tplc="8602871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40776">
    <w:abstractNumId w:val="8"/>
  </w:num>
  <w:num w:numId="2" w16cid:durableId="592785850">
    <w:abstractNumId w:val="6"/>
  </w:num>
  <w:num w:numId="3" w16cid:durableId="71660841">
    <w:abstractNumId w:val="5"/>
  </w:num>
  <w:num w:numId="4" w16cid:durableId="1728989472">
    <w:abstractNumId w:val="4"/>
  </w:num>
  <w:num w:numId="5" w16cid:durableId="491603905">
    <w:abstractNumId w:val="7"/>
  </w:num>
  <w:num w:numId="6" w16cid:durableId="635914118">
    <w:abstractNumId w:val="3"/>
  </w:num>
  <w:num w:numId="7" w16cid:durableId="520126086">
    <w:abstractNumId w:val="2"/>
  </w:num>
  <w:num w:numId="8" w16cid:durableId="2131705227">
    <w:abstractNumId w:val="1"/>
  </w:num>
  <w:num w:numId="9" w16cid:durableId="1477331484">
    <w:abstractNumId w:val="0"/>
  </w:num>
  <w:num w:numId="10" w16cid:durableId="967123353">
    <w:abstractNumId w:val="9"/>
  </w:num>
  <w:num w:numId="11" w16cid:durableId="617374527">
    <w:abstractNumId w:val="12"/>
  </w:num>
  <w:num w:numId="12" w16cid:durableId="1629967724">
    <w:abstractNumId w:val="10"/>
  </w:num>
  <w:num w:numId="13" w16cid:durableId="1389642621">
    <w:abstractNumId w:val="11"/>
  </w:num>
  <w:num w:numId="14" w16cid:durableId="10422872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801"/>
    <w:rsid w:val="00034616"/>
    <w:rsid w:val="0006063C"/>
    <w:rsid w:val="000E2049"/>
    <w:rsid w:val="00111EAA"/>
    <w:rsid w:val="0015074B"/>
    <w:rsid w:val="001A71D6"/>
    <w:rsid w:val="001D4D9A"/>
    <w:rsid w:val="00222008"/>
    <w:rsid w:val="002734EB"/>
    <w:rsid w:val="0029639D"/>
    <w:rsid w:val="002B3E16"/>
    <w:rsid w:val="003024E8"/>
    <w:rsid w:val="00326F90"/>
    <w:rsid w:val="003F0066"/>
    <w:rsid w:val="003F53D9"/>
    <w:rsid w:val="00467CAF"/>
    <w:rsid w:val="004B1CB6"/>
    <w:rsid w:val="004B5B11"/>
    <w:rsid w:val="004C5FF7"/>
    <w:rsid w:val="004D1D60"/>
    <w:rsid w:val="0053352E"/>
    <w:rsid w:val="005430C9"/>
    <w:rsid w:val="0058692B"/>
    <w:rsid w:val="005C1E27"/>
    <w:rsid w:val="005D6E29"/>
    <w:rsid w:val="006743DC"/>
    <w:rsid w:val="006F1F5D"/>
    <w:rsid w:val="007607C1"/>
    <w:rsid w:val="00765169"/>
    <w:rsid w:val="0080246A"/>
    <w:rsid w:val="00825441"/>
    <w:rsid w:val="00864FD2"/>
    <w:rsid w:val="008A7604"/>
    <w:rsid w:val="008C05A9"/>
    <w:rsid w:val="008F6A2F"/>
    <w:rsid w:val="008F7C84"/>
    <w:rsid w:val="00972F00"/>
    <w:rsid w:val="00980720"/>
    <w:rsid w:val="009905EB"/>
    <w:rsid w:val="009D4853"/>
    <w:rsid w:val="00A01E3C"/>
    <w:rsid w:val="00A33BC3"/>
    <w:rsid w:val="00AA1D8D"/>
    <w:rsid w:val="00AB0E93"/>
    <w:rsid w:val="00AE6882"/>
    <w:rsid w:val="00B47730"/>
    <w:rsid w:val="00C3116A"/>
    <w:rsid w:val="00C376DD"/>
    <w:rsid w:val="00CA013A"/>
    <w:rsid w:val="00CB0664"/>
    <w:rsid w:val="00CF5C14"/>
    <w:rsid w:val="00D84028"/>
    <w:rsid w:val="00DB11C5"/>
    <w:rsid w:val="00DB149F"/>
    <w:rsid w:val="00DC7A14"/>
    <w:rsid w:val="00E87D2D"/>
    <w:rsid w:val="00E943A2"/>
    <w:rsid w:val="00EC005E"/>
    <w:rsid w:val="00ED4226"/>
    <w:rsid w:val="00EE0609"/>
    <w:rsid w:val="00F22EE8"/>
    <w:rsid w:val="00FC693F"/>
    <w:rsid w:val="00FD6FE7"/>
    <w:rsid w:val="00FE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7B0B8"/>
  <w14:defaultImageDpi w14:val="300"/>
  <w15:docId w15:val="{C47B2214-C1C9-CB42-B422-954785EB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.edu.tr/uploads/mainsite/idgekoib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36BCE9-3B4B-4E28-84E5-2C5B8EA6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esra.fidan</cp:lastModifiedBy>
  <cp:revision>3</cp:revision>
  <cp:lastPrinted>2025-08-28T04:59:00Z</cp:lastPrinted>
  <dcterms:created xsi:type="dcterms:W3CDTF">2026-08-06T11:41:00Z</dcterms:created>
  <dcterms:modified xsi:type="dcterms:W3CDTF">2026-08-06T12:29:00Z</dcterms:modified>
</cp:coreProperties>
</file>